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83875da85dbe47c1474081bc69b64f885d6e99a"/>
    <w:p>
      <w:pPr>
        <w:pStyle w:val="Heading1"/>
      </w:pPr>
      <w:r>
        <w:rPr>
          <w:b/>
          <w:bCs/>
        </w:rPr>
        <w:t xml:space="preserve">The Red Pony</w:t>
      </w:r>
      <w:r>
        <w:br/>
      </w:r>
      <w:r>
        <w:rPr>
          <w:i/>
          <w:iCs/>
        </w:rPr>
        <w:t xml:space="preserve">John Steinbeck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Carl Tiflin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jovial</w:t>
      </w:r>
      <w:r>
        <w:rPr>
          <w:b/>
          <w:bCs/>
        </w:rPr>
        <w:t xml:space="preserve"> </w:t>
      </w:r>
      <w:r>
        <w:rPr>
          <w:b/>
          <w:bCs/>
        </w:rPr>
        <w:t xml:space="preserve">this morning.</w:t>
      </w:r>
      <w:r>
        <w:br/>
      </w:r>
      <w:r>
        <w:t xml:space="preserve">    (a) cheerful and friendly</w:t>
      </w:r>
      <w:r>
        <w:br/>
      </w:r>
      <w:r>
        <w:t xml:space="preserve">    (b) able to be translated</w:t>
      </w:r>
      <w:r>
        <w:br/>
      </w:r>
      <w:r>
        <w:t xml:space="preserve">    (c) not easily identified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hair lay rough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unkempt</w:t>
      </w:r>
      <w:r>
        <w:rPr>
          <w:b/>
          <w:bCs/>
        </w:rPr>
        <w:t xml:space="preserve"> </w:t>
      </w:r>
      <w:r>
        <w:rPr>
          <w:b/>
          <w:bCs/>
        </w:rPr>
        <w:t xml:space="preserve">and seemed to have lost all of its old luster.</w:t>
      </w:r>
      <w:r>
        <w:br/>
      </w:r>
      <w:r>
        <w:t xml:space="preserve">    (a) exactly or accurately</w:t>
      </w:r>
      <w:r>
        <w:br/>
      </w:r>
      <w:r>
        <w:t xml:space="preserve">    (b) completely or totally</w:t>
      </w:r>
      <w:r>
        <w:br/>
      </w:r>
      <w:r>
        <w:t xml:space="preserve">    (c) not neat or cared for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whetted</w:t>
      </w:r>
      <w:r>
        <w:rPr>
          <w:b/>
          <w:bCs/>
        </w:rPr>
        <w:t xml:space="preserve"> </w:t>
      </w:r>
      <w:r>
        <w:rPr>
          <w:b/>
          <w:bCs/>
        </w:rPr>
        <w:t xml:space="preserve">the shining blade a long time on a little carborundum stone.</w:t>
      </w:r>
      <w:r>
        <w:br/>
      </w:r>
      <w:r>
        <w:t xml:space="preserve">    (a) not having been assigned a value, or not having been considered as to worth</w:t>
      </w:r>
      <w:r>
        <w:br/>
      </w:r>
      <w:r>
        <w:t xml:space="preserve">    (b) to increase a sense or desire</w:t>
      </w:r>
      <w:r>
        <w:br/>
      </w:r>
      <w:r>
        <w:br/>
      </w:r>
      <w:r>
        <w:t xml:space="preserve">or: to sharpen a knife or other cutting edge</w:t>
      </w:r>
      <w:r>
        <w:br/>
      </w:r>
      <w:r>
        <w:t xml:space="preserve">    (c) hid something by making it blend in with its surroundings; or hid the truth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caught the lantern and ran outside into the gale, and he saw Gabilan weakly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shambling</w:t>
      </w:r>
      <w:r>
        <w:rPr>
          <w:b/>
          <w:bCs/>
        </w:rPr>
        <w:t xml:space="preserve"> </w:t>
      </w:r>
      <w:r>
        <w:rPr>
          <w:b/>
          <w:bCs/>
        </w:rPr>
        <w:t xml:space="preserve">away into the darkness, head down, legs working slowly and mechanically.</w:t>
      </w:r>
      <w:r>
        <w:br/>
      </w:r>
      <w:r>
        <w:t xml:space="preserve">    (a) suggesting that someone was involved</w:t>
      </w:r>
      <w:r>
        <w:br/>
      </w:r>
      <w:r>
        <w:t xml:space="preserve">    (b) walking in an awkward, shuffling way</w:t>
      </w:r>
      <w:r>
        <w:br/>
      </w:r>
      <w:r>
        <w:t xml:space="preserve">    (c) blending three or more musical notes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red fearless eyes still looked at him, impersonal and unafraid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detached</w:t>
      </w:r>
      <w:r>
        <w:rPr>
          <w:b/>
          <w:bCs/>
        </w:rPr>
        <w:t xml:space="preserve">.</w:t>
      </w:r>
      <w:r>
        <w:br/>
      </w:r>
      <w:r>
        <w:t xml:space="preserve">    (a) legally ordered to provide documents, or to appear as a witness</w:t>
      </w:r>
      <w:r>
        <w:br/>
      </w:r>
      <w:r>
        <w:t xml:space="preserve">    (b) emotionally uninvolved (separated from emotions)</w:t>
      </w:r>
      <w:r>
        <w:br/>
      </w:r>
      <w:r>
        <w:t xml:space="preserve">    (c) pointed to differences between; or compared to show differences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"I was born here," Gitano said patiently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inflexibly</w:t>
      </w:r>
      <w:r>
        <w:rPr>
          <w:b/>
          <w:bCs/>
        </w:rPr>
        <w:t xml:space="preserve">.</w:t>
      </w:r>
      <w:r>
        <w:br/>
      </w:r>
      <w:r>
        <w:t xml:space="preserve">    (a) to almost be so, but not so strictly speaking</w:t>
      </w:r>
      <w:r>
        <w:br/>
      </w:r>
      <w:r>
        <w:t xml:space="preserve">    (b) in a manner that is not bendable or adaptable</w:t>
      </w:r>
      <w:r>
        <w:br/>
      </w:r>
      <w:r>
        <w:t xml:space="preserve">    (c) in an artificial manner to make an impression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father knew every place in the boy where a word would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fester</w:t>
      </w:r>
      <w:r>
        <w:rPr>
          <w:b/>
          <w:bCs/>
        </w:rPr>
        <w:t xml:space="preserve">.</w:t>
      </w:r>
      <w:r>
        <w:br/>
      </w:r>
      <w:r>
        <w:t xml:space="preserve">    (a) to grow worse or more intense over time, especially when ignored; or, in the case of a wound, to become inflamed and filled with pus</w:t>
      </w:r>
      <w:r>
        <w:br/>
      </w:r>
      <w:r>
        <w:t xml:space="preserve">    (b) to expression feelings or thoughts enthusiastically  OR  to squirt or give off (typically under pressure such as blood or leaking gas)</w:t>
      </w:r>
      <w:r>
        <w:br/>
      </w:r>
      <w:r>
        <w:t xml:space="preserve">    (c) the act of hiding something by making it blend in with its surroundings; or hiding the truth; or something that hides or deceives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Gitano laid his hat on the floor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diffidently</w:t>
      </w:r>
      <w:r>
        <w:rPr>
          <w:b/>
          <w:bCs/>
        </w:rPr>
        <w:t xml:space="preserve"> </w:t>
      </w:r>
      <w:r>
        <w:rPr>
          <w:b/>
          <w:bCs/>
        </w:rPr>
        <w:t xml:space="preserve">sat down.  He wouldn't reach for food. Carl had to pass it to him.</w:t>
      </w:r>
      <w:r>
        <w:br/>
      </w:r>
      <w:r>
        <w:t xml:space="preserve">    (a) indiscriminately (non-selectively)</w:t>
      </w:r>
      <w:r>
        <w:br/>
      </w:r>
      <w:r>
        <w:t xml:space="preserve">    (b) following as a result of something</w:t>
      </w:r>
      <w:r>
        <w:br/>
      </w:r>
      <w:r>
        <w:t xml:space="preserve">    (c) with hesitancy and unassertiveness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impossible to know what action might later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construed</w:t>
      </w:r>
      <w:r>
        <w:rPr>
          <w:b/>
          <w:bCs/>
        </w:rPr>
        <w:t xml:space="preserve"> </w:t>
      </w:r>
      <w:r>
        <w:rPr>
          <w:b/>
          <w:bCs/>
        </w:rPr>
        <w:t xml:space="preserve">as a crime.</w:t>
      </w:r>
      <w:r>
        <w:br/>
      </w:r>
      <w:r>
        <w:t xml:space="preserve">    (a) a non-doctor who assisted a women in childbirth</w:t>
      </w:r>
      <w:r>
        <w:br/>
      </w:r>
      <w:r>
        <w:t xml:space="preserve">    (b) not controlled, prevented, or made less intense</w:t>
      </w:r>
      <w:r>
        <w:br/>
      </w:r>
      <w:r>
        <w:t xml:space="preserve">    (c) understood something to have a specific meaning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Hearing his mother open the lunch pail and then gasp with rage, a memory stabbed him and he trotted away toward the barn,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conscientiously</w:t>
      </w:r>
      <w:r>
        <w:rPr>
          <w:b/>
          <w:bCs/>
        </w:rPr>
        <w:t xml:space="preserve"> </w:t>
      </w:r>
      <w:r>
        <w:rPr>
          <w:b/>
          <w:bCs/>
        </w:rPr>
        <w:t xml:space="preserve">not hearing the angry voice that called him from the house.</w:t>
      </w:r>
      <w:r>
        <w:br/>
      </w:r>
      <w:r>
        <w:t xml:space="preserve">    (a) in a manner that is careful to do what is right</w:t>
      </w:r>
      <w:r>
        <w:br/>
      </w:r>
      <w:r>
        <w:t xml:space="preserve">    (b) in a manner that is not attractive or desirable</w:t>
      </w:r>
      <w:r>
        <w:br/>
      </w:r>
      <w:r>
        <w:t xml:space="preserve">    (c) in an excessively unhappy and unsociable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dragged one foot to give an impression of great innocence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nonchalance</w:t>
      </w:r>
      <w:r>
        <w:rPr>
          <w:b/>
          <w:bCs/>
        </w:rPr>
        <w:t xml:space="preserve">.</w:t>
      </w:r>
      <w:r>
        <w:br/>
      </w:r>
      <w:r>
        <w:t xml:space="preserve">    (a) between daylight and darkness</w:t>
      </w:r>
      <w:r>
        <w:br/>
      </w:r>
      <w:r>
        <w:t xml:space="preserve">    (b) calmness and lack of concern</w:t>
      </w:r>
      <w:r>
        <w:br/>
      </w:r>
      <w:r>
        <w:t xml:space="preserve">    (c) the liquid portion of blood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went to his work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unprecedented</w:t>
      </w:r>
      <w:r>
        <w:rPr>
          <w:b/>
          <w:bCs/>
        </w:rPr>
        <w:t xml:space="preserve"> </w:t>
      </w:r>
      <w:r>
        <w:rPr>
          <w:b/>
          <w:bCs/>
        </w:rPr>
        <w:t xml:space="preserve">seriousness.</w:t>
      </w:r>
      <w:r>
        <w:br/>
      </w:r>
      <w:r>
        <w:t xml:space="preserve">    (a) relating to understanding or explaining something in a particular way</w:t>
      </w:r>
      <w:r>
        <w:br/>
      </w:r>
      <w:r>
        <w:t xml:space="preserve">    (b) [of food] able to be prepared in a manner that keeps it from spoiling</w:t>
      </w:r>
      <w:r>
        <w:br/>
      </w:r>
      <w:r>
        <w:t xml:space="preserve">    (c) not having happened before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Jody climbed to the top of the fence and hung his feet over and looked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paternally</w:t>
      </w:r>
      <w:r>
        <w:rPr>
          <w:b/>
          <w:bCs/>
        </w:rPr>
        <w:t xml:space="preserve"> </w:t>
      </w:r>
      <w:r>
        <w:rPr>
          <w:b/>
          <w:bCs/>
        </w:rPr>
        <w:t xml:space="preserve">down at the mare.</w:t>
      </w:r>
      <w:r>
        <w:br/>
      </w:r>
      <w:r>
        <w:t xml:space="preserve">    (a) with suffering in a bad situation for a long time</w:t>
      </w:r>
      <w:r>
        <w:br/>
      </w:r>
      <w:r>
        <w:t xml:space="preserve">    (b) in a manner that is dark, dingy, or inconspicuous</w:t>
      </w:r>
      <w:r>
        <w:br/>
      </w:r>
      <w:r>
        <w:t xml:space="preserve">    (c) in a manner that is like that of a father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triangle at the house rang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stridently</w:t>
      </w:r>
      <w:r>
        <w:rPr>
          <w:b/>
          <w:bCs/>
        </w:rPr>
        <w:t xml:space="preserve">.</w:t>
      </w:r>
      <w:r>
        <w:br/>
      </w:r>
      <w:r>
        <w:t xml:space="preserve">    (a) not the manner in which things have generally been done in the past</w:t>
      </w:r>
      <w:r>
        <w:br/>
      </w:r>
      <w:r>
        <w:t xml:space="preserve">    (b) not straight; or done in a way that involves other people or things</w:t>
      </w:r>
      <w:r>
        <w:br/>
      </w:r>
      <w:r>
        <w:t xml:space="preserve">    (c) unpleasantly forceful when expressing opinions; or loud and harsh</w:t>
      </w:r>
      <w:r>
        <w:br/>
      </w:r>
      <w:r>
        <w:br/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became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coquettishly</w:t>
      </w:r>
      <w:r>
        <w:rPr>
          <w:b/>
          <w:bCs/>
        </w:rPr>
        <w:t xml:space="preserve"> </w:t>
      </w:r>
      <w:r>
        <w:rPr>
          <w:b/>
          <w:bCs/>
        </w:rPr>
        <w:t xml:space="preserve">feminine.</w:t>
      </w:r>
      <w:r>
        <w:br/>
      </w:r>
      <w:r>
        <w:t xml:space="preserve">    (a) aka analytically -- in a manner that relates to a theory of psychiatry</w:t>
      </w:r>
      <w:r>
        <w:br/>
      </w:r>
      <w:r>
        <w:t xml:space="preserve">    (b) in a manner that playfully and casually arouses sexual interest of men</w:t>
      </w:r>
      <w:r>
        <w:br/>
      </w:r>
      <w:r>
        <w:t xml:space="preserve">    (c) in a manner that impacts the natural world (life, air, water, land...)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Nellie followed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docilely</w:t>
      </w:r>
      <w:r>
        <w:rPr>
          <w:b/>
          <w:bCs/>
        </w:rPr>
        <w:t xml:space="preserve"> </w:t>
      </w:r>
      <w:r>
        <w:rPr>
          <w:b/>
          <w:bCs/>
        </w:rPr>
        <w:t xml:space="preserve">after him.</w:t>
      </w:r>
      <w:r>
        <w:br/>
      </w:r>
      <w:r>
        <w:t xml:space="preserve">    (a) in an easily managed manner</w:t>
      </w:r>
      <w:r>
        <w:br/>
      </w:r>
      <w:r>
        <w:t xml:space="preserve">    (b) in a morally correct manner</w:t>
      </w:r>
      <w:r>
        <w:br/>
      </w:r>
      <w:r>
        <w:t xml:space="preserve">    (c) in a strongly biased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Jody stared stupidly at the wet, panting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foal</w:t>
      </w:r>
      <w:r>
        <w:rPr>
          <w:b/>
          <w:bCs/>
        </w:rPr>
        <w:t xml:space="preserve">.</w:t>
      </w:r>
      <w:r>
        <w:br/>
      </w:r>
      <w:r>
        <w:t xml:space="preserve">    (a) a young horse; or giving birth to a young horse</w:t>
      </w:r>
      <w:r>
        <w:br/>
      </w:r>
      <w:r>
        <w:t xml:space="preserve">    (b) give an opinion of what is wrong with something</w:t>
      </w:r>
      <w:r>
        <w:br/>
      </w:r>
      <w:r>
        <w:t xml:space="preserve">    (c) mark important text; or the text that is marked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paddled for a while and then paused to kick bursts of dirt out between his hind legs, and he dug with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earnestness</w:t>
      </w:r>
      <w:r>
        <w:rPr>
          <w:b/>
          <w:bCs/>
        </w:rPr>
        <w:t xml:space="preserve"> </w:t>
      </w:r>
      <w:r>
        <w:rPr>
          <w:b/>
          <w:bCs/>
        </w:rPr>
        <w:t xml:space="preserve">which belied the knowledge he must have had that no dog had ever caught a squirrel by digging in a hole.</w:t>
      </w:r>
      <w:r>
        <w:br/>
      </w:r>
      <w:r>
        <w:t xml:space="preserve">    (a) the state of being awake</w:t>
      </w:r>
      <w:r>
        <w:br/>
      </w:r>
      <w:r>
        <w:t xml:space="preserve">    (b) able to take on or adopt</w:t>
      </w:r>
      <w:r>
        <w:br/>
      </w:r>
      <w:r>
        <w:t xml:space="preserve">    (c) sincerity or seriousness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lips pursed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judiciously</w:t>
      </w:r>
      <w:r>
        <w:rPr>
          <w:b/>
          <w:bCs/>
        </w:rPr>
        <w:t xml:space="preserve">.</w:t>
      </w:r>
      <w:r>
        <w:br/>
      </w:r>
      <w:r>
        <w:t xml:space="preserve">    (a) in a manner that is likely to change</w:t>
      </w:r>
      <w:r>
        <w:br/>
      </w:r>
      <w:r>
        <w:t xml:space="preserve">    (b) in a manner that shows she was using good judgment</w:t>
      </w:r>
      <w:r>
        <w:br/>
      </w:r>
      <w:r>
        <w:t xml:space="preserve">    (c) in a manner that does not find fault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Jody went miserably out the back door and closed the screen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elaborate</w:t>
      </w:r>
      <w:r>
        <w:rPr>
          <w:b/>
          <w:bCs/>
        </w:rPr>
        <w:t xml:space="preserve"> </w:t>
      </w:r>
      <w:r>
        <w:rPr>
          <w:b/>
          <w:bCs/>
        </w:rPr>
        <w:t xml:space="preserve">quietness.</w:t>
      </w:r>
      <w:r>
        <w:br/>
      </w:r>
      <w:r>
        <w:t xml:space="preserve">    (a) not sensible or careful</w:t>
      </w:r>
      <w:r>
        <w:br/>
      </w:r>
      <w:r>
        <w:t xml:space="preserve">    (b) exaggerated (perhaps very slowly)</w:t>
      </w:r>
      <w:r>
        <w:br/>
      </w:r>
      <w:r>
        <w:t xml:space="preserve">    (c) optimistic or agreeable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2026-07-31T18:37:59Z</dcterms:created>
  <dcterms:modified xsi:type="dcterms:W3CDTF">2026-07-31T18:37:59Z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