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b1fcc7e6a810248c9e199b2000a335f2432003"/>
    <w:p>
      <w:pPr>
        <w:pStyle w:val="Heading1"/>
      </w:pPr>
      <w:r>
        <w:rPr>
          <w:b/>
          <w:bCs/>
        </w:rPr>
        <w:t xml:space="preserve">The Red Badge of Courage</w:t>
      </w:r>
      <w:r>
        <w:br/>
      </w:r>
      <w:r>
        <w:rPr>
          <w:i/>
          <w:iCs/>
        </w:rPr>
        <w:t xml:space="preserve">Stephen Crane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cried out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.</w:t>
      </w:r>
      <w:r>
        <w:br/>
      </w:r>
      <w:r>
        <w:t xml:space="preserve">    (a) intense suffering</w:t>
      </w:r>
      <w:r>
        <w:br/>
      </w:r>
      <w:r>
        <w:t xml:space="preserve">    (b) intense anger</w:t>
      </w:r>
      <w:r>
        <w:br/>
      </w:r>
      <w:r>
        <w:t xml:space="preserve">    (c) sudden surprise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video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.</w:t>
      </w:r>
      <w:r>
        <w:br/>
      </w:r>
      <w:r>
        <w:t xml:space="preserve">    (a) accident</w:t>
      </w:r>
      <w:r>
        <w:br/>
      </w:r>
      <w:r>
        <w:t xml:space="preserve">    (b) fight</w:t>
      </w:r>
      <w:r>
        <w:br/>
      </w:r>
      <w:r>
        <w:t xml:space="preserve">    (c) theft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Black holes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annihilate</w:t>
      </w:r>
      <w:r>
        <w:rPr>
          <w:b/>
          <w:bCs/>
        </w:rPr>
        <w:t xml:space="preserve"> </w:t>
      </w:r>
      <w:r>
        <w:rPr>
          <w:b/>
          <w:bCs/>
        </w:rPr>
        <w:t xml:space="preserve">all traces of what falls into them.</w:t>
      </w:r>
      <w:r>
        <w:br/>
      </w:r>
      <w:r>
        <w:t xml:space="preserve">    (a) completely destroy</w:t>
      </w:r>
      <w:r>
        <w:br/>
      </w:r>
      <w:r>
        <w:t xml:space="preserve">    (b) carefully preserve</w:t>
      </w:r>
      <w:r>
        <w:br/>
      </w:r>
      <w:r>
        <w:t xml:space="preserve">    (c) slowly examine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partner</w:t>
      </w:r>
      <w:r>
        <w:br/>
      </w:r>
      <w:r>
        <w:t xml:space="preserve">    (b) friend</w:t>
      </w:r>
      <w:r>
        <w:br/>
      </w:r>
      <w:r>
        <w:t xml:space="preserve">    (c) enemy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Noisy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clamor</w:t>
      </w:r>
      <w:r>
        <w:rPr>
          <w:b/>
          <w:bCs/>
        </w:rPr>
        <w:t xml:space="preserve"> </w:t>
      </w:r>
      <w:r>
        <w:rPr>
          <w:b/>
          <w:bCs/>
        </w:rPr>
        <w:t xml:space="preserve">gave way to reasoned dialogue.</w:t>
      </w:r>
      <w:r>
        <w:br/>
      </w:r>
      <w:r>
        <w:t xml:space="preserve">    (a) insults</w:t>
      </w:r>
      <w:r>
        <w:br/>
      </w:r>
      <w:r>
        <w:t xml:space="preserve">    (b) demands</w:t>
      </w:r>
      <w:r>
        <w:br/>
      </w:r>
      <w:r>
        <w:t xml:space="preserve">    (c) whining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</w:t>
      </w:r>
      <w:r>
        <w:rPr>
          <w:b/>
          <w:bCs/>
        </w:rPr>
        <w:t xml:space="preserve"> </w:t>
      </w:r>
      <w:r>
        <w:rPr>
          <w:b/>
          <w:bCs/>
        </w:rPr>
        <w:t xml:space="preserve">the witness to testify?</w:t>
      </w:r>
      <w:r>
        <w:br/>
      </w:r>
      <w:r>
        <w:t xml:space="preserve">    (a) force</w:t>
      </w:r>
      <w:r>
        <w:br/>
      </w:r>
      <w:r>
        <w:t xml:space="preserve">    (b) delay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represent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poverty</w:t>
      </w:r>
      <w:r>
        <w:br/>
      </w:r>
      <w:r>
        <w:t xml:space="preserve">    (b) fear</w:t>
      </w:r>
      <w:r>
        <w:br/>
      </w:r>
      <w:r>
        <w:t xml:space="preserve">    (c) hopelessness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cry</w:t>
      </w:r>
      <w:r>
        <w:br/>
      </w:r>
      <w:r>
        <w:t xml:space="preserve">    (b) lose hope</w:t>
      </w:r>
      <w:r>
        <w:br/>
      </w:r>
      <w:r>
        <w:t xml:space="preserve">    (c) be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smartphones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to work from almost anywhere.</w:t>
      </w:r>
      <w:r>
        <w:br/>
      </w:r>
      <w:r>
        <w:t xml:space="preserve">    (a) remind</w:t>
      </w:r>
      <w:r>
        <w:br/>
      </w:r>
      <w:r>
        <w:t xml:space="preserve">    (b) allow</w:t>
      </w:r>
      <w:r>
        <w:br/>
      </w:r>
      <w:r>
        <w:t xml:space="preserve">    (c) require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didn't want to help, but I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obliged</w:t>
      </w:r>
      <w:r>
        <w:rPr>
          <w:b/>
          <w:bCs/>
        </w:rPr>
        <w:t xml:space="preserve"> </w:t>
      </w:r>
      <w:r>
        <w:rPr>
          <w:b/>
          <w:bCs/>
        </w:rPr>
        <w:t xml:space="preserve">because of our family connections.</w:t>
      </w:r>
      <w:r>
        <w:br/>
      </w:r>
      <w:r>
        <w:t xml:space="preserve">    (a) sad</w:t>
      </w:r>
      <w:r>
        <w:br/>
      </w:r>
      <w:r>
        <w:t xml:space="preserve">    (b) interested</w:t>
      </w:r>
      <w:r>
        <w:br/>
      </w:r>
      <w:r>
        <w:t xml:space="preserve">    (c) required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actively prevent</w:t>
      </w:r>
      <w:r>
        <w:br/>
      </w:r>
      <w:r>
        <w:t xml:space="preserve">    (b) carefully measure</w:t>
      </w:r>
      <w:r>
        <w:br/>
      </w:r>
      <w:r>
        <w:t xml:space="preserve">    (c) view or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clearly see</w:t>
      </w:r>
      <w:r>
        <w:br/>
      </w:r>
      <w:r>
        <w:t xml:space="preserve">    (b) become aware of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common</w:t>
      </w:r>
      <w:r>
        <w:br/>
      </w:r>
      <w:r>
        <w:t xml:space="preserve">    (b) traditional</w:t>
      </w:r>
      <w:r>
        <w:br/>
      </w:r>
      <w:r>
        <w:t xml:space="preserve">    (c)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lying face-down</w:t>
      </w:r>
      <w:r>
        <w:br/>
      </w:r>
      <w:r>
        <w:t xml:space="preserve">    (b) curled up tightly</w:t>
      </w:r>
      <w:r>
        <w:br/>
      </w:r>
      <w:r>
        <w:t xml:space="preserve">    (c) sitting upright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hands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</w:t>
      </w:r>
      <w:r>
        <w:rPr>
          <w:b/>
          <w:bCs/>
        </w:rPr>
        <w:t xml:space="preserve"> </w:t>
      </w:r>
      <w:r>
        <w:rPr>
          <w:b/>
          <w:bCs/>
        </w:rPr>
        <w:t xml:space="preserve">as she opened the envelope.</w:t>
      </w:r>
      <w:r>
        <w:br/>
      </w:r>
      <w:r>
        <w:t xml:space="preserve">    (a) quickly move</w:t>
      </w:r>
      <w:r>
        <w:br/>
      </w:r>
      <w:r>
        <w:t xml:space="preserve">    (b) tightly grip</w:t>
      </w:r>
      <w:r>
        <w:br/>
      </w:r>
      <w:r>
        <w:t xml:space="preserve">    (c) slightly shake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criticize</w:t>
      </w:r>
      <w:r>
        <w:br/>
      </w:r>
      <w:r>
        <w:t xml:space="preserve">    (c) accept honor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firmly decided</w:t>
      </w:r>
      <w:r>
        <w:br/>
      </w:r>
      <w:r>
        <w:t xml:space="preserve">    (b) was encouraged</w:t>
      </w:r>
      <w:r>
        <w:br/>
      </w:r>
      <w:r>
        <w:t xml:space="preserve">    (c) was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ability</w:t>
      </w:r>
      <w:r>
        <w:br/>
      </w:r>
      <w:r>
        <w:t xml:space="preserve">    (b) determination</w:t>
      </w:r>
      <w:r>
        <w:br/>
      </w:r>
      <w:r>
        <w:t xml:space="preserve">    (c) optimism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emotionless</w:t>
      </w:r>
      <w:r>
        <w:br/>
      </w:r>
      <w:r>
        <w:t xml:space="preserve">    (c) confused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2026-07-31T15:54:53Z</dcterms:created>
  <dcterms:modified xsi:type="dcterms:W3CDTF">2026-07-31T15:54:53Z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