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e6d255f2bbf1fcb584c4c01960e37db61b9561"/>
    <w:p>
      <w:pPr>
        <w:pStyle w:val="Heading1"/>
      </w:pPr>
      <w:r>
        <w:rPr>
          <w:b/>
          <w:bCs/>
        </w:rPr>
        <w:t xml:space="preserve">The Red Badge of Courage</w:t>
      </w:r>
      <w:r>
        <w:br/>
      </w:r>
      <w:r>
        <w:rPr>
          <w:i/>
          <w:iCs/>
        </w:rPr>
        <w:t xml:space="preserve">Stephen Crane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poverty; though she didn't know it.</w:t>
      </w:r>
      <w:r>
        <w:br/>
      </w:r>
      <w:r>
        <w:t xml:space="preserve">    (a) beneficial</w:t>
      </w:r>
      <w:r>
        <w:br/>
      </w:r>
      <w:r>
        <w:t xml:space="preserve">    (b) moderate</w:t>
      </w:r>
      <w:r>
        <w:br/>
      </w:r>
      <w:r>
        <w:t xml:space="preserve">    (c) extreme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bold and daring</w:t>
      </w:r>
      <w:r>
        <w:br/>
      </w:r>
      <w:r>
        <w:t xml:space="preserve">    (b) likely to succeed</w:t>
      </w:r>
      <w:r>
        <w:br/>
      </w:r>
      <w:r>
        <w:t xml:space="preserve">    (c) improperly considered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blatant</w:t>
      </w:r>
      <w:r>
        <w:rPr>
          <w:b/>
          <w:bCs/>
        </w:rPr>
        <w:t xml:space="preserve"> </w:t>
      </w:r>
      <w:r>
        <w:rPr>
          <w:b/>
          <w:bCs/>
        </w:rPr>
        <w:t xml:space="preserve">disregard for international law.</w:t>
      </w:r>
      <w:r>
        <w:br/>
      </w:r>
      <w:r>
        <w:t xml:space="preserve">    (a) evil</w:t>
      </w:r>
      <w:r>
        <w:br/>
      </w:r>
      <w:r>
        <w:t xml:space="preserve">    (b) ignorant</w:t>
      </w:r>
      <w:r>
        <w:br/>
      </w:r>
      <w:r>
        <w:t xml:space="preserve">    (c)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her usual unworried,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self.</w:t>
      </w:r>
      <w:r>
        <w:br/>
      </w:r>
      <w:r>
        <w:t xml:space="preserve">    (a) busy and distracted</w:t>
      </w:r>
      <w:r>
        <w:br/>
      </w:r>
      <w:r>
        <w:t xml:space="preserve">    (b) sleepy</w:t>
      </w:r>
      <w:r>
        <w:br/>
      </w:r>
      <w:r>
        <w:t xml:space="preserve">    (c) carefree and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conciliatory</w:t>
      </w:r>
      <w:r>
        <w:rPr>
          <w:b/>
          <w:bCs/>
        </w:rPr>
        <w:t xml:space="preserve"> </w:t>
      </w:r>
      <w:r>
        <w:rPr>
          <w:b/>
          <w:bCs/>
        </w:rPr>
        <w:t xml:space="preserve">note after the argument, hoping they could talk calmly.</w:t>
      </w:r>
      <w:r>
        <w:br/>
      </w:r>
      <w:r>
        <w:t xml:space="preserve">    (a) meant to restore peace</w:t>
      </w:r>
      <w:r>
        <w:br/>
      </w:r>
      <w:r>
        <w:t xml:space="preserve">    (b) meant to delay action</w:t>
      </w:r>
      <w:r>
        <w:br/>
      </w:r>
      <w:r>
        <w:t xml:space="preserve">    (c) meant to assign blame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 natural athlete, but to the coach's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, she tends to forget the play in the heat of the moment.</w:t>
      </w:r>
      <w:r>
        <w:br/>
      </w:r>
      <w:r>
        <w:t xml:space="preserve">    (a) prediction</w:t>
      </w:r>
      <w:r>
        <w:br/>
      </w:r>
      <w:r>
        <w:t xml:space="preserve">    (b) blame</w:t>
      </w:r>
      <w:r>
        <w:br/>
      </w:r>
      <w:r>
        <w:t xml:space="preserve">    (c) dismay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young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neighborhood</w:t>
      </w:r>
      <w:r>
        <w:br/>
      </w:r>
      <w:r>
        <w:t xml:space="preserve">    (b) building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gestures</w:t>
      </w:r>
      <w:r>
        <w:br/>
      </w:r>
      <w:r>
        <w:t xml:space="preserve">    (c) tones of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lecture</w:t>
      </w:r>
      <w:r>
        <w:br/>
      </w:r>
      <w:r>
        <w:t xml:space="preserve">    (b) assignment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expensive</w:t>
      </w:r>
      <w:r>
        <w:br/>
      </w:r>
      <w:r>
        <w:t xml:space="preserve">    (b) annoying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meeting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 </w:t>
      </w:r>
      <w:r>
        <w:rPr>
          <w:b/>
          <w:bCs/>
        </w:rPr>
        <w:t xml:space="preserve">as the speaker droned on about minor details.</w:t>
      </w:r>
      <w:r>
        <w:br/>
      </w:r>
      <w:r>
        <w:t xml:space="preserve">    (a) seemingly endless</w:t>
      </w:r>
      <w:r>
        <w:br/>
      </w:r>
      <w:r>
        <w:t xml:space="preserve">    (b) refreshingly brief</w:t>
      </w:r>
      <w:r>
        <w:br/>
      </w:r>
      <w:r>
        <w:t xml:space="preserve">    (c) surprisingly lively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hilltop fortress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behind its cliffs and thick walls.</w:t>
      </w:r>
      <w:r>
        <w:br/>
      </w:r>
      <w:r>
        <w:t xml:space="preserve">    (a) likely to surrender</w:t>
      </w:r>
      <w:r>
        <w:br/>
      </w:r>
      <w:r>
        <w:t xml:space="preserve">    (b) unable to be harmed</w:t>
      </w:r>
      <w:r>
        <w:br/>
      </w:r>
      <w:r>
        <w:t xml:space="preserve">    (c) easy to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deeply flushed</w:t>
      </w:r>
      <w:r>
        <w:br/>
      </w:r>
      <w:r>
        <w:t xml:space="preserve">    (b) heavily wrinkled</w:t>
      </w:r>
      <w:r>
        <w:br/>
      </w:r>
      <w:r>
        <w:t xml:space="preserve">    (c) unhealthily pale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apology did little to ease my annoyance.</w:t>
      </w:r>
      <w:r>
        <w:br/>
      </w:r>
      <w:r>
        <w:t xml:space="preserve">    (a) sincere</w:t>
      </w:r>
      <w:r>
        <w:br/>
      </w:r>
      <w:r>
        <w:t xml:space="preserve">    (b) superficial</w:t>
      </w:r>
      <w:r>
        <w:br/>
      </w:r>
      <w:r>
        <w:t xml:space="preserve">    (c) written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scientist in her research eventually led to a groundbreaking discovery.</w:t>
      </w:r>
      <w:r>
        <w:br/>
      </w:r>
      <w:r>
        <w:t xml:space="preserve">    (a) immediate success</w:t>
      </w:r>
      <w:r>
        <w:br/>
      </w:r>
      <w:r>
        <w:t xml:space="preserve">    (b) blind optimism</w:t>
      </w:r>
      <w:r>
        <w:br/>
      </w:r>
      <w:r>
        <w:t xml:space="preserve">    (c) continuing effort despite difficulties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explain</w:t>
      </w:r>
      <w:r>
        <w:br/>
      </w:r>
      <w:r>
        <w:t xml:space="preserve">    (b) protest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Sweden's population is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than populations of most countries.</w:t>
      </w:r>
      <w:r>
        <w:br/>
      </w:r>
      <w:r>
        <w:t xml:space="preserve">    (a) blonde</w:t>
      </w:r>
      <w:r>
        <w:br/>
      </w:r>
      <w:r>
        <w:t xml:space="preserve">    (b) non-religious</w:t>
      </w:r>
      <w:r>
        <w:br/>
      </w:r>
      <w:r>
        <w:t xml:space="preserve">    (c) similar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awkward and clumsy</w:t>
      </w:r>
      <w:r>
        <w:br/>
      </w:r>
      <w:r>
        <w:t xml:space="preserve">    (b) graceful and elegant</w:t>
      </w:r>
      <w:r>
        <w:br/>
      </w:r>
      <w:r>
        <w:t xml:space="preserve">    (c) shy and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revengeful</w:t>
      </w:r>
      <w:r>
        <w:br/>
      </w:r>
      <w:r>
        <w:t xml:space="preserve">    (b) easy-going</w:t>
      </w:r>
      <w:r>
        <w:br/>
      </w:r>
      <w:r>
        <w:t xml:space="preserve">    (c) driven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2026-07-31T15:54:54Z</dcterms:created>
  <dcterms:modified xsi:type="dcterms:W3CDTF">2026-07-31T15:54:54Z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