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29777cf9647f6e95dd949b30c9ed479ac10f60"/>
    <w:p>
      <w:pPr>
        <w:pStyle w:val="Heading1"/>
      </w:pPr>
      <w:r>
        <w:rPr>
          <w:b/>
          <w:bCs/>
        </w:rPr>
        <w:t xml:space="preserve">The Red Badge of Courage</w:t>
      </w:r>
      <w:r>
        <w:br/>
      </w:r>
      <w:r>
        <w:rPr>
          <w:i/>
          <w:iCs/>
        </w:rPr>
        <w:t xml:space="preserve">Stephen Crane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and religious education had effaced the throat-grappling instinct, or else firm finance held in check the passions.</w:t>
      </w:r>
      <w:r>
        <w:br/>
      </w:r>
      <w:r>
        <w:t xml:space="preserve">    (a) not religious</w:t>
      </w:r>
      <w:r>
        <w:br/>
      </w:r>
      <w:r>
        <w:t xml:space="preserve">    (b) inappropriate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youth, considering himself as separated from the others, was saddened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and merry speeches that went from rank to rank.</w:t>
      </w:r>
      <w:r>
        <w:br/>
      </w:r>
      <w:r>
        <w:t xml:space="preserve">    (a) good or beneficial</w:t>
      </w:r>
      <w:r>
        <w:br/>
      </w:r>
      <w:r>
        <w:t xml:space="preserve">    (b) carefree and happy</w:t>
      </w:r>
      <w:r>
        <w:br/>
      </w:r>
      <w:r>
        <w:t xml:space="preserve">    (c) able to get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blatant</w:t>
      </w:r>
      <w:r>
        <w:rPr>
          <w:b/>
          <w:bCs/>
        </w:rPr>
        <w:t xml:space="preserve"> </w:t>
      </w:r>
      <w:r>
        <w:rPr>
          <w:b/>
          <w:bCs/>
        </w:rPr>
        <w:t xml:space="preserve">soldier often convulsed whole files by his biting sarcasms aimed at the tall one.</w:t>
      </w:r>
      <w:r>
        <w:br/>
      </w:r>
      <w:r>
        <w:t xml:space="preserve">    (a) obvious</w:t>
      </w:r>
      <w:r>
        <w:br/>
      </w:r>
      <w:r>
        <w:t xml:space="preserve">    (b) certain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dead man forced a way for himself.</w:t>
      </w:r>
      <w:r>
        <w:br/>
      </w:r>
      <w:r>
        <w:t xml:space="preserve">    (a) impossible to harm</w:t>
      </w:r>
      <w:r>
        <w:br/>
      </w:r>
      <w:r>
        <w:t xml:space="preserve">    (b) not representative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thought that he must break from the ranks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his comrades.</w:t>
      </w:r>
      <w:r>
        <w:br/>
      </w:r>
      <w:r>
        <w:t xml:space="preserve">    (a) to try to persuade, or to criticize in an impassioned and often annoying manner; or a speech with such an intent</w:t>
      </w:r>
      <w:r>
        <w:br/>
      </w:r>
      <w:r>
        <w:t xml:space="preserve">    (b) removal of false belief that something is better than it is; or the disappointment from removal of such a belief</w:t>
      </w:r>
      <w:r>
        <w:br/>
      </w:r>
      <w:r>
        <w:t xml:space="preserve">    (c) a deal where the accused pleads guilty to a lesser crime in return for a lighter punishment or dropped charges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firing dwindled from an uproar to a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popping.</w:t>
      </w:r>
      <w:r>
        <w:br/>
      </w:r>
      <w:r>
        <w:t xml:space="preserve">    (a) not capable of surviving; or not capable of being done</w:t>
      </w:r>
      <w:r>
        <w:br/>
      </w:r>
      <w:r>
        <w:t xml:space="preserve">    (b) desirous of seeking revenge or wanting to hurt someone</w:t>
      </w:r>
      <w:r>
        <w:br/>
      </w:r>
      <w:r>
        <w:t xml:space="preserve">    (c) not capable of being suffered through (or put up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Himself reeling from exhaustion, he was astonished beyond measure at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persistency</w:t>
      </w:r>
      <w:r>
        <w:rPr>
          <w:b/>
          <w:bCs/>
        </w:rPr>
        <w:t xml:space="preserve">.</w:t>
      </w:r>
      <w:r>
        <w:br/>
      </w:r>
      <w:r>
        <w:t xml:space="preserve">    (a) main character of Mark Twain's classic novel about Huck and Jim's journey down the Mississippi River to find freedom (1884)</w:t>
      </w:r>
      <w:r>
        <w:br/>
      </w:r>
      <w:r>
        <w:t xml:space="preserve">    (b) a baseball pitcher who throws knuckleballs -- a pitch thrown with little spin (so that it moves in an unpredictable manner)</w:t>
      </w:r>
      <w:r>
        <w:br/>
      </w:r>
      <w:r>
        <w:t xml:space="preserve">    (c)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lad whose face had borne an expression of exalted courage, the majesty of he who dares give his life, was, at an instant, smitten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.</w:t>
      </w:r>
      <w:r>
        <w:br/>
      </w:r>
      <w:r>
        <w:t xml:space="preserve">    (a) extreme</w:t>
      </w:r>
      <w:r>
        <w:br/>
      </w:r>
      <w:r>
        <w:t xml:space="preserve">    (b) outside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brigade was hurrying briskly to be gulped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mouths of the war god.</w:t>
      </w:r>
      <w:r>
        <w:br/>
      </w:r>
      <w:r>
        <w:t xml:space="preserve">    (a) strict, firm, or hard (not giving in, not giving way, or not giving up)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very bad; or very annoying; or characteristic of hell or the underworld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sad silence was upon the little guarding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something that encourages something else to happen; or the process of something being encouraged</w:t>
      </w:r>
      <w:r>
        <w:br/>
      </w:r>
      <w:r>
        <w:t xml:space="preserve">    (b) a colonnade (series of regularly spaced columns) surrounding a building or enclosing a courtyard</w:t>
      </w:r>
      <w:r>
        <w:br/>
      </w:r>
      <w:r>
        <w:t xml:space="preserve">    (c) a building or structure -- especially a large one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conceptual or organizational framework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time he began to sidle near to the youth, and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 </w:t>
      </w:r>
      <w:r>
        <w:rPr>
          <w:b/>
          <w:bCs/>
        </w:rPr>
        <w:t xml:space="preserve">way try to make him a friend.</w:t>
      </w:r>
      <w:r>
        <w:br/>
      </w:r>
      <w:r>
        <w:t xml:space="preserve">    (a) hesitant and unassertive</w:t>
      </w:r>
      <w:r>
        <w:br/>
      </w:r>
      <w:r>
        <w:t xml:space="preserve">    (b) young</w:t>
      </w:r>
      <w:r>
        <w:br/>
      </w:r>
      <w:r>
        <w:t xml:space="preserve">    (c) belligerent (argumentative or aggressive)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fled like soft,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animals.</w:t>
      </w:r>
      <w:r>
        <w:br/>
      </w:r>
      <w:r>
        <w:t xml:space="preserve">    (a) lacking grace in movement or appearance; or difficult to handle or manage</w:t>
      </w:r>
      <w:r>
        <w:br/>
      </w:r>
      <w:r>
        <w:t xml:space="preserve">    (b) lacking appropriate weight compared to height</w:t>
      </w:r>
      <w:r>
        <w:br/>
      </w:r>
      <w:r>
        <w:t xml:space="preserve">    (c) lacking adult height or maturity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voices of the cannon were clamoring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interminable</w:t>
      </w:r>
      <w:r>
        <w:rPr>
          <w:b/>
          <w:bCs/>
        </w:rPr>
        <w:t xml:space="preserve"> </w:t>
      </w:r>
      <w:r>
        <w:rPr>
          <w:b/>
          <w:bCs/>
        </w:rPr>
        <w:t xml:space="preserve">chorus.</w:t>
      </w:r>
      <w:r>
        <w:br/>
      </w:r>
      <w:r>
        <w:t xml:space="preserve">    (a) seemingly endless; or long and unpleasant (often boring or annoying)</w:t>
      </w:r>
      <w:r>
        <w:br/>
      </w:r>
      <w:r>
        <w:t xml:space="preserve">    (b) full of anger or unhappiness at having to accept something not liked</w:t>
      </w:r>
      <w:r>
        <w:br/>
      </w:r>
      <w:r>
        <w:t xml:space="preserve">    (c) relating to expert judgement of what is good and bad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soft air was filled with the tremendous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remonstrance</w:t>
      </w:r>
      <w:r>
        <w:rPr>
          <w:b/>
          <w:bCs/>
        </w:rPr>
        <w:t xml:space="preserve">.</w:t>
      </w:r>
      <w:r>
        <w:br/>
      </w:r>
      <w:r>
        <w:t xml:space="preserve">    (a) the act of recognizing difference</w:t>
      </w:r>
      <w:r>
        <w:br/>
      </w:r>
      <w:r>
        <w:t xml:space="preserve">    (b) argument in protest or opposition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he could see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gesticulating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blue and somber sky.</w:t>
      </w:r>
      <w:r>
        <w:br/>
      </w:r>
      <w:r>
        <w:t xml:space="preserve">    (a) making gestures (hand or body movements) while speaking or to express something</w:t>
      </w:r>
      <w:r>
        <w:br/>
      </w:r>
      <w:r>
        <w:t xml:space="preserve">    (b) releasing from slavery or servitude; or (metaphorically) from social restraints</w:t>
      </w:r>
      <w:r>
        <w:br/>
      </w:r>
      <w:r>
        <w:t xml:space="preserve">    (c) surgically interrupting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warm and strong hand clasped the youth's languid fingers for an instant, and then he heard a cheerful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whistling as the man strode away.</w:t>
      </w:r>
      <w:r>
        <w:br/>
      </w:r>
      <w:r>
        <w:t xml:space="preserve">    (a) strongly biased</w:t>
      </w:r>
      <w:r>
        <w:br/>
      </w:r>
      <w:r>
        <w:t xml:space="preserve">    (b) bold and daring</w:t>
      </w:r>
      <w:r>
        <w:br/>
      </w:r>
      <w:r>
        <w:t xml:space="preserve">    (c) material wealth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Glancing narrowly into the more distant darkness, he caught occasional glimpses of visages that loomed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and ghostly, lit with a phosphorescent glow.</w:t>
      </w:r>
      <w:r>
        <w:br/>
      </w:r>
      <w:r>
        <w:t xml:space="preserve">    (a) abnormally pale (lacking healthy skin color); or anything that lacks energy or liveliness</w:t>
      </w:r>
      <w:r>
        <w:br/>
      </w:r>
      <w:r>
        <w:t xml:space="preserve">    (b) relating to a government, country, or ruling family of a country ruled by a king of queen</w:t>
      </w:r>
      <w:r>
        <w:br/>
      </w:r>
      <w:r>
        <w:t xml:space="preserve">    (c) mental weakness caused by old age; or describing a medical condition as caused by old 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imagined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the ejaculations of his mother and the young lady at the seminary as they drank his recitals.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related to the smallest part of any material that cannot be broken up by chemical means</w:t>
      </w:r>
      <w:r>
        <w:br/>
      </w:r>
      <w:r>
        <w:t xml:space="preserve">    (c) dismay (unhappiness, worry, and often confusion) -- typically over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"Why, no," he hastened to say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conciliating</w:t>
      </w:r>
      <w:r>
        <w:rPr>
          <w:b/>
          <w:bCs/>
        </w:rPr>
        <w:t xml:space="preserve"> </w:t>
      </w:r>
      <w:r>
        <w:rPr>
          <w:b/>
          <w:bCs/>
        </w:rPr>
        <w:t xml:space="preserve">voice "I don't think I fought the whole battle yesterday."</w:t>
      </w:r>
      <w:r>
        <w:br/>
      </w:r>
      <w:r>
        <w:t xml:space="preserve">    (a) attempting to end bad feelings or build trust</w:t>
      </w:r>
      <w:r>
        <w:br/>
      </w:r>
      <w:r>
        <w:t xml:space="preserve">    (b) making appropriate in size, amount, or degree</w:t>
      </w:r>
      <w:r>
        <w:br/>
      </w:r>
      <w:r>
        <w:t xml:space="preserve">    (c) learning, discovering, or deciding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shot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perfunctorily</w:t>
      </w:r>
      <w:r>
        <w:rPr>
          <w:b/>
          <w:bCs/>
        </w:rPr>
        <w:t xml:space="preserve"> </w:t>
      </w:r>
      <w:r>
        <w:rPr>
          <w:b/>
          <w:bCs/>
        </w:rPr>
        <w:t xml:space="preserve">at distant marks.</w:t>
      </w:r>
      <w:r>
        <w:br/>
      </w:r>
      <w:r>
        <w:t xml:space="preserve">    (a) without much interest or effort</w:t>
      </w:r>
      <w:r>
        <w:br/>
      </w:r>
      <w:r>
        <w:t xml:space="preserve">    (b) in comparison to something else</w:t>
      </w:r>
      <w:r>
        <w:br/>
      </w:r>
      <w:r>
        <w:t xml:space="preserve">    (c) in a manner that is not sincere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2026-07-31T15:54:54Z</dcterms:created>
  <dcterms:modified xsi:type="dcterms:W3CDTF">2026-07-31T15:54:54Z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