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290182ceeed018c355a651a52e8f20fe1c63c8"/>
    <w:p>
      <w:pPr>
        <w:pStyle w:val="Heading1"/>
      </w:pPr>
      <w:r>
        <w:rPr>
          <w:b/>
          <w:bCs/>
        </w:rPr>
        <w:t xml:space="preserve">The Raven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upon a midnight dreary, while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, weak and weary,</w:t>
      </w:r>
      <w:r>
        <w:br/>
      </w:r>
      <w:r>
        <w:rPr>
          <w:b/>
          <w:bCs/>
        </w:rPr>
        <w:t xml:space="preserve">Over many a quaint and curious volume of forgotten lore—</w:t>
      </w:r>
      <w:r>
        <w:br/>
      </w:r>
      <w:r>
        <w:rPr>
          <w:b/>
          <w:bCs/>
        </w:rPr>
        <w:t xml:space="preserve">While I nodded, nearly napping, suddenly there came a tapping,</w:t>
      </w:r>
      <w:r>
        <w:br/>
      </w:r>
      <w:r>
        <w:rPr>
          <w:b/>
          <w:bCs/>
        </w:rPr>
        <w:t xml:space="preserve">As of some one gently rapping, rapping at my chamber door.</w:t>
      </w:r>
      <w:r>
        <w:br/>
      </w:r>
      <w:r>
        <w:rPr>
          <w:b/>
          <w:bCs/>
        </w:rPr>
        <w:t xml:space="preserve">"'Tis some visitor," I muttered, "tapping at my chamber door—</w:t>
      </w:r>
      <w:r>
        <w:br/>
      </w:r>
      <w:r>
        <w:rPr>
          <w:b/>
          <w:bCs/>
        </w:rPr>
        <w:t xml:space="preserve">Only this and nothing more."</w:t>
      </w:r>
      <w:r>
        <w:br/>
      </w:r>
      <w:r>
        <w:t xml:space="preserve">    (a) was overly unhappy and unsociable</w:t>
      </w:r>
      <w:r>
        <w:br/>
      </w:r>
      <w:r>
        <w:t xml:space="preserve">    (b) thought deeply or carefully about</w:t>
      </w:r>
      <w:r>
        <w:br/>
      </w:r>
      <w:r>
        <w:t xml:space="preserve">    (c) not limited or without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distinctly</w:t>
      </w:r>
      <w:r>
        <w:rPr>
          <w:b/>
          <w:bCs/>
        </w:rPr>
        <w:t xml:space="preserve"> </w:t>
      </w:r>
      <w:r>
        <w:rPr>
          <w:b/>
          <w:bCs/>
        </w:rPr>
        <w:t xml:space="preserve">I remember it was in the bleak December,</w:t>
      </w:r>
      <w:r>
        <w:br/>
      </w:r>
      <w:r>
        <w:rPr>
          <w:b/>
          <w:bCs/>
        </w:rPr>
        <w:t xml:space="preserve">And each separate dying ember wrought its ghost upon the floor.</w:t>
      </w:r>
      <w:r>
        <w:br/>
      </w:r>
      <w:r>
        <w:rPr>
          <w:b/>
          <w:bCs/>
        </w:rPr>
        <w:t xml:space="preserve">Eagerly I wished the morrow;—vainly I had sought to borrow</w:t>
      </w:r>
      <w:r>
        <w:br/>
      </w:r>
      <w:r>
        <w:rPr>
          <w:b/>
          <w:bCs/>
        </w:rPr>
        <w:t xml:space="preserve">From my books surcease of sorrow—sorrow for the lost Lenore—</w:t>
      </w:r>
      <w:r>
        <w:br/>
      </w:r>
      <w:r>
        <w:rPr>
          <w:b/>
          <w:bCs/>
        </w:rPr>
        <w:t xml:space="preserve">For the rare and radiant maiden whom the angels name Lenore—</w:t>
      </w:r>
      <w:r>
        <w:br/>
      </w:r>
      <w:r>
        <w:rPr>
          <w:b/>
          <w:bCs/>
        </w:rPr>
        <w:t xml:space="preserve">Nameless here for evermore.</w:t>
      </w:r>
      <w:r>
        <w:br/>
      </w:r>
      <w:r>
        <w:t xml:space="preserve">    (a) in a manner related to a tendency to remain in a fixed stuporous state for long periods</w:t>
      </w:r>
      <w:r>
        <w:br/>
      </w:r>
      <w:r>
        <w:t xml:space="preserve">    (b) in a manner that relates to classical music plays in which most of the dialogue is sung</w:t>
      </w:r>
      <w:r>
        <w:br/>
      </w:r>
      <w:r>
        <w:t xml:space="preserve">    (c) in a manner that is clear, easily noticed, and/or identifiable as different or separate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silken sad uncertain rustling of each purple curtain</w:t>
      </w:r>
      <w:r>
        <w:br/>
      </w:r>
      <w:r>
        <w:rPr>
          <w:b/>
          <w:bCs/>
        </w:rPr>
        <w:t xml:space="preserve">Thrilled me—filled me with fantastic terrors never felt before;</w:t>
      </w:r>
      <w:r>
        <w:br/>
      </w:r>
      <w:r>
        <w:rPr>
          <w:b/>
          <w:bCs/>
        </w:rPr>
        <w:t xml:space="preserve">So that now, to still the beating of my heart, I stood repeating</w:t>
      </w:r>
      <w:r>
        <w:br/>
      </w:r>
      <w:r>
        <w:rPr>
          <w:b/>
          <w:bCs/>
        </w:rPr>
        <w:t xml:space="preserve">"'Tis some visiter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entreating</w:t>
      </w:r>
      <w:r>
        <w:rPr>
          <w:b/>
          <w:bCs/>
        </w:rPr>
        <w:t xml:space="preserve"> </w:t>
      </w:r>
      <w:r>
        <w:rPr>
          <w:b/>
          <w:bCs/>
        </w:rPr>
        <w:t xml:space="preserve">entrance at my chamber door—</w:t>
      </w:r>
      <w:r>
        <w:br/>
      </w:r>
      <w:r>
        <w:rPr>
          <w:b/>
          <w:bCs/>
        </w:rPr>
        <w:t xml:space="preserve">Some late visiter entreating entrance at my chamber door;</w:t>
      </w:r>
      <w:r>
        <w:br/>
      </w:r>
      <w:r>
        <w:rPr>
          <w:b/>
          <w:bCs/>
        </w:rPr>
        <w:t xml:space="preserve">This it is and nothing more."</w:t>
      </w:r>
      <w:r>
        <w:br/>
      </w:r>
      <w:r>
        <w:t xml:space="preserve">    (a) asking earnestly</w:t>
      </w:r>
      <w:r>
        <w:br/>
      </w:r>
      <w:r>
        <w:t xml:space="preserve">    (b) traveling across</w:t>
      </w:r>
      <w:r>
        <w:br/>
      </w:r>
      <w:r>
        <w:t xml:space="preserve">    (c) greatly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Presently my soul grew stronger; hesitating then no longer,</w:t>
      </w:r>
      <w:r>
        <w:br/>
      </w:r>
      <w:r>
        <w:rPr>
          <w:b/>
          <w:bCs/>
        </w:rPr>
        <w:t xml:space="preserve">"Sir," said I, "or Madam, truly your forgiveness I implore;</w:t>
      </w:r>
      <w:r>
        <w:br/>
      </w:r>
      <w:r>
        <w:rPr>
          <w:b/>
          <w:bCs/>
        </w:rPr>
        <w:t xml:space="preserve">But the fact is I was napping, and so gently you came rapping,</w:t>
      </w:r>
      <w:r>
        <w:br/>
      </w:r>
      <w:r>
        <w:rPr>
          <w:b/>
          <w:bCs/>
        </w:rPr>
        <w:t xml:space="preserve">And so faintly you came tapping, tapping at my chamber door,</w:t>
      </w:r>
      <w:r>
        <w:br/>
      </w:r>
      <w:r>
        <w:rPr>
          <w:b/>
          <w:bCs/>
        </w:rPr>
        <w:t xml:space="preserve">That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was sure I heard you"—here I opened wide the door—</w:t>
      </w:r>
      <w:r>
        <w:br/>
      </w:r>
      <w:r>
        <w:rPr>
          <w:b/>
          <w:bCs/>
        </w:rPr>
        <w:t xml:space="preserve">Darkness there and nothing more.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in short supply  OR  barely or hardly (by a small margin)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...dreams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mortals</w:t>
      </w:r>
      <w:r>
        <w:rPr>
          <w:b/>
          <w:bCs/>
        </w:rPr>
        <w:t xml:space="preserve"> </w:t>
      </w:r>
      <w:r>
        <w:rPr>
          <w:b/>
          <w:bCs/>
        </w:rPr>
        <w:t xml:space="preserve">ever dared to dream before;</w:t>
      </w:r>
      <w:r>
        <w:br/>
      </w:r>
      <w:r>
        <w:t xml:space="preserve">    (a) humans</w:t>
      </w:r>
      <w:r>
        <w:br/>
      </w:r>
      <w:r>
        <w:t xml:space="preserve">    (b) things or characteristics that express agreement or approval</w:t>
      </w:r>
      <w:r>
        <w:br/>
      </w:r>
      <w:r>
        <w:t xml:space="preserve">    (c) acts of being in a working position; or the acts of starting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the ebony bird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beguiling</w:t>
      </w:r>
      <w:r>
        <w:rPr>
          <w:b/>
          <w:bCs/>
        </w:rPr>
        <w:t xml:space="preserve"> </w:t>
      </w:r>
      <w:r>
        <w:rPr>
          <w:b/>
          <w:bCs/>
        </w:rPr>
        <w:t xml:space="preserve">my sad fancy into smiling,</w:t>
      </w:r>
      <w:r>
        <w:br/>
      </w:r>
      <w:r>
        <w:rPr>
          <w:b/>
          <w:bCs/>
        </w:rPr>
        <w:t xml:space="preserve">By the grave and stern decorum of the countenance it wore,</w:t>
      </w:r>
      <w:r>
        <w:br/>
      </w:r>
      <w:r>
        <w:rPr>
          <w:b/>
          <w:bCs/>
        </w:rPr>
        <w:t xml:space="preserve">"Though thy crest be shorn and shaven, thou," I said, "art sure no craven,</w:t>
      </w:r>
      <w:r>
        <w:br/>
      </w:r>
      <w:r>
        <w:rPr>
          <w:b/>
          <w:bCs/>
        </w:rPr>
        <w:t xml:space="preserve">Ghastly grim and ancient Raven wandering from the Nightly shore—</w:t>
      </w:r>
      <w:r>
        <w:br/>
      </w:r>
      <w:r>
        <w:rPr>
          <w:b/>
          <w:bCs/>
        </w:rPr>
        <w:t xml:space="preserve">Tell me what thy lordly name is on the Night's Plutonian shore!"</w:t>
      </w:r>
      <w:r>
        <w:br/>
      </w:r>
      <w:r>
        <w:rPr>
          <w:b/>
          <w:bCs/>
        </w:rPr>
        <w:t xml:space="preserve">Quoth the Raven, "Nevermore."</w:t>
      </w:r>
      <w:r>
        <w:br/>
      </w:r>
      <w:r>
        <w:t xml:space="preserve">    (a) charming or enchanting; or deceiving through charm</w:t>
      </w:r>
      <w:r>
        <w:br/>
      </w:r>
      <w:r>
        <w:t xml:space="preserve">    (b) moving out of an interacting position; or stopping</w:t>
      </w:r>
      <w:r>
        <w:br/>
      </w:r>
      <w:r>
        <w:t xml:space="preserve">    (c) exercising privileges to which one is not entitled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the ebony bird beguiling my sad fancy into smiling,</w:t>
      </w:r>
      <w:r>
        <w:br/>
      </w:r>
      <w:r>
        <w:rPr>
          <w:b/>
          <w:bCs/>
        </w:rPr>
        <w:t xml:space="preserve">By the grave and stern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decorum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countenance it wore,</w:t>
      </w:r>
      <w:r>
        <w:br/>
      </w:r>
      <w:r>
        <w:rPr>
          <w:b/>
          <w:bCs/>
        </w:rPr>
        <w:t xml:space="preserve">"Though thy crest be shorn and shaven, thou," I said, "art sure no craven,</w:t>
      </w:r>
      <w:r>
        <w:br/>
      </w:r>
      <w:r>
        <w:rPr>
          <w:b/>
          <w:bCs/>
        </w:rPr>
        <w:t xml:space="preserve">Ghastly grim and ancient Raven wandering from the Nightly shore—</w:t>
      </w:r>
      <w:r>
        <w:br/>
      </w:r>
      <w:r>
        <w:rPr>
          <w:b/>
          <w:bCs/>
        </w:rPr>
        <w:t xml:space="preserve">Tell me what thy lordly name is on the Night's Plutonian shore!"</w:t>
      </w:r>
      <w:r>
        <w:br/>
      </w:r>
      <w:r>
        <w:rPr>
          <w:b/>
          <w:bCs/>
        </w:rPr>
        <w:t xml:space="preserve">Quoth the Raven, "Nevermore."</w:t>
      </w:r>
      <w:r>
        <w:br/>
      </w:r>
      <w:r>
        <w:t xml:space="preserve">    (a) the best or most important</w:t>
      </w:r>
      <w:r>
        <w:br/>
      </w:r>
      <w:r>
        <w:t xml:space="preserve">    (b) proper manners and conduct</w:t>
      </w:r>
      <w:r>
        <w:br/>
      </w:r>
      <w:r>
        <w:t xml:space="preserve">    (c) harsh and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grave and stern decorum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it wore,</w:t>
      </w:r>
      <w:r>
        <w:br/>
      </w:r>
      <w:r>
        <w:t xml:space="preserve">    (a) the best or most important</w:t>
      </w:r>
      <w:r>
        <w:br/>
      </w:r>
      <w:r>
        <w:t xml:space="preserve">    (b) facial expression (and posture and other visible features)</w:t>
      </w:r>
      <w:r>
        <w:br/>
      </w:r>
      <w:r>
        <w:t xml:space="preserve">    (c) a secret agreement or plot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Much I marvelled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fowl to hear discourse so plainly,</w:t>
      </w:r>
      <w:r>
        <w:br/>
      </w:r>
      <w:r>
        <w:rPr>
          <w:b/>
          <w:bCs/>
        </w:rPr>
        <w:t xml:space="preserve">Though its answer little meaning—little relevancy bore;</w:t>
      </w:r>
      <w:r>
        <w:br/>
      </w:r>
      <w:r>
        <w:rPr>
          <w:b/>
          <w:bCs/>
        </w:rPr>
        <w:t xml:space="preserve">For we cannot help agreeing that no living human being</w:t>
      </w:r>
      <w:r>
        <w:br/>
      </w:r>
      <w:r>
        <w:rPr>
          <w:b/>
          <w:bCs/>
        </w:rPr>
        <w:t xml:space="preserve">Ever yet was blessed with seeing bird above his chamber door—</w:t>
      </w:r>
      <w:r>
        <w:br/>
      </w:r>
      <w:r>
        <w:rPr>
          <w:b/>
          <w:bCs/>
        </w:rPr>
        <w:t xml:space="preserve">Bird or beast upon the sculptured bust above his chamber door,</w:t>
      </w:r>
      <w:r>
        <w:br/>
      </w:r>
      <w:r>
        <w:rPr>
          <w:b/>
          <w:bCs/>
        </w:rPr>
        <w:t xml:space="preserve">With such name as "Nevermore."</w:t>
      </w:r>
      <w:r>
        <w:br/>
      </w:r>
      <w:r>
        <w:t xml:space="preserve">    (a) lacking appropriate weight compared to height</w:t>
      </w:r>
      <w:r>
        <w:br/>
      </w:r>
      <w:r>
        <w:t xml:space="preserve">    (b) lacking adult height or maturity</w:t>
      </w:r>
      <w:r>
        <w:br/>
      </w:r>
      <w:r>
        <w:t xml:space="preserve">    (c) lacking grace in movement or appearance; or difficult to handle or manage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Much I marvelled this ungainly fowl to hear discourse so plainly,</w:t>
      </w:r>
      <w:r>
        <w:br/>
      </w:r>
      <w:r>
        <w:rPr>
          <w:b/>
          <w:bCs/>
        </w:rPr>
        <w:t xml:space="preserve">Though its answer little meaning—little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relevancy</w:t>
      </w:r>
      <w:r>
        <w:rPr>
          <w:b/>
          <w:bCs/>
        </w:rPr>
        <w:t xml:space="preserve"> </w:t>
      </w:r>
      <w:r>
        <w:rPr>
          <w:b/>
          <w:bCs/>
        </w:rPr>
        <w:t xml:space="preserve">bore;</w:t>
      </w:r>
      <w:r>
        <w:br/>
      </w:r>
      <w:r>
        <w:rPr>
          <w:b/>
          <w:bCs/>
        </w:rPr>
        <w:t xml:space="preserve">For we cannot help agreeing that no living human being</w:t>
      </w:r>
      <w:r>
        <w:br/>
      </w:r>
      <w:r>
        <w:rPr>
          <w:b/>
          <w:bCs/>
        </w:rPr>
        <w:t xml:space="preserve">Ever yet was blessed with seeing bird above his chamber door—</w:t>
      </w:r>
      <w:r>
        <w:br/>
      </w:r>
      <w:r>
        <w:rPr>
          <w:b/>
          <w:bCs/>
        </w:rPr>
        <w:t xml:space="preserve">Bird or beast upon the sculptured bust above his chamber door,</w:t>
      </w:r>
      <w:r>
        <w:br/>
      </w:r>
      <w:r>
        <w:rPr>
          <w:b/>
          <w:bCs/>
        </w:rPr>
        <w:t xml:space="preserve">With such name as "Nevermore."</w:t>
      </w:r>
      <w:r>
        <w:br/>
      </w:r>
      <w:r>
        <w:t xml:space="preserve">    (a) a lens that limits light vibrations to a single plane</w:t>
      </w:r>
      <w:r>
        <w:br/>
      </w:r>
      <w:r>
        <w:t xml:space="preserve">    (b) someone who exposes wrongdoing within an organization</w:t>
      </w:r>
      <w:r>
        <w:br/>
      </w:r>
      <w:r>
        <w:t xml:space="preserve">    (c) relating in a meaningful way to the issue in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Raven, sitting lonely on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placid</w:t>
      </w:r>
      <w:r>
        <w:rPr>
          <w:b/>
          <w:bCs/>
        </w:rPr>
        <w:t xml:space="preserve"> </w:t>
      </w:r>
      <w:r>
        <w:rPr>
          <w:b/>
          <w:bCs/>
        </w:rPr>
        <w:t xml:space="preserve">bust, spoke only</w:t>
      </w:r>
      <w:r>
        <w:br/>
      </w:r>
      <w:r>
        <w:rPr>
          <w:b/>
          <w:bCs/>
        </w:rPr>
        <w:t xml:space="preserve">That one word, as if its soul in that one word he did outpour</w:t>
      </w:r>
      <w:r>
        <w:br/>
      </w:r>
      <w:r>
        <w:rPr>
          <w:b/>
          <w:bCs/>
        </w:rPr>
        <w:t xml:space="preserve">Nothing farther then he uttered; not a feather then he fluttered—</w:t>
      </w:r>
      <w:r>
        <w:br/>
      </w:r>
      <w:r>
        <w:rPr>
          <w:b/>
          <w:bCs/>
        </w:rPr>
        <w:t xml:space="preserve">Till I scarcely more than muttered: "Other friends have flown before—</w:t>
      </w:r>
      <w:r>
        <w:br/>
      </w:r>
      <w:r>
        <w:rPr>
          <w:b/>
          <w:bCs/>
        </w:rPr>
        <w:t xml:space="preserve">On the morrow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</w:rPr>
        <w:t xml:space="preserve">will leave me, as my Hopes have flown before."</w:t>
      </w:r>
      <w:r>
        <w:br/>
      </w:r>
      <w:r>
        <w:rPr>
          <w:b/>
          <w:bCs/>
        </w:rPr>
        <w:t xml:space="preserve">Then the bird said "Nevermore."</w:t>
      </w:r>
      <w:r>
        <w:br/>
      </w:r>
      <w:r>
        <w:t xml:space="preserve">    (a) not attractive or desirable</w:t>
      </w:r>
      <w:r>
        <w:br/>
      </w:r>
      <w:r>
        <w:t xml:space="preserve">    (b) calm and not easily excited</w:t>
      </w:r>
      <w:r>
        <w:br/>
      </w:r>
      <w:r>
        <w:t xml:space="preserve">    (c) related to being antisocial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Raven, sitting lonely on that placid bust, spoke only</w:t>
      </w:r>
      <w:r>
        <w:br/>
      </w:r>
      <w:r>
        <w:rPr>
          <w:b/>
          <w:bCs/>
        </w:rPr>
        <w:t xml:space="preserve">That one word, as if its soul in that one word he did outpour</w:t>
      </w:r>
      <w:r>
        <w:br/>
      </w:r>
      <w:r>
        <w:rPr>
          <w:b/>
          <w:bCs/>
        </w:rPr>
        <w:t xml:space="preserve">Nothing farther then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; not a feather then he fluttered—</w:t>
      </w:r>
      <w:r>
        <w:br/>
      </w:r>
      <w:r>
        <w:rPr>
          <w:b/>
          <w:bCs/>
        </w:rPr>
        <w:t xml:space="preserve">Till I scarcely more than muttered: "Other friends have flown before—</w:t>
      </w:r>
      <w:r>
        <w:br/>
      </w:r>
      <w:r>
        <w:rPr>
          <w:b/>
          <w:bCs/>
        </w:rPr>
        <w:t xml:space="preserve">On the morrow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</w:rPr>
        <w:t xml:space="preserve">will leave me, as my Hopes have flown before."</w:t>
      </w:r>
      <w:r>
        <w:br/>
      </w:r>
      <w:r>
        <w:rPr>
          <w:b/>
          <w:bCs/>
        </w:rPr>
        <w:t xml:space="preserve">Then the bird said "Nevermore."</w:t>
      </w:r>
      <w:r>
        <w:br/>
      </w:r>
      <w:r>
        <w:t xml:space="preserve">    (a) genetically changed through evolution</w:t>
      </w:r>
      <w:r>
        <w:br/>
      </w:r>
      <w:r>
        <w:t xml:space="preserve">    (b) controlled (how something turned out)</w:t>
      </w:r>
      <w:r>
        <w:br/>
      </w:r>
      <w:r>
        <w:t xml:space="preserve">    (c) said (or make a sound) with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and more I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divining</w:t>
      </w:r>
      <w:r>
        <w:rPr>
          <w:b/>
          <w:bCs/>
        </w:rPr>
        <w:t xml:space="preserve">, with my head at ease reclining</w:t>
      </w:r>
      <w:r>
        <w:br/>
      </w:r>
      <w:r>
        <w:t xml:space="preserve">    (a) taking on or adopting</w:t>
      </w:r>
      <w:r>
        <w:br/>
      </w:r>
      <w:r>
        <w:t xml:space="preserve">    (b) trying to discover through reflection (thinking)</w:t>
      </w:r>
      <w:r>
        <w:br/>
      </w:r>
      <w:r>
        <w:t xml:space="preserve">    (c) suggesting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"Prophet!" said I, "thing of evil!—prophet still, if bird or devil!—</w:t>
      </w:r>
      <w:r>
        <w:br/>
      </w:r>
      <w:r>
        <w:rPr>
          <w:b/>
          <w:bCs/>
        </w:rPr>
        <w:t xml:space="preserve">Whether Tempter sent, or whether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rPr>
          <w:b/>
          <w:bCs/>
        </w:rPr>
        <w:t xml:space="preserve"> </w:t>
      </w:r>
      <w:r>
        <w:rPr>
          <w:b/>
          <w:bCs/>
        </w:rPr>
        <w:t xml:space="preserve">tossed thee here ashore,</w:t>
      </w:r>
      <w:r>
        <w:br/>
      </w:r>
      <w:r>
        <w:rPr>
          <w:b/>
          <w:bCs/>
        </w:rPr>
        <w:t xml:space="preserve">Desolate, yet all undaunted, on this desert land enchanted—</w:t>
      </w:r>
      <w:r>
        <w:br/>
      </w:r>
      <w:r>
        <w:rPr>
          <w:b/>
          <w:bCs/>
        </w:rPr>
        <w:t xml:space="preserve">On this home by Horror haunted—tell me truly, I implore—</w:t>
      </w:r>
      <w:r>
        <w:br/>
      </w:r>
      <w:r>
        <w:rPr>
          <w:b/>
          <w:bCs/>
        </w:rPr>
        <w:t xml:space="preserve">Is there—</w:t>
      </w:r>
      <w:r>
        <w:rPr>
          <w:b/>
          <w:bCs/>
          <w:i/>
          <w:iCs/>
        </w:rPr>
        <w:t xml:space="preserve">is</w:t>
      </w:r>
      <w:r>
        <w:rPr>
          <w:b/>
          <w:bCs/>
        </w:rPr>
        <w:t xml:space="preserve"> </w:t>
      </w:r>
      <w:r>
        <w:rPr>
          <w:b/>
          <w:bCs/>
        </w:rPr>
        <w:t xml:space="preserve">there balm in Gilead?—tell me—tell me, I implore!"</w:t>
      </w:r>
      <w:r>
        <w:br/>
      </w:r>
      <w:r>
        <w:rPr>
          <w:b/>
          <w:bCs/>
        </w:rPr>
        <w:t xml:space="preserve">Quoth the Raven, "Nevermore."</w:t>
      </w:r>
      <w:r>
        <w:br/>
      </w:r>
      <w:r>
        <w:t xml:space="preserve">    (a) to dominate harshly and unfairly  OR  to deny equal rights to others or make them suffer</w:t>
      </w:r>
      <w:r>
        <w:br/>
      </w:r>
      <w:r>
        <w:t xml:space="preserve">    (b) a violent commotion or disturbance -- especially a violent storm or emotional outburst</w:t>
      </w:r>
      <w:r>
        <w:br/>
      </w:r>
      <w:r>
        <w:t xml:space="preserve">    (c) a long and determined effort for a cause that is passionately believed to be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"Prophet!" said I, "thing of evil!—prophet still, if bird or devil!—</w:t>
      </w:r>
      <w:r>
        <w:br/>
      </w:r>
      <w:r>
        <w:rPr>
          <w:b/>
          <w:bCs/>
        </w:rPr>
        <w:t xml:space="preserve">Whether Tempter sent, or whether tempest tossed thee here ashore,</w:t>
      </w:r>
      <w:r>
        <w:br/>
      </w:r>
      <w:r>
        <w:rPr>
          <w:b/>
          <w:bCs/>
        </w:rPr>
        <w:t xml:space="preserve">Desolate, yet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undaunted</w:t>
      </w:r>
      <w:r>
        <w:rPr>
          <w:b/>
          <w:bCs/>
        </w:rPr>
        <w:t xml:space="preserve">, on this desert land enchanted—</w:t>
      </w:r>
      <w:r>
        <w:br/>
      </w:r>
      <w:r>
        <w:rPr>
          <w:b/>
          <w:bCs/>
        </w:rPr>
        <w:t xml:space="preserve">On this home by Horror haunted—tell me truly, I implore—</w:t>
      </w:r>
      <w:r>
        <w:br/>
      </w:r>
      <w:r>
        <w:rPr>
          <w:b/>
          <w:bCs/>
        </w:rPr>
        <w:t xml:space="preserve">Is there—</w:t>
      </w:r>
      <w:r>
        <w:rPr>
          <w:b/>
          <w:bCs/>
          <w:i/>
          <w:iCs/>
        </w:rPr>
        <w:t xml:space="preserve">is</w:t>
      </w:r>
      <w:r>
        <w:rPr>
          <w:b/>
          <w:bCs/>
        </w:rPr>
        <w:t xml:space="preserve"> </w:t>
      </w:r>
      <w:r>
        <w:rPr>
          <w:b/>
          <w:bCs/>
        </w:rPr>
        <w:t xml:space="preserve">there balm in Gilead?—tell me—tell me, I implore!"</w:t>
      </w:r>
      <w:r>
        <w:br/>
      </w:r>
      <w:r>
        <w:rPr>
          <w:b/>
          <w:bCs/>
        </w:rPr>
        <w:t xml:space="preserve">Quoth the Raven, "Nevermore."</w:t>
      </w:r>
      <w:r>
        <w:br/>
      </w:r>
      <w:r>
        <w:t xml:space="preserve">    (a) not discouraged or intimidated</w:t>
      </w:r>
      <w:r>
        <w:br/>
      </w:r>
      <w:r>
        <w:t xml:space="preserve">    (b) not hired, occupied, or booked</w:t>
      </w:r>
      <w:r>
        <w:br/>
      </w:r>
      <w:r>
        <w:t xml:space="preserve">    (c) took (power or responsibility)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Raven, never flitting, still is sitting, still is sitting</w:t>
      </w:r>
      <w:r>
        <w:br/>
      </w:r>
      <w:r>
        <w:rPr>
          <w:b/>
          <w:bCs/>
        </w:rPr>
        <w:t xml:space="preserve">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bust of Pallas just above my chamber door;</w:t>
      </w:r>
      <w:r>
        <w:br/>
      </w:r>
      <w:r>
        <w:t xml:space="preserve">    (a) relating to a government, country, or ruling family of a country ruled by a king of queen</w:t>
      </w:r>
      <w:r>
        <w:br/>
      </w:r>
      <w:r>
        <w:t xml:space="preserve">    (b) pale and/or lacking liveliness</w:t>
      </w:r>
      <w:r>
        <w:br/>
      </w:r>
      <w:r>
        <w:t xml:space="preserve">    (c) mental weakness caused by old age; or describing a medical condition as caused by old age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2026-07-31T17:12:03Z</dcterms:created>
  <dcterms:modified xsi:type="dcterms:W3CDTF">2026-07-31T17:12:03Z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