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3a45619949618d3d684e4f248cd8ccdcd1e3d5"/>
    <w:p>
      <w:pPr>
        <w:pStyle w:val="Heading1"/>
      </w:pPr>
      <w:r>
        <w:rPr>
          <w:b/>
          <w:bCs/>
        </w:rPr>
        <w:t xml:space="preserve">The Ramayana</w:t>
      </w:r>
      <w:r>
        <w:br/>
      </w:r>
      <w:r>
        <w:rPr>
          <w:i/>
          <w:iCs/>
        </w:rPr>
        <w:t xml:space="preserve">Ramayana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waved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adieu</w:t>
      </w:r>
      <w:r>
        <w:rPr>
          <w:b/>
          <w:bCs/>
        </w:rPr>
        <w:t xml:space="preserve"> </w:t>
      </w:r>
      <w:r>
        <w:rPr>
          <w:b/>
          <w:bCs/>
        </w:rPr>
        <w:t xml:space="preserve">to our friends at the train station.</w:t>
      </w:r>
      <w:r>
        <w:br/>
      </w:r>
      <w:r>
        <w:t xml:space="preserve">    (a) hello</w:t>
      </w:r>
      <w:r>
        <w:br/>
      </w:r>
      <w:r>
        <w:t xml:space="preserve">    (b) goodbye</w:t>
      </w:r>
      <w:r>
        <w:br/>
      </w:r>
      <w:r>
        <w:t xml:space="preserve">    (c) greetings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 little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allay</w:t>
      </w:r>
      <w:r>
        <w:rPr>
          <w:b/>
          <w:bCs/>
        </w:rPr>
        <w:t xml:space="preserve"> </w:t>
      </w:r>
      <w:r>
        <w:rPr>
          <w:b/>
          <w:bCs/>
        </w:rPr>
        <w:t xml:space="preserve">Israeli fears.</w:t>
      </w:r>
      <w:r>
        <w:br/>
      </w:r>
      <w:r>
        <w:t xml:space="preserve">    (a) increase</w:t>
      </w:r>
      <w:r>
        <w:br/>
      </w:r>
      <w:r>
        <w:t xml:space="preserve">    (b) reduce</w:t>
      </w:r>
      <w:r>
        <w:br/>
      </w:r>
      <w:r>
        <w:t xml:space="preserve">    (c) distract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doesn't think of him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amorous</w:t>
      </w:r>
      <w:r>
        <w:rPr>
          <w:b/>
          <w:bCs/>
        </w:rPr>
        <w:t xml:space="preserve"> </w:t>
      </w:r>
      <w:r>
        <w:rPr>
          <w:b/>
          <w:bCs/>
        </w:rPr>
        <w:t xml:space="preserve">way.</w:t>
      </w:r>
      <w:r>
        <w:br/>
      </w:r>
      <w:r>
        <w:t xml:space="preserve">    (a) logical or analytical</w:t>
      </w:r>
      <w:r>
        <w:br/>
      </w:r>
      <w:r>
        <w:t xml:space="preserve">    (b) light-hearted</w:t>
      </w:r>
      <w:r>
        <w:br/>
      </w:r>
      <w:r>
        <w:t xml:space="preserve">    (c) romantic or sexual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religions have or have had traces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asceticism</w:t>
      </w:r>
      <w:r>
        <w:rPr>
          <w:b/>
          <w:bCs/>
        </w:rPr>
        <w:t xml:space="preserve"> </w:t>
      </w:r>
      <w:r>
        <w:rPr>
          <w:b/>
          <w:bCs/>
        </w:rPr>
        <w:t xml:space="preserve">in order to achieve a spiritual goal.</w:t>
      </w:r>
      <w:r>
        <w:br/>
      </w:r>
      <w:r>
        <w:t xml:space="preserve">    (a) self-denial</w:t>
      </w:r>
      <w:r>
        <w:br/>
      </w:r>
      <w:r>
        <w:t xml:space="preserve">    (b) spiritual mysticism</w:t>
      </w:r>
      <w:r>
        <w:br/>
      </w:r>
      <w:r>
        <w:t xml:space="preserve">    (c) sensual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chief made a statement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assuaged</w:t>
      </w:r>
      <w:r>
        <w:rPr>
          <w:b/>
          <w:bCs/>
        </w:rPr>
        <w:t xml:space="preserve"> </w:t>
      </w:r>
      <w:r>
        <w:rPr>
          <w:b/>
          <w:bCs/>
        </w:rPr>
        <w:t xml:space="preserve">many people's worst fears.</w:t>
      </w:r>
      <w:r>
        <w:br/>
      </w:r>
      <w:r>
        <w:t xml:space="preserve">    (a) made a joke of</w:t>
      </w:r>
      <w:r>
        <w:br/>
      </w:r>
      <w:r>
        <w:t xml:space="preserve">    (b) soothed</w:t>
      </w:r>
      <w:r>
        <w:br/>
      </w:r>
      <w:r>
        <w:t xml:space="preserve">    (c) made worse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Clear skies and a warm breeze made for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auspicious</w:t>
      </w:r>
      <w:r>
        <w:rPr>
          <w:b/>
          <w:bCs/>
        </w:rPr>
        <w:t xml:space="preserve"> </w:t>
      </w:r>
      <w:r>
        <w:rPr>
          <w:b/>
          <w:bCs/>
        </w:rPr>
        <w:t xml:space="preserve">start to the journey.</w:t>
      </w:r>
      <w:r>
        <w:br/>
      </w:r>
      <w:r>
        <w:t xml:space="preserve">    (a) favorable and promising</w:t>
      </w:r>
      <w:r>
        <w:br/>
      </w:r>
      <w:r>
        <w:t xml:space="preserve">    (b) dull and ordinary</w:t>
      </w:r>
      <w:r>
        <w:br/>
      </w:r>
      <w:r>
        <w:t xml:space="preserve">    (c) ominous and dark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calls himself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bard</w:t>
      </w:r>
      <w:r>
        <w:rPr>
          <w:b/>
          <w:bCs/>
        </w:rPr>
        <w:t xml:space="preserve"> </w:t>
      </w:r>
      <w:r>
        <w:rPr>
          <w:b/>
          <w:bCs/>
        </w:rPr>
        <w:t xml:space="preserve">from Brooklyn.</w:t>
      </w:r>
      <w:r>
        <w:br/>
      </w:r>
      <w:r>
        <w:t xml:space="preserve">    (a) someone who composes and shares poems about important events and people</w:t>
      </w:r>
      <w:r>
        <w:br/>
      </w:r>
      <w:r>
        <w:t xml:space="preserve">    (b) someone who protects the weak and delivers justice to those who are evil</w:t>
      </w:r>
      <w:r>
        <w:br/>
      </w:r>
      <w:r>
        <w:t xml:space="preserve">    (c) someone who knows everything about everyone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wined, dined,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beguiled</w:t>
      </w:r>
      <w:r>
        <w:rPr>
          <w:b/>
          <w:bCs/>
        </w:rPr>
        <w:t xml:space="preserve"> </w:t>
      </w:r>
      <w:r>
        <w:rPr>
          <w:b/>
          <w:bCs/>
        </w:rPr>
        <w:t xml:space="preserve">into signing the contract.</w:t>
      </w:r>
      <w:r>
        <w:br/>
      </w:r>
      <w:r>
        <w:t xml:space="preserve">    (a) tricked</w:t>
      </w:r>
      <w:r>
        <w:br/>
      </w:r>
      <w:r>
        <w:t xml:space="preserve">    (b) encouraged</w:t>
      </w:r>
      <w:r>
        <w:br/>
      </w:r>
      <w:r>
        <w:t xml:space="preserve">    (c) forced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bereft</w:t>
      </w:r>
      <w:r>
        <w:rPr>
          <w:b/>
          <w:bCs/>
        </w:rPr>
        <w:t xml:space="preserve"> </w:t>
      </w:r>
      <w:r>
        <w:rPr>
          <w:b/>
          <w:bCs/>
        </w:rPr>
        <w:t xml:space="preserve">of natural borders.</w:t>
      </w:r>
      <w:r>
        <w:br/>
      </w:r>
      <w:r>
        <w:t xml:space="preserve">    (a) lacking</w:t>
      </w:r>
      <w:r>
        <w:br/>
      </w:r>
      <w:r>
        <w:t xml:space="preserve">    (b) proud</w:t>
      </w:r>
      <w:r>
        <w:br/>
      </w:r>
      <w:r>
        <w:t xml:space="preserve">    (c) with a natural defense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friend/friend</w:t>
      </w:r>
      <w:r>
        <w:br/>
      </w:r>
      <w:r>
        <w:t xml:space="preserve">    (b) owner/pet</w:t>
      </w:r>
      <w:r>
        <w:br/>
      </w:r>
      <w:r>
        <w:t xml:space="preserve">    (c) parent/child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family concerns</w:t>
      </w:r>
      <w:r>
        <w:br/>
      </w:r>
      <w:r>
        <w:t xml:space="preserve">    (b) financial loan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work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fraught</w:t>
      </w:r>
      <w:r>
        <w:rPr>
          <w:b/>
          <w:bCs/>
        </w:rPr>
        <w:t xml:space="preserve"> </w:t>
      </w:r>
      <w:r>
        <w:rPr>
          <w:b/>
          <w:bCs/>
        </w:rPr>
        <w:t xml:space="preserve">with difficulty.</w:t>
      </w:r>
      <w:r>
        <w:br/>
      </w:r>
      <w:r>
        <w:t xml:space="preserve">    (a) followed</w:t>
      </w:r>
      <w:r>
        <w:br/>
      </w:r>
      <w:r>
        <w:t xml:space="preserve">    (b) filled</w:t>
      </w:r>
      <w:r>
        <w:br/>
      </w:r>
      <w:r>
        <w:t xml:space="preserve">    (c) preceded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illustrious</w:t>
      </w:r>
      <w:r>
        <w:rPr>
          <w:b/>
          <w:bCs/>
        </w:rPr>
        <w:t xml:space="preserve"> </w:t>
      </w:r>
      <w:r>
        <w:rPr>
          <w:b/>
          <w:bCs/>
        </w:rPr>
        <w:t xml:space="preserve">scientist received another prestigious award for her research.</w:t>
      </w:r>
      <w:r>
        <w:br/>
      </w:r>
      <w:r>
        <w:t xml:space="preserve">    (a) famous and admired</w:t>
      </w:r>
      <w:r>
        <w:br/>
      </w:r>
      <w:r>
        <w:t xml:space="preserve">    (b) controversial but rich</w:t>
      </w:r>
      <w:r>
        <w:br/>
      </w:r>
      <w:r>
        <w:t xml:space="preserve">    (c) unknown and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planning, the day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nuptials</w:t>
      </w:r>
      <w:r>
        <w:rPr>
          <w:b/>
          <w:bCs/>
        </w:rPr>
        <w:t xml:space="preserve"> </w:t>
      </w:r>
      <w:r>
        <w:rPr>
          <w:b/>
          <w:bCs/>
        </w:rPr>
        <w:t xml:space="preserve">finally arrived.</w:t>
      </w:r>
      <w:r>
        <w:br/>
      </w:r>
      <w:r>
        <w:t xml:space="preserve">    (a) move</w:t>
      </w:r>
      <w:r>
        <w:br/>
      </w:r>
      <w:r>
        <w:t xml:space="preserve">    (b) wedding</w:t>
      </w:r>
      <w:r>
        <w:br/>
      </w:r>
      <w:r>
        <w:t xml:space="preserve">    (c) vacation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want to spoil her, but I don't have the heart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criticize</w:t>
      </w:r>
      <w:r>
        <w:br/>
      </w:r>
      <w:r>
        <w:t xml:space="preserve">    (b) compliment</w:t>
      </w:r>
      <w:r>
        <w:br/>
      </w:r>
      <w:r>
        <w:t xml:space="preserve">    (c) instruct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bird is called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Resplendent</w:t>
      </w:r>
      <w:r>
        <w:rPr>
          <w:b/>
          <w:bCs/>
        </w:rPr>
        <w:t xml:space="preserve"> </w:t>
      </w:r>
      <w:r>
        <w:rPr>
          <w:b/>
          <w:bCs/>
        </w:rPr>
        <w:t xml:space="preserve">Quetzal because of its beautiful, shimmering colors.</w:t>
      </w:r>
      <w:r>
        <w:br/>
      </w:r>
      <w:r>
        <w:t xml:space="preserve">    (a) shimmering</w:t>
      </w:r>
      <w:r>
        <w:br/>
      </w:r>
      <w:r>
        <w:t xml:space="preserve">    (b) colorful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queen traveled with a large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retinue</w:t>
      </w:r>
      <w:r>
        <w:rPr>
          <w:b/>
          <w:bCs/>
        </w:rPr>
        <w:t xml:space="preserve"> </w:t>
      </w:r>
      <w:r>
        <w:rPr>
          <w:b/>
          <w:bCs/>
        </w:rPr>
        <w:t xml:space="preserve">of servants and guards to ensure her safety and comfort.</w:t>
      </w:r>
      <w:r>
        <w:br/>
      </w:r>
      <w:r>
        <w:t xml:space="preserve">    (a) car</w:t>
      </w:r>
      <w:r>
        <w:br/>
      </w:r>
      <w:r>
        <w:t xml:space="preserve">    (b) plane</w:t>
      </w:r>
      <w:r>
        <w:br/>
      </w:r>
      <w:r>
        <w:t xml:space="preserve">    (c)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long</w:t>
      </w:r>
      <w:r>
        <w:br/>
      </w:r>
      <w:r>
        <w:t xml:space="preserve">    (b) flattering</w:t>
      </w:r>
      <w:r>
        <w:br/>
      </w:r>
      <w:r>
        <w:t xml:space="preserve">    (c) magnificent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vaunted</w:t>
      </w:r>
      <w:r>
        <w:rPr>
          <w:b/>
          <w:bCs/>
        </w:rPr>
        <w:t xml:space="preserve"> </w:t>
      </w:r>
      <w:r>
        <w:rPr>
          <w:b/>
          <w:bCs/>
        </w:rPr>
        <w:t xml:space="preserve">signature dish is a must-try for any foodie.</w:t>
      </w:r>
      <w:r>
        <w:br/>
      </w:r>
      <w:r>
        <w:t xml:space="preserve">    (a) extravagantly praised</w:t>
      </w:r>
      <w:r>
        <w:br/>
      </w:r>
      <w:r>
        <w:t xml:space="preserve">    (b) rare or expensive</w:t>
      </w:r>
      <w:r>
        <w:br/>
      </w:r>
      <w:r>
        <w:t xml:space="preserve">    (c) difficult to make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Many people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venerate</w:t>
      </w:r>
      <w:r>
        <w:rPr>
          <w:b/>
          <w:bCs/>
        </w:rPr>
        <w:t xml:space="preserve"> </w:t>
      </w:r>
      <w:r>
        <w:rPr>
          <w:b/>
          <w:bCs/>
        </w:rPr>
        <w:t xml:space="preserve">leaders who devoted their lives to justice.</w:t>
      </w:r>
      <w:r>
        <w:br/>
      </w:r>
      <w:r>
        <w:t xml:space="preserve">    (a) deeply respect</w:t>
      </w:r>
      <w:r>
        <w:br/>
      </w:r>
      <w:r>
        <w:t xml:space="preserve">    (b) quietly question</w:t>
      </w:r>
      <w:r>
        <w:br/>
      </w:r>
      <w:r>
        <w:t xml:space="preserve">    (c) openly avoid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2026-07-31T18:46:30Z</dcterms:created>
  <dcterms:modified xsi:type="dcterms:W3CDTF">2026-07-31T18:46:30Z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