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cb4bd2f209ea4eeb2d03054debc313e8553a44"/>
    <w:p>
      <w:pPr>
        <w:pStyle w:val="Heading1"/>
      </w:pPr>
      <w:r>
        <w:rPr>
          <w:b/>
          <w:bCs/>
        </w:rPr>
        <w:t xml:space="preserve">The Ramayana</w:t>
      </w:r>
      <w:r>
        <w:br/>
      </w:r>
      <w:r>
        <w:rPr>
          <w:i/>
          <w:iCs/>
        </w:rPr>
        <w:t xml:space="preserve">Ramayana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Hail, arch-ascetic,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pious</w:t>
      </w:r>
      <w:r>
        <w:rPr>
          <w:b/>
          <w:bCs/>
        </w:rPr>
        <w:t xml:space="preserve">, good, and kind!</w:t>
      </w:r>
      <w:r>
        <w:br/>
      </w:r>
      <w:r>
        <w:t xml:space="preserve">    (a) not able to be translated</w:t>
      </w:r>
      <w:r>
        <w:br/>
      </w:r>
      <w:r>
        <w:t xml:space="preserve">    (b) able to be disagreed with</w:t>
      </w:r>
      <w:r>
        <w:br/>
      </w:r>
      <w:r>
        <w:t xml:space="preserve">    (c) religious or highly moral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thus the rite is mocked and stayed, And all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pious</w:t>
      </w:r>
      <w:r>
        <w:rPr>
          <w:b/>
          <w:bCs/>
        </w:rPr>
        <w:t xml:space="preserve"> </w:t>
      </w:r>
      <w:r>
        <w:rPr>
          <w:b/>
          <w:bCs/>
        </w:rPr>
        <w:t xml:space="preserve">hopes delayed, Cast down in heart the spot I leave, And spent with fruitless labour grieve.</w:t>
      </w:r>
      <w:r>
        <w:br/>
      </w:r>
      <w:r>
        <w:t xml:space="preserve">    (a) tendency to be direct in a disagreeable, insensitive manner</w:t>
      </w:r>
      <w:r>
        <w:br/>
      </w:r>
      <w:r>
        <w:t xml:space="preserve">    (b) sincere, but highly unlikely</w:t>
      </w:r>
      <w:r>
        <w:br/>
      </w:r>
      <w:r>
        <w:t xml:space="preserve">    (c) the degree or quality of being exactly vertical or straight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Whom, when his warrior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wrath</w:t>
      </w:r>
      <w:r>
        <w:rPr>
          <w:b/>
          <w:bCs/>
        </w:rPr>
        <w:t xml:space="preserve"> </w:t>
      </w:r>
      <w:r>
        <w:rPr>
          <w:b/>
          <w:bCs/>
        </w:rPr>
        <w:t xml:space="preserve">is high, Do Gods embattled fear and fly?</w:t>
      </w:r>
      <w:r>
        <w:br/>
      </w:r>
      <w:r>
        <w:t xml:space="preserve">    (a) extreme anger</w:t>
      </w:r>
      <w:r>
        <w:br/>
      </w:r>
      <w:r>
        <w:t xml:space="preserve">    (b) use of reason</w:t>
      </w:r>
      <w:r>
        <w:br/>
      </w:r>
      <w:r>
        <w:t xml:space="preserve">    (c) determination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 king, with suppliant hands upheld, Gazed on the other's face: And then by mutual love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Met in a close embrace.</w:t>
      </w:r>
      <w:r>
        <w:br/>
      </w:r>
      <w:r>
        <w:t xml:space="preserve">    (a) concentrated, look at, or paid attention to</w:t>
      </w:r>
      <w:r>
        <w:br/>
      </w:r>
      <w:r>
        <w:t xml:space="preserve">    (b) made appropriate in size, amount, or degree</w:t>
      </w:r>
      <w:r>
        <w:br/>
      </w:r>
      <w:r>
        <w:t xml:space="preserve">    (c) to make someone feel they must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gained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penance</w:t>
      </w:r>
      <w:r>
        <w:rPr>
          <w:b/>
          <w:bCs/>
        </w:rPr>
        <w:t xml:space="preserve"> </w:t>
      </w:r>
      <w:r>
        <w:rPr>
          <w:b/>
          <w:bCs/>
        </w:rPr>
        <w:t xml:space="preserve">long and dire The favour of the mighty Sire.</w:t>
      </w:r>
      <w:r>
        <w:br/>
      </w:r>
      <w:r>
        <w:t xml:space="preserve">    (a) the act of hiding something by making it blend in with its surroundings; or hiding the truth; or something that hides or deceives</w:t>
      </w:r>
      <w:r>
        <w:br/>
      </w:r>
      <w:r>
        <w:t xml:space="preserve">    (b) to expression feelings or thoughts enthusiastically  OR  to squirt or give off (typically under pressure such as blood or leaking gas)</w:t>
      </w:r>
      <w:r>
        <w:br/>
      </w:r>
      <w:r>
        <w:t xml:space="preserve">    (c) an act that shows sorrow for wrongdoing -- such as expressing regret, asking for forgiveness, or trying to make up for the harm done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honoured, filled with transport new, That wondrous being, fair to view, As round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envoy</w:t>
      </w:r>
      <w:r>
        <w:rPr>
          <w:b/>
          <w:bCs/>
        </w:rPr>
        <w:t xml:space="preserve"> </w:t>
      </w:r>
      <w:r>
        <w:rPr>
          <w:b/>
          <w:bCs/>
        </w:rPr>
        <w:t xml:space="preserve">of the God With reverential steps he trod.</w:t>
      </w:r>
      <w:r>
        <w:br/>
      </w:r>
      <w:r>
        <w:t xml:space="preserve">    (a) representative sent on a mission</w:t>
      </w:r>
      <w:r>
        <w:br/>
      </w:r>
      <w:r>
        <w:t xml:space="preserve">    (b) someone who approves or supports</w:t>
      </w:r>
      <w:r>
        <w:br/>
      </w:r>
      <w:r>
        <w:t xml:space="preserve">    (c) one who precedes another in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evil fiends that roam by night Disturbed him in each holy rite, And in their strength and frantic rage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Assailed</w:t>
      </w:r>
      <w:r>
        <w:rPr>
          <w:b/>
          <w:bCs/>
        </w:rPr>
        <w:t xml:space="preserve"> </w:t>
      </w:r>
      <w:r>
        <w:rPr>
          <w:b/>
          <w:bCs/>
        </w:rPr>
        <w:t xml:space="preserve">with witcheries the sage.</w:t>
      </w:r>
      <w:r>
        <w:br/>
      </w:r>
      <w:r>
        <w:t xml:space="preserve">    (a) gradually added or removed</w:t>
      </w:r>
      <w:r>
        <w:br/>
      </w:r>
      <w:r>
        <w:t xml:space="preserve">    (b) to attack or cause trouble</w:t>
      </w:r>
      <w:r>
        <w:br/>
      </w:r>
      <w:r>
        <w:t xml:space="preserve">    (c) limited or with boundaries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Give me thy son, thine eldest born, Whom locks like raven's wings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adorn</w:t>
      </w:r>
      <w:r>
        <w:rPr>
          <w:b/>
          <w:bCs/>
        </w:rPr>
        <w:t xml:space="preserve">.</w:t>
      </w:r>
      <w:r>
        <w:br/>
      </w:r>
      <w:r>
        <w:t xml:space="preserve">    (a) subtract</w:t>
      </w:r>
      <w:r>
        <w:br/>
      </w:r>
      <w:r>
        <w:t xml:space="preserve">    (b) decorate</w:t>
      </w:r>
      <w:r>
        <w:br/>
      </w:r>
      <w:r>
        <w:t xml:space="preserve">    (c) disagree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Once favoured by the Eternal Sire He plagues the worlds in ceaseless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ire</w:t>
      </w:r>
      <w:r>
        <w:rPr>
          <w:b/>
          <w:bCs/>
        </w:rPr>
        <w:t xml:space="preserve">, For peerless power and might renowned, By giant bands encompassed round.</w:t>
      </w:r>
      <w:r>
        <w:br/>
      </w:r>
      <w:r>
        <w:t xml:space="preserve">    (a) quits</w:t>
      </w:r>
      <w:r>
        <w:br/>
      </w:r>
      <w:r>
        <w:t xml:space="preserve">    (b) allow</w:t>
      </w:r>
      <w:r>
        <w:br/>
      </w:r>
      <w:r>
        <w:t xml:space="preserve">    (c)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 God's eye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scornful</w:t>
      </w:r>
      <w:r>
        <w:rPr>
          <w:b/>
          <w:bCs/>
        </w:rPr>
        <w:t xml:space="preserve"> </w:t>
      </w:r>
      <w:r>
        <w:rPr>
          <w:b/>
          <w:bCs/>
        </w:rPr>
        <w:t xml:space="preserve">glare Fell terrible on him.</w:t>
      </w:r>
      <w:r>
        <w:br/>
      </w:r>
      <w:r>
        <w:t xml:space="preserve">    (a) able to accept as true (without proof)</w:t>
      </w:r>
      <w:r>
        <w:br/>
      </w:r>
      <w:r>
        <w:t xml:space="preserve">    (b) able to be protected or kept unchanged</w:t>
      </w:r>
      <w:r>
        <w:br/>
      </w:r>
      <w:r>
        <w:t xml:space="preserve">    (c) full of strong disrespect or rejection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wicked prince who aye withstood The counsel of the wise and good, Who plagued the people in his hate, His father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banished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state.</w:t>
      </w:r>
      <w:r>
        <w:br/>
      </w:r>
      <w:r>
        <w:t xml:space="preserve">    (a) thought -- possibly aloud</w:t>
      </w:r>
      <w:r>
        <w:br/>
      </w:r>
      <w:r>
        <w:t xml:space="preserve">    (b) expelled or gotten rid of</w:t>
      </w:r>
      <w:r>
        <w:br/>
      </w:r>
      <w:r>
        <w:t xml:space="preserve">    (c) was abundant or plentiful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this was, after due debate, The counsel of the wise and great, To churn with might the milky sea(202) The life-</w:t>
      </w:r>
      <w:r>
        <w:rPr>
          <w:b/>
          <w:bCs/>
          <w:u w:val="single"/>
        </w:rPr>
        <w:t xml:space="preserve">bestowing</w:t>
      </w:r>
      <w:r>
        <w:rPr>
          <w:b/>
          <w:bCs/>
        </w:rPr>
        <w:t xml:space="preserve"> </w:t>
      </w:r>
      <w:r>
        <w:rPr>
          <w:b/>
          <w:bCs/>
        </w:rPr>
        <w:t xml:space="preserve">drink to free.</w:t>
      </w:r>
      <w:r>
        <w:br/>
      </w:r>
      <w:r>
        <w:t xml:space="preserve">    (a) giving</w:t>
      </w:r>
      <w:r>
        <w:br/>
      </w:r>
      <w:r>
        <w:t xml:space="preserve">    (b) paying</w:t>
      </w:r>
      <w:r>
        <w:br/>
      </w:r>
      <w:r>
        <w:t xml:space="preserve">    (c) ruling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heedless</w:t>
      </w:r>
      <w:r>
        <w:rPr>
          <w:b/>
          <w:bCs/>
        </w:rPr>
        <w:t xml:space="preserve"> </w:t>
      </w:r>
      <w:r>
        <w:rPr>
          <w:b/>
          <w:bCs/>
        </w:rPr>
        <w:t xml:space="preserve">faults will kings destroy Who fail to guard what they enjoy.</w:t>
      </w:r>
      <w:r>
        <w:br/>
      </w:r>
      <w:r>
        <w:t xml:space="preserve">    (a) the characteristic of demonstrating something</w:t>
      </w:r>
      <w:r>
        <w:br/>
      </w:r>
      <w:r>
        <w:t xml:space="preserve">    (b) ignorant or ignoring; or not following advice</w:t>
      </w:r>
      <w:r>
        <w:br/>
      </w:r>
      <w:r>
        <w:t xml:space="preserve">    (c) capable of thought, self-reflection, and will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ha, who excels In Warriors' art and mystic spells, In love of God without a peer, Confirm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boon</w:t>
      </w:r>
      <w:r>
        <w:rPr>
          <w:b/>
          <w:bCs/>
        </w:rPr>
        <w:t xml:space="preserve"> </w:t>
      </w:r>
      <w:r>
        <w:rPr>
          <w:b/>
          <w:bCs/>
        </w:rPr>
        <w:t xml:space="preserve">you promise here.</w:t>
      </w:r>
      <w:r>
        <w:br/>
      </w:r>
      <w:r>
        <w:t xml:space="preserve">    (a) a traditional practice or custom</w:t>
      </w:r>
      <w:r>
        <w:br/>
      </w:r>
      <w:r>
        <w:t xml:space="preserve">    (b) something that causes great harm</w:t>
      </w:r>
      <w:r>
        <w:br/>
      </w:r>
      <w:r>
        <w:t xml:space="preserve">    (c) something that is of great benefit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suitors' puny might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spurned</w:t>
      </w:r>
      <w:r>
        <w:rPr>
          <w:b/>
          <w:bCs/>
        </w:rPr>
        <w:t xml:space="preserve">, And back the feeble princes turned.</w:t>
      </w:r>
      <w:r>
        <w:br/>
      </w:r>
      <w:r>
        <w:t xml:space="preserve">    (a) rejected as not good enough</w:t>
      </w:r>
      <w:r>
        <w:br/>
      </w:r>
      <w:r>
        <w:t xml:space="preserve">    (b) not wanting to do something</w:t>
      </w:r>
      <w:r>
        <w:br/>
      </w:r>
      <w:r>
        <w:t xml:space="preserve">    (c) not having gotten closer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Feeble and worn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can bear The ruler's toil, the judge's care, With royal dignity, a weight That tries the young and temperate.</w:t>
      </w:r>
      <w:r>
        <w:br/>
      </w:r>
      <w:r>
        <w:t xml:space="preserve">    (a) in short supply  OR  barely or hardly (by a small margin)</w:t>
      </w:r>
      <w:r>
        <w:br/>
      </w:r>
      <w:r>
        <w:t xml:space="preserve">    (b) a state similar to sleep where one is unaware of anything</w:t>
      </w:r>
      <w:r>
        <w:br/>
      </w:r>
      <w:r>
        <w:t xml:space="preserve">    (c) the state of not being aware or concerned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Thus pouring forth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laments</w:t>
      </w:r>
      <w:r>
        <w:rPr>
          <w:b/>
          <w:bCs/>
        </w:rPr>
        <w:t xml:space="preserve">, the king Girt by the people's crowded ring, Entered the noble bower like one New-bathed when funeral rites are done.</w:t>
      </w:r>
      <w:r>
        <w:br/>
      </w:r>
      <w:r>
        <w:t xml:space="preserve">    (a) changes through evolution</w:t>
      </w:r>
      <w:r>
        <w:br/>
      </w:r>
      <w:r>
        <w:t xml:space="preserve">    (b) gradually adds or removes</w:t>
      </w:r>
      <w:r>
        <w:br/>
      </w:r>
      <w:r>
        <w:t xml:space="preserve">    (c) expresses grief or regret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Like a great bridge the floods have rent,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in their wild descent, All other hands but thine in vain Would strive the burthen to maintain.</w:t>
      </w:r>
      <w:r>
        <w:br/>
      </w:r>
      <w:r>
        <w:t xml:space="preserve">    (a) most important; or person that is most important</w:t>
      </w:r>
      <w:r>
        <w:br/>
      </w:r>
      <w:r>
        <w:t xml:space="preserve">    (b) impulsive (acting suddenly without much thought)</w:t>
      </w:r>
      <w:r>
        <w:br/>
      </w:r>
      <w:r>
        <w:t xml:space="preserve">    (c) tending to have exceedingly unfavorable opinions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"'Tis as I feared," he cried, and there,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Yielding</w:t>
      </w:r>
      <w:r>
        <w:rPr>
          <w:b/>
          <w:bCs/>
        </w:rPr>
        <w:t xml:space="preserve"> </w:t>
      </w:r>
      <w:r>
        <w:rPr>
          <w:b/>
          <w:bCs/>
        </w:rPr>
        <w:t xml:space="preserve">to pangs too great to bear, He sank by grief dismayed.</w:t>
      </w:r>
      <w:r>
        <w:br/>
      </w:r>
      <w:r>
        <w:t xml:space="preserve">    (a) showing, demonstrating, determining, or causing acceptance</w:t>
      </w:r>
      <w:r>
        <w:br/>
      </w:r>
      <w:r>
        <w:t xml:space="preserve">    (b) placing trust (in someone) by talking about private things</w:t>
      </w:r>
      <w:r>
        <w:br/>
      </w:r>
      <w:r>
        <w:t xml:space="preserve">    (c) giving in, giving up, or giving way (easily moved or soft)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Learn, trembler! that the valiant, they Who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no step in battle fray, Will die a thousand deaths but ne'er An unavenged dishonour bear.</w:t>
      </w:r>
      <w:r>
        <w:br/>
      </w:r>
      <w:r>
        <w:t xml:space="preserve">    (a) think deeply or carefully about</w:t>
      </w:r>
      <w:r>
        <w:br/>
      </w:r>
      <w:r>
        <w:t xml:space="preserve">    (b) give</w:t>
      </w:r>
      <w:r>
        <w:br/>
      </w:r>
      <w:r>
        <w:t xml:space="preserve">    (c) stop (something from happening)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2026-07-31T18:46:30Z</dcterms:created>
  <dcterms:modified xsi:type="dcterms:W3CDTF">2026-07-31T18:46:30Z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