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cbb38700ff28ba987c4f4aafdbea0dfbe0f644"/>
    <w:p>
      <w:pPr>
        <w:pStyle w:val="Heading1"/>
      </w:pPr>
      <w:r>
        <w:rPr>
          <w:b/>
          <w:bCs/>
        </w:rPr>
        <w:t xml:space="preserve">The Rainbow Trail</w:t>
      </w:r>
      <w:r>
        <w:br/>
      </w:r>
      <w:r>
        <w:rPr>
          <w:i/>
          <w:iCs/>
        </w:rPr>
        <w:t xml:space="preserve">Zane Grey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"That fellow left—rather abruptly," said Shefford,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constrainedly</w:t>
      </w:r>
      <w:r>
        <w:rPr>
          <w:b/>
          <w:bCs/>
        </w:rPr>
        <w:t xml:space="preserve">.</w:t>
      </w:r>
      <w:r>
        <w:br/>
      </w:r>
      <w:r>
        <w:t xml:space="preserve">    (a) in a way that is restricted; or lacking in spontaneity</w:t>
      </w:r>
      <w:r>
        <w:br/>
      </w:r>
      <w:r>
        <w:t xml:space="preserve">    (b) expressed in a manner that shows approval or agreement</w:t>
      </w:r>
      <w:r>
        <w:br/>
      </w:r>
      <w:r>
        <w:t xml:space="preserve">    (c) in a manner that is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"How so?"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inquired</w:t>
      </w:r>
      <w:r>
        <w:rPr>
          <w:b/>
          <w:bCs/>
        </w:rPr>
        <w:t xml:space="preserve"> </w:t>
      </w:r>
      <w:r>
        <w:rPr>
          <w:b/>
          <w:bCs/>
        </w:rPr>
        <w:t xml:space="preserve">the other.</w:t>
      </w:r>
      <w:r>
        <w:br/>
      </w:r>
      <w:r>
        <w:t xml:space="preserve">    (a) gradually added or removed</w:t>
      </w:r>
      <w:r>
        <w:br/>
      </w:r>
      <w:r>
        <w:t xml:space="preserve">    (b) asked about or looked into</w:t>
      </w:r>
      <w:r>
        <w:br/>
      </w:r>
      <w:r>
        <w:t xml:space="preserve">    (c) limited or with boundaries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it made his blood run cold.</w:t>
      </w:r>
      <w:r>
        <w:br/>
      </w:r>
      <w:r>
        <w:t xml:space="preserve">    (a) therefore (for that reason)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Memory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; the past was too close; he wanted to forget until he had toiled into the heart of this forbidding wilderness—until time had gone by and he dared to face his unquiet soul.</w:t>
      </w:r>
      <w:r>
        <w:br/>
      </w:r>
      <w:r>
        <w:t xml:space="preserve">    (a) able to be found</w:t>
      </w:r>
      <w:r>
        <w:br/>
      </w:r>
      <w:r>
        <w:t xml:space="preserve">    (b) likely to change</w:t>
      </w:r>
      <w:r>
        <w:br/>
      </w:r>
      <w:r>
        <w:t xml:space="preserve">    (c) sharp or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 they be there, those lost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fugitives</w:t>
      </w:r>
      <w:r>
        <w:rPr>
          <w:b/>
          <w:bCs/>
        </w:rPr>
        <w:t xml:space="preserve"> </w:t>
      </w:r>
      <w:r>
        <w:rPr>
          <w:b/>
          <w:bCs/>
        </w:rPr>
        <w:t xml:space="preserve">whose story had thrilled him?</w:t>
      </w:r>
      <w:r>
        <w:br/>
      </w:r>
      <w:r>
        <w:t xml:space="preserve">    (a) jobs, reservations, bookings, or activities</w:t>
      </w:r>
      <w:r>
        <w:br/>
      </w:r>
      <w:r>
        <w:t xml:space="preserve">    (b) people hiding from law enforcement officers</w:t>
      </w:r>
      <w:r>
        <w:br/>
      </w:r>
      <w:r>
        <w:t xml:space="preserve">    (c) males, females, or various trans categories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wild, shaggy, with long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manes</w:t>
      </w:r>
      <w:r>
        <w:rPr>
          <w:b/>
          <w:bCs/>
        </w:rPr>
        <w:t xml:space="preserve"> </w:t>
      </w:r>
      <w:r>
        <w:rPr>
          <w:b/>
          <w:bCs/>
        </w:rPr>
        <w:t xml:space="preserve">and tails.</w:t>
      </w:r>
      <w:r>
        <w:br/>
      </w:r>
      <w:r>
        <w:t xml:space="preserve">    (a) develops or evolves from a latent or potential state  OR  (more rarely) determines by reasoning</w:t>
      </w:r>
      <w:r>
        <w:br/>
      </w:r>
      <w:r>
        <w:t xml:space="preserve">    (b) long coarse hair such as that which grows around a lion's head or on the back of a horse's neck</w:t>
      </w:r>
      <w:r>
        <w:br/>
      </w:r>
      <w:r>
        <w:t xml:space="preserve">    (c) portrays or creates something in a particular way  OR  interprets, translates, or extracts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a strange, slow-coming cold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 </w:t>
      </w:r>
      <w:r>
        <w:rPr>
          <w:b/>
          <w:bCs/>
        </w:rPr>
        <w:t xml:space="preserve">possessed Shefford.</w:t>
      </w:r>
      <w:r>
        <w:br/>
      </w:r>
      <w:r>
        <w:t xml:space="preserve">    (a) the act of stirring up (emotionally or physically); or a state of emotional unrest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formula (a mathematical expression that describe a relationship between variables)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far as he knew, Whisner was the first man of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creed</w:t>
      </w:r>
      <w:r>
        <w:rPr>
          <w:b/>
          <w:bCs/>
        </w:rPr>
        <w:t xml:space="preserve"> </w:t>
      </w:r>
      <w:r>
        <w:rPr>
          <w:b/>
          <w:bCs/>
        </w:rPr>
        <w:t xml:space="preserve">he had ever met, and he could scarcely hide his eagerness.</w:t>
      </w:r>
      <w:r>
        <w:br/>
      </w:r>
      <w:r>
        <w:t xml:space="preserve">    (a) someone who believe in a single God</w:t>
      </w:r>
      <w:r>
        <w:br/>
      </w:r>
      <w:r>
        <w:t xml:space="preserve">    (b) any system of principles or beliefs</w:t>
      </w:r>
      <w:r>
        <w:br/>
      </w:r>
      <w:r>
        <w:t xml:space="preserve">    (c) a basic building block for proteins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Withers suddenly showed a semblance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aloofness</w:t>
      </w:r>
      <w:r>
        <w:rPr>
          <w:b/>
          <w:bCs/>
        </w:rPr>
        <w:t xml:space="preserve"> </w:t>
      </w:r>
      <w:r>
        <w:rPr>
          <w:b/>
          <w:bCs/>
        </w:rPr>
        <w:t xml:space="preserve">Shefford had observed in Whisner.</w:t>
      </w:r>
      <w:r>
        <w:br/>
      </w:r>
      <w:r>
        <w:t xml:space="preserve">    (a) not trustworthy, or improper, or attracting unwelcome attention</w:t>
      </w:r>
      <w:r>
        <w:br/>
      </w:r>
      <w:r>
        <w:t xml:space="preserve">    (b) the degree to which something is able to change or is different</w:t>
      </w:r>
      <w:r>
        <w:br/>
      </w:r>
      <w:r>
        <w:t xml:space="preserve">    (c) the quality or degree of being socially distant or uninterested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was the very mention of Mormons attended by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austere</w:t>
      </w:r>
      <w:r>
        <w:rPr>
          <w:b/>
          <w:bCs/>
        </w:rPr>
        <w:t xml:space="preserve"> </w:t>
      </w:r>
      <w:r>
        <w:rPr>
          <w:b/>
          <w:bCs/>
        </w:rPr>
        <w:t xml:space="preserve">and secret?</w:t>
      </w:r>
      <w:r>
        <w:br/>
      </w:r>
      <w:r>
        <w:t xml:space="preserve">    (a) a notable absence of luxury, comfort, or decoration; or stern in manner</w:t>
      </w:r>
      <w:r>
        <w:br/>
      </w:r>
      <w:r>
        <w:t xml:space="preserve">    (b) relating to classical music plays in which most of the dialogue is sung</w:t>
      </w:r>
      <w:r>
        <w:br/>
      </w:r>
      <w:r>
        <w:t xml:space="preserve">    (c) rude or unfriendly because of using too few words or moving too quickly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Remembering Withers's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revelation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Navajo, Shefford scarcely knew how to approach him now.</w:t>
      </w:r>
      <w:r>
        <w:br/>
      </w:r>
      <w:r>
        <w:t xml:space="preserve">    (a) a large, elongated gland located behind the stomach that secretes digestive enzymes and insulin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something previously unknown; or making such a thing 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Remembering Withers's revelation about the Navajo, Shefford scarcely knew how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him now.</w:t>
      </w:r>
      <w:r>
        <w:br/>
      </w:r>
      <w:r>
        <w:t xml:space="preserve">    (a) did not find a condition or substance to be present</w:t>
      </w:r>
      <w:r>
        <w:br/>
      </w:r>
      <w:r>
        <w:t xml:space="preserve">    (b) to support by providing money or other economic aid</w:t>
      </w:r>
      <w:r>
        <w:br/>
      </w:r>
      <w:r>
        <w:t xml:space="preserve">    (c) begin communication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mule showed his cunning and always appeared to present his heels to Withers, who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him with a pack-saddle.</w:t>
      </w:r>
      <w:r>
        <w:br/>
      </w:r>
      <w:r>
        <w:t xml:space="preserve">    (a) create dramatic change</w:t>
      </w:r>
      <w:r>
        <w:br/>
      </w:r>
      <w:r>
        <w:t xml:space="preserve">    (b) mirror back (an image)</w:t>
      </w:r>
      <w:r>
        <w:br/>
      </w:r>
      <w:r>
        <w:t xml:space="preserve">    (c) get near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them appeared to be very old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, and walked with a stick.</w:t>
      </w:r>
      <w:r>
        <w:br/>
      </w:r>
      <w:r>
        <w:t xml:space="preserve">    (a) relating to understanding or explaining something in a particular way</w:t>
      </w:r>
      <w:r>
        <w:br/>
      </w:r>
      <w:r>
        <w:t xml:space="preserve">    (b) respected (worthy of respect) -- typically because of age or position</w:t>
      </w:r>
      <w:r>
        <w:br/>
      </w:r>
      <w:r>
        <w:t xml:space="preserve">    (c) [of food] able to be prepared in a manner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"Except to Indians, it seems to be a secret so far," replied the trader,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.</w:t>
      </w:r>
      <w:r>
        <w:br/>
      </w:r>
      <w:r>
        <w:t xml:space="preserve">    (a) in a self-aware manner</w:t>
      </w:r>
      <w:r>
        <w:br/>
      </w:r>
      <w:r>
        <w:t xml:space="preserve">    (b) finally; or in the end</w:t>
      </w:r>
      <w:r>
        <w:br/>
      </w:r>
      <w:r>
        <w:t xml:space="preserve">    (c) sincerely or seriously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Withers rode off, with a parting word to Shefford, and finally Joe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somberly</w:t>
      </w:r>
      <w:r>
        <w:rPr>
          <w:b/>
          <w:bCs/>
        </w:rPr>
        <w:t xml:space="preserve"> </w:t>
      </w:r>
      <w:r>
        <w:rPr>
          <w:b/>
          <w:bCs/>
        </w:rPr>
        <w:t xml:space="preserve">mounted his bay and trotted down the valley.</w:t>
      </w:r>
      <w:r>
        <w:br/>
      </w:r>
      <w:r>
        <w:t xml:space="preserve">    (a) in a manner that influences reason or general desire to do something</w:t>
      </w:r>
      <w:r>
        <w:br/>
      </w:r>
      <w:r>
        <w:t xml:space="preserve">    (b) solemnly (in a manner that is serious--not cheerful or lighthearted)</w:t>
      </w:r>
      <w:r>
        <w:br/>
      </w:r>
      <w:r>
        <w:t xml:space="preserve">    (c) with disbelief; or with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mishaps</w:t>
      </w:r>
      <w:r>
        <w:rPr>
          <w:b/>
          <w:bCs/>
        </w:rPr>
        <w:t xml:space="preserve"> </w:t>
      </w:r>
      <w:r>
        <w:rPr>
          <w:b/>
          <w:bCs/>
        </w:rPr>
        <w:t xml:space="preserve">were Shefford's fortune.</w:t>
      </w:r>
      <w:r>
        <w:br/>
      </w:r>
      <w:r>
        <w:t xml:space="preserve">    (a) things that stand out</w:t>
      </w:r>
      <w:r>
        <w:br/>
      </w:r>
      <w:r>
        <w:t xml:space="preserve">    (b) shows or demonstrates</w:t>
      </w:r>
      <w:r>
        <w:br/>
      </w:r>
      <w:r>
        <w:t xml:space="preserve">    (c) unfortunate accidents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a hellish thing to make that pure girl a liar—a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perjurer</w:t>
      </w:r>
      <w:r>
        <w:rPr>
          <w:b/>
          <w:bCs/>
        </w:rPr>
        <w:t xml:space="preserve">!</w:t>
      </w:r>
      <w:r>
        <w:br/>
      </w:r>
      <w:r>
        <w:t xml:space="preserve">    (a) someone from outside a group, who helps the group to discuss issues and find solutions</w:t>
      </w:r>
      <w:r>
        <w:br/>
      </w:r>
      <w:r>
        <w:t xml:space="preserve">    (b) someone who breaks the law by telling lies after formally promising to tell the truth</w:t>
      </w:r>
      <w:r>
        <w:br/>
      </w:r>
      <w:r>
        <w:t xml:space="preserve">    (c) a doctor who tests eyesight and provides glasses or contact lenses to improve vision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Danger, steep walls,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heights, night, and black canyon the same—these he never thought of.</w:t>
      </w:r>
      <w:r>
        <w:br/>
      </w:r>
      <w:r>
        <w:t xml:space="preserve">    (a) stuck out</w:t>
      </w:r>
      <w:r>
        <w:br/>
      </w:r>
      <w:r>
        <w:t xml:space="preserve">    (b) bent down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Had he embarked yet on the river—did that blue line, so faint,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deceiving</w:t>
      </w:r>
      <w:r>
        <w:rPr>
          <w:b/>
          <w:bCs/>
        </w:rPr>
        <w:t xml:space="preserve">, hold him and the boat?</w:t>
      </w:r>
      <w:r>
        <w:br/>
      </w:r>
      <w:r>
        <w:t xml:space="preserve">    (a) lying or misleading</w:t>
      </w:r>
      <w:r>
        <w:br/>
      </w:r>
      <w:r>
        <w:t xml:space="preserve">    (b) influencing opinion</w:t>
      </w:r>
      <w:r>
        <w:br/>
      </w:r>
      <w:r>
        <w:t xml:space="preserve">    (c) continuing to exist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2026-07-31T17:38:04Z</dcterms:created>
  <dcterms:modified xsi:type="dcterms:W3CDTF">2026-07-31T17:38:04Z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