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cc4443ec9e2e21d484624ef5f2939f0d5585f1"/>
    <w:p>
      <w:pPr>
        <w:pStyle w:val="Heading1"/>
      </w:pPr>
      <w:r>
        <w:rPr>
          <w:b/>
          <w:bCs/>
        </w:rPr>
        <w:t xml:space="preserve">The Prophet</w:t>
      </w:r>
      <w:r>
        <w:br/>
      </w:r>
      <w:r>
        <w:rPr>
          <w:i/>
          <w:iCs/>
        </w:rPr>
        <w:t xml:space="preserve">Kahlil Gibran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abashed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unexpected praise and didn't know what to say.</w:t>
      </w:r>
      <w:r>
        <w:br/>
      </w:r>
      <w:r>
        <w:t xml:space="preserve">    (a) tired and distracted</w:t>
      </w:r>
      <w:r>
        <w:br/>
      </w:r>
      <w:r>
        <w:t xml:space="preserve">    (b) delighted and confident</w:t>
      </w:r>
      <w:r>
        <w:br/>
      </w:r>
      <w:r>
        <w:t xml:space="preserve">    (c) embarrassed or unsettled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workers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aggrieved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new policy changes.</w:t>
      </w:r>
      <w:r>
        <w:br/>
      </w:r>
      <w:r>
        <w:t xml:space="preserve">    (a) puzzled</w:t>
      </w:r>
      <w:r>
        <w:br/>
      </w:r>
      <w:r>
        <w:t xml:space="preserve">    (b) wronged</w:t>
      </w:r>
      <w:r>
        <w:br/>
      </w:r>
      <w:r>
        <w:t xml:space="preserve">    (c) thrilled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hope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attain</w:t>
      </w:r>
      <w:r>
        <w:rPr>
          <w:b/>
          <w:bCs/>
        </w:rPr>
        <w:t xml:space="preserve"> </w:t>
      </w:r>
      <w:r>
        <w:rPr>
          <w:b/>
          <w:bCs/>
        </w:rPr>
        <w:t xml:space="preserve">effective law and order in the region before withdrawing troops.</w:t>
      </w:r>
      <w:r>
        <w:br/>
      </w:r>
      <w:r>
        <w:t xml:space="preserve">    (a) carefully describe</w:t>
      </w:r>
      <w:r>
        <w:br/>
      </w:r>
      <w:r>
        <w:t xml:space="preserve">    (b) openly oppose</w:t>
      </w:r>
      <w:r>
        <w:br/>
      </w:r>
      <w:r>
        <w:t xml:space="preserve">    (c) successfully 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farm is 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bountiful</w:t>
      </w:r>
      <w:r>
        <w:rPr>
          <w:b/>
          <w:bCs/>
        </w:rPr>
        <w:t xml:space="preserve"> </w:t>
      </w:r>
      <w:r>
        <w:rPr>
          <w:b/>
          <w:bCs/>
        </w:rPr>
        <w:t xml:space="preserve">land.</w:t>
      </w:r>
      <w:r>
        <w:br/>
      </w:r>
      <w:r>
        <w:t xml:space="preserve">    (a) arid (dry)</w:t>
      </w:r>
      <w:r>
        <w:br/>
      </w:r>
      <w:r>
        <w:t xml:space="preserve">    (b) giving in abundance</w:t>
      </w:r>
      <w:r>
        <w:br/>
      </w:r>
      <w:r>
        <w:t xml:space="preserve">    (c) barren (unproductive)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citadel</w:t>
      </w:r>
      <w:r>
        <w:rPr>
          <w:b/>
          <w:bCs/>
        </w:rPr>
        <w:t xml:space="preserve"> </w:t>
      </w:r>
      <w:r>
        <w:rPr>
          <w:b/>
          <w:bCs/>
        </w:rPr>
        <w:t xml:space="preserve">stood on a high hill, overlooking the town like a watchful guardian.</w:t>
      </w:r>
      <w:r>
        <w:br/>
      </w:r>
      <w:r>
        <w:t xml:space="preserve">    (a) fortified stronghold</w:t>
      </w:r>
      <w:r>
        <w:br/>
      </w:r>
      <w:r>
        <w:t xml:space="preserve">    (b) wooden farmhouse</w:t>
      </w:r>
      <w:r>
        <w:br/>
      </w:r>
      <w:r>
        <w:t xml:space="preserve">    (c) outdoor marketplace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illegal and dangerous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distill</w:t>
      </w:r>
      <w:r>
        <w:rPr>
          <w:b/>
          <w:bCs/>
        </w:rPr>
        <w:t xml:space="preserve"> </w:t>
      </w:r>
      <w:r>
        <w:rPr>
          <w:b/>
          <w:bCs/>
        </w:rPr>
        <w:t xml:space="preserve">whisky without a license.</w:t>
      </w:r>
      <w:r>
        <w:br/>
      </w:r>
      <w:r>
        <w:t xml:space="preserve">    (a) drink</w:t>
      </w:r>
      <w:r>
        <w:br/>
      </w:r>
      <w:r>
        <w:t xml:space="preserve">    (b) distribute</w:t>
      </w:r>
      <w:r>
        <w:br/>
      </w:r>
      <w:r>
        <w:t xml:space="preserve">    (c) make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Playing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Minecraft</w:t>
      </w:r>
      <w:r>
        <w:rPr>
          <w:b/>
          <w:bCs/>
        </w:rPr>
        <w:t xml:space="preserve"> </w:t>
      </w:r>
      <w:r>
        <w:rPr>
          <w:b/>
          <w:bCs/>
        </w:rPr>
        <w:t xml:space="preserve">is my favorite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diversion</w:t>
      </w:r>
      <w:r>
        <w:rPr>
          <w:b/>
          <w:bCs/>
        </w:rPr>
        <w:t xml:space="preserve">.</w:t>
      </w:r>
      <w:r>
        <w:br/>
      </w:r>
      <w:r>
        <w:t xml:space="preserve">    (a) entertainment</w:t>
      </w:r>
      <w:r>
        <w:br/>
      </w:r>
      <w:r>
        <w:t xml:space="preserve">    (b) computer game</w:t>
      </w:r>
      <w:r>
        <w:br/>
      </w:r>
      <w:r>
        <w:t xml:space="preserve">    (c) board game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class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encompass</w:t>
      </w:r>
      <w:r>
        <w:rPr>
          <w:b/>
          <w:bCs/>
        </w:rPr>
        <w:t xml:space="preserve"> </w:t>
      </w:r>
      <w:r>
        <w:rPr>
          <w:b/>
          <w:bCs/>
        </w:rPr>
        <w:t xml:space="preserve">topics from ancient history to modern politics.</w:t>
      </w:r>
      <w:r>
        <w:br/>
      </w:r>
      <w:r>
        <w:t xml:space="preserve">    (a) summarize</w:t>
      </w:r>
      <w:r>
        <w:br/>
      </w:r>
      <w:r>
        <w:t xml:space="preserve">    (b) repeat</w:t>
      </w:r>
      <w:r>
        <w:br/>
      </w:r>
      <w:r>
        <w:t xml:space="preserve">    (c) include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difficult for ex-</w:t>
      </w:r>
      <w:r>
        <w:rPr>
          <w:b/>
          <w:bCs/>
          <w:u w:val="single"/>
        </w:rPr>
        <w:t xml:space="preserve">felons</w:t>
      </w:r>
      <w:r>
        <w:rPr>
          <w:b/>
          <w:bCs/>
        </w:rPr>
        <w:t xml:space="preserve"> </w:t>
      </w:r>
      <w:r>
        <w:rPr>
          <w:b/>
          <w:bCs/>
        </w:rPr>
        <w:t xml:space="preserve">to find work.</w:t>
      </w:r>
      <w:r>
        <w:br/>
      </w:r>
      <w:r>
        <w:t xml:space="preserve">    (a) people with unpopular opinions</w:t>
      </w:r>
      <w:r>
        <w:br/>
      </w:r>
      <w:r>
        <w:t xml:space="preserve">    (b) people who lost their jobs</w:t>
      </w:r>
      <w:r>
        <w:br/>
      </w:r>
      <w:r>
        <w:t xml:space="preserve">    (c) people convicted of serious crimes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midst of the storm, the sailors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invoke</w:t>
      </w:r>
      <w:r>
        <w:rPr>
          <w:b/>
          <w:bCs/>
        </w:rPr>
        <w:t xml:space="preserve"> </w:t>
      </w:r>
      <w:r>
        <w:rPr>
          <w:b/>
          <w:bCs/>
        </w:rPr>
        <w:t xml:space="preserve">the ancient sea gods, hoping for their protection and a safe journey home.</w:t>
      </w:r>
      <w:r>
        <w:br/>
      </w:r>
      <w:r>
        <w:t xml:space="preserve">    (a) call upon</w:t>
      </w:r>
      <w:r>
        <w:br/>
      </w:r>
      <w:r>
        <w:t xml:space="preserve">    (b) ignore completely</w:t>
      </w:r>
      <w:r>
        <w:br/>
      </w:r>
      <w:r>
        <w:t xml:space="preserve">    (c) sail towards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politician’s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nebulous</w:t>
      </w:r>
      <w:r>
        <w:rPr>
          <w:b/>
          <w:bCs/>
        </w:rPr>
        <w:t xml:space="preserve"> </w:t>
      </w:r>
      <w:r>
        <w:rPr>
          <w:b/>
          <w:bCs/>
        </w:rPr>
        <w:t xml:space="preserve">statements left the audience confused about his stance on the issue.</w:t>
      </w:r>
      <w:r>
        <w:br/>
      </w:r>
      <w:r>
        <w:t xml:space="preserve">    (a) vague or unclear</w:t>
      </w:r>
      <w:r>
        <w:br/>
      </w:r>
      <w:r>
        <w:t xml:space="preserve">    (b) concise or brief</w:t>
      </w:r>
      <w:r>
        <w:br/>
      </w:r>
      <w:r>
        <w:t xml:space="preserve">    (c) confident or assertive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Cactus is about all that will grow in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parched</w:t>
      </w:r>
      <w:r>
        <w:rPr>
          <w:b/>
          <w:bCs/>
        </w:rPr>
        <w:t xml:space="preserve"> </w:t>
      </w:r>
      <w:r>
        <w:rPr>
          <w:b/>
          <w:bCs/>
        </w:rPr>
        <w:t xml:space="preserve">soil.</w:t>
      </w:r>
      <w:r>
        <w:br/>
      </w:r>
      <w:r>
        <w:t xml:space="preserve">    (a) rocky</w:t>
      </w:r>
      <w:r>
        <w:br/>
      </w:r>
      <w:r>
        <w:t xml:space="preserve">    (b) dried out</w:t>
      </w:r>
      <w:r>
        <w:br/>
      </w:r>
      <w:r>
        <w:t xml:space="preserve">    (c) sandy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Courage is dangerous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prudence</w:t>
      </w:r>
      <w:r>
        <w:rPr>
          <w:b/>
          <w:bCs/>
        </w:rPr>
        <w:t xml:space="preserve">.</w:t>
      </w:r>
      <w:r>
        <w:br/>
      </w:r>
      <w:r>
        <w:t xml:space="preserve">    (a) good sense</w:t>
      </w:r>
      <w:r>
        <w:br/>
      </w:r>
      <w:r>
        <w:t xml:space="preserve">    (b) good support</w:t>
      </w:r>
      <w:r>
        <w:br/>
      </w:r>
      <w:r>
        <w:t xml:space="preserve">    (c) good 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repugnant</w:t>
      </w:r>
      <w:r>
        <w:rPr>
          <w:b/>
          <w:bCs/>
        </w:rPr>
        <w:t xml:space="preserve"> </w:t>
      </w:r>
      <w:r>
        <w:rPr>
          <w:b/>
          <w:bCs/>
        </w:rPr>
        <w:t xml:space="preserve">behavior at the party made everyone want to go home early.</w:t>
      </w:r>
      <w:r>
        <w:br/>
      </w:r>
      <w:r>
        <w:t xml:space="preserve">    (a) warmly welcomed</w:t>
      </w:r>
      <w:r>
        <w:br/>
      </w:r>
      <w:r>
        <w:t xml:space="preserve">    (b) highly amusing</w:t>
      </w:r>
      <w:r>
        <w:br/>
      </w:r>
      <w:r>
        <w:t xml:space="preserve">    (c) deeply offensive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does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serpent</w:t>
      </w:r>
      <w:r>
        <w:rPr>
          <w:b/>
          <w:bCs/>
        </w:rPr>
        <w:t xml:space="preserve"> </w:t>
      </w:r>
      <w:r>
        <w:rPr>
          <w:b/>
          <w:bCs/>
        </w:rPr>
        <w:t xml:space="preserve">represent in the Garden of Eden?</w:t>
      </w:r>
      <w:r>
        <w:br/>
      </w:r>
      <w:r>
        <w:t xml:space="preserve">    (a) apple</w:t>
      </w:r>
      <w:r>
        <w:br/>
      </w:r>
      <w:r>
        <w:t xml:space="preserve">    (b) fig leaf</w:t>
      </w:r>
      <w:r>
        <w:br/>
      </w:r>
      <w:r>
        <w:t xml:space="preserve">    (c) snake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donation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sustain</w:t>
      </w:r>
      <w:r>
        <w:rPr>
          <w:b/>
          <w:bCs/>
        </w:rPr>
        <w:t xml:space="preserve"> </w:t>
      </w:r>
      <w:r>
        <w:rPr>
          <w:b/>
          <w:bCs/>
        </w:rPr>
        <w:t xml:space="preserve">our efforts to help the homeless.</w:t>
      </w:r>
      <w:r>
        <w:br/>
      </w:r>
      <w:r>
        <w:t xml:space="preserve">    (a) finalize</w:t>
      </w:r>
      <w:r>
        <w:br/>
      </w:r>
      <w:r>
        <w:t xml:space="preserve">    (b) support</w:t>
      </w:r>
      <w:r>
        <w:br/>
      </w:r>
      <w:r>
        <w:t xml:space="preserve">    (c) disrupt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tempest</w:t>
      </w:r>
      <w:r>
        <w:rPr>
          <w:b/>
          <w:bCs/>
        </w:rPr>
        <w:t xml:space="preserve"> </w:t>
      </w:r>
      <w:r>
        <w:rPr>
          <w:b/>
          <w:bCs/>
        </w:rPr>
        <w:t xml:space="preserve">swept over the island.</w:t>
      </w:r>
      <w:r>
        <w:br/>
      </w:r>
      <w:r>
        <w:t xml:space="preserve">    (a) darkness</w:t>
      </w:r>
      <w:r>
        <w:br/>
      </w:r>
      <w:r>
        <w:t xml:space="preserve">    (b) fear</w:t>
      </w:r>
      <w:r>
        <w:br/>
      </w:r>
      <w:r>
        <w:t xml:space="preserve">    (c) storm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more considerate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twilight</w:t>
      </w:r>
      <w:r>
        <w:rPr>
          <w:b/>
          <w:bCs/>
        </w:rPr>
        <w:t xml:space="preserve"> </w:t>
      </w:r>
      <w:r>
        <w:rPr>
          <w:b/>
          <w:bCs/>
        </w:rPr>
        <w:t xml:space="preserve">of her career.</w:t>
      </w:r>
      <w:r>
        <w:br/>
      </w:r>
      <w:r>
        <w:t xml:space="preserve">    (a) the light from the sky just before sunrise</w:t>
      </w:r>
      <w:r>
        <w:br/>
      </w:r>
      <w:r>
        <w:t xml:space="preserve">    (b) the light from the sky just before darkness</w:t>
      </w:r>
      <w:r>
        <w:br/>
      </w:r>
      <w:r>
        <w:t xml:space="preserve">    (c) a condition of decline following successes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Police used to be allowed to use their discretion in deciding whether to arrest 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vagrant</w:t>
      </w:r>
      <w:r>
        <w:rPr>
          <w:b/>
          <w:bCs/>
        </w:rPr>
        <w:t xml:space="preserve">.</w:t>
      </w:r>
      <w:r>
        <w:br/>
      </w:r>
      <w:r>
        <w:t xml:space="preserve">    (a) person who used recreational drugs</w:t>
      </w:r>
      <w:r>
        <w:br/>
      </w:r>
      <w:r>
        <w:t xml:space="preserve">    (b) impoverished person without a home or job</w:t>
      </w:r>
      <w:r>
        <w:br/>
      </w:r>
      <w:r>
        <w:t xml:space="preserve">    (c) someone who is visiting from out-of-town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yoke</w:t>
      </w:r>
      <w:r>
        <w:rPr>
          <w:b/>
          <w:bCs/>
        </w:rPr>
        <w:t xml:space="preserve"> </w:t>
      </w:r>
      <w:r>
        <w:rPr>
          <w:b/>
          <w:bCs/>
        </w:rPr>
        <w:t xml:space="preserve">of oppression weighed heavily on the people, causing them to rise up in rebellion.</w:t>
      </w:r>
      <w:r>
        <w:br/>
      </w:r>
      <w:r>
        <w:t xml:space="preserve">    (a) oppressive burden</w:t>
      </w:r>
      <w:r>
        <w:br/>
      </w:r>
      <w:r>
        <w:t xml:space="preserve">    (b) framing tool</w:t>
      </w:r>
      <w:r>
        <w:br/>
      </w:r>
      <w:r>
        <w:t xml:space="preserve">    (c) poor diet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2026-07-31T16:05:33Z</dcterms:created>
  <dcterms:modified xsi:type="dcterms:W3CDTF">2026-07-31T16:05:33Z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