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39576a063f83f8197f256d5e204856888b94ab"/>
    <w:p>
      <w:pPr>
        <w:pStyle w:val="Heading1"/>
      </w:pPr>
      <w:r>
        <w:rPr>
          <w:b/>
          <w:bCs/>
        </w:rPr>
        <w:t xml:space="preserve">The Prophet</w:t>
      </w:r>
      <w:r>
        <w:br/>
      </w:r>
      <w:r>
        <w:rPr>
          <w:i/>
          <w:iCs/>
        </w:rPr>
        <w:t xml:space="preserve">Kahlil Gibran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we will give it unto our children, and they unto their children, and it shall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.</w:t>
      </w:r>
      <w:r>
        <w:br/>
      </w:r>
      <w:r>
        <w:t xml:space="preserve">    (a) to spread to other parts of the body</w:t>
      </w:r>
      <w:r>
        <w:br/>
      </w:r>
      <w:r>
        <w:t xml:space="preserve">    (b) die, be destroyed, or cease to exist</w:t>
      </w:r>
      <w:r>
        <w:br/>
      </w:r>
      <w:r>
        <w:t xml:space="preserve">    (c) move into position to work; or start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When his wings enfold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to him, Though the sword hidden among his pinions may wound you.</w:t>
      </w:r>
      <w:r>
        <w:br/>
      </w:r>
      <w:r>
        <w:t xml:space="preserve">    (a) give in, give way, or give up</w:t>
      </w:r>
      <w:r>
        <w:br/>
      </w:r>
      <w:r>
        <w:t xml:space="preserve">    (b) select (on a computer screen)</w:t>
      </w:r>
      <w:r>
        <w:br/>
      </w:r>
      <w:r>
        <w:t xml:space="preserve">    (c) an involuntary vomiting spasm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Love possesses not nor would it be possessed; For love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sufficient</w:t>
      </w:r>
      <w:r>
        <w:rPr>
          <w:b/>
          <w:bCs/>
        </w:rPr>
        <w:t xml:space="preserve"> </w:t>
      </w:r>
      <w:r>
        <w:rPr>
          <w:b/>
          <w:bCs/>
        </w:rPr>
        <w:t xml:space="preserve">unto love.</w:t>
      </w:r>
      <w:r>
        <w:br/>
      </w:r>
      <w:r>
        <w:t xml:space="preserve">    (a) in a manner of taking on or adopting power or responsibility</w:t>
      </w:r>
      <w:r>
        <w:br/>
      </w:r>
      <w:r>
        <w:t xml:space="preserve">    (b) adequate (enough -- often without being more than is needed)</w:t>
      </w:r>
      <w:r>
        <w:br/>
      </w:r>
      <w:r>
        <w:t xml:space="preserve">    (c) producing a stream of atomic particles through nuclear decay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in exchanging the gifts of the earth that you shall find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abundance</w:t>
      </w:r>
      <w:r>
        <w:rPr>
          <w:b/>
          <w:bCs/>
        </w:rPr>
        <w:t xml:space="preserve"> </w:t>
      </w:r>
      <w:r>
        <w:rPr>
          <w:b/>
          <w:bCs/>
        </w:rPr>
        <w:t xml:space="preserve">and be satisfied.</w:t>
      </w:r>
      <w:r>
        <w:br/>
      </w:r>
      <w:r>
        <w:t xml:space="preserve">    (a) a large quantity (of good things)</w:t>
      </w:r>
      <w:r>
        <w:br/>
      </w:r>
      <w:r>
        <w:t xml:space="preserve">    (b) sharpness or intenseness</w:t>
      </w:r>
      <w:r>
        <w:br/>
      </w:r>
      <w:r>
        <w:t xml:space="preserve">    (c) conflict or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Like the ocean is your god-self; It remains for ever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undefiled</w:t>
      </w:r>
      <w:r>
        <w:rPr>
          <w:b/>
          <w:bCs/>
        </w:rPr>
        <w:t xml:space="preserve">.</w:t>
      </w:r>
      <w:r>
        <w:br/>
      </w:r>
      <w:r>
        <w:t xml:space="preserve">    (a) unspoiled (beautiful or pure)</w:t>
      </w:r>
      <w:r>
        <w:br/>
      </w:r>
      <w:r>
        <w:t xml:space="preserve">    (b) with rises and falls in pitch</w:t>
      </w:r>
      <w:r>
        <w:br/>
      </w:r>
      <w:r>
        <w:t xml:space="preserve">    (c) embarrassed or self-conscious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righteous</w:t>
      </w:r>
      <w:r>
        <w:rPr>
          <w:b/>
          <w:bCs/>
        </w:rPr>
        <w:t xml:space="preserve"> </w:t>
      </w:r>
      <w:r>
        <w:rPr>
          <w:b/>
          <w:bCs/>
        </w:rPr>
        <w:t xml:space="preserve">is not innocent of the deeds of the wicked,</w:t>
      </w:r>
      <w:r>
        <w:br/>
      </w:r>
      <w:r>
        <w:t xml:space="preserve">    (a) the degree to which a performance of or to someone else's work lends itself to the expression of personal artistic ideas or feelings by the performer</w:t>
      </w:r>
      <w:r>
        <w:br/>
      </w:r>
      <w:r>
        <w:t xml:space="preserve">    (b) someone behaving in a morally correct manner</w:t>
      </w:r>
      <w:r>
        <w:br/>
      </w:r>
      <w:r>
        <w:t xml:space="preserve">    (c) the quality or degree of being straightforward or clear (sometimes indicating that truth is not worded carefully to spare feelings or gain advantage)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how prosecute you him who in action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deceiver</w:t>
      </w:r>
      <w:r>
        <w:rPr>
          <w:b/>
          <w:bCs/>
        </w:rPr>
        <w:t xml:space="preserve"> </w:t>
      </w:r>
      <w:r>
        <w:rPr>
          <w:b/>
          <w:bCs/>
        </w:rPr>
        <w:t xml:space="preserve">and an oppressor, Yet who also is aggrieved and outraged?</w:t>
      </w:r>
      <w:r>
        <w:br/>
      </w:r>
      <w:r>
        <w:t xml:space="preserve">    (a) one who eliminates something</w:t>
      </w:r>
      <w:r>
        <w:br/>
      </w:r>
      <w:r>
        <w:t xml:space="preserve">    (b) one who calls or called upon</w:t>
      </w:r>
      <w:r>
        <w:br/>
      </w:r>
      <w:r>
        <w:t xml:space="preserve">    (c) someone who lies or misleads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how shall you punish those whose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remorse</w:t>
      </w:r>
      <w:r>
        <w:rPr>
          <w:b/>
          <w:bCs/>
        </w:rPr>
        <w:t xml:space="preserve"> </w:t>
      </w:r>
      <w:r>
        <w:rPr>
          <w:b/>
          <w:bCs/>
        </w:rPr>
        <w:t xml:space="preserve">is already greater than their misdeeds?</w:t>
      </w:r>
      <w:r>
        <w:br/>
      </w:r>
      <w:r>
        <w:t xml:space="preserve">    (a) the main building (or buildings) of government</w:t>
      </w:r>
      <w:r>
        <w:br/>
      </w:r>
      <w:r>
        <w:t xml:space="preserve">    (b) regret for doing something that was wrong</w:t>
      </w:r>
      <w:r>
        <w:br/>
      </w:r>
      <w:r>
        <w:t xml:space="preserve">    (c) two successive lines of poetry; usually rhymed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 answered: At the city gate and by your fireside I have seen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prostrate</w:t>
      </w:r>
      <w:r>
        <w:rPr>
          <w:b/>
          <w:bCs/>
        </w:rPr>
        <w:t xml:space="preserve"> </w:t>
      </w:r>
      <w:r>
        <w:rPr>
          <w:b/>
          <w:bCs/>
        </w:rPr>
        <w:t xml:space="preserve">yourself and worship your own freedom, Even as slaves humble themselves before a tyrant and praise him though he slays them.</w:t>
      </w:r>
      <w:r>
        <w:br/>
      </w:r>
      <w:r>
        <w:t xml:space="preserve">    (a) lying down - typically face downward on the ground as in submission</w:t>
      </w:r>
      <w:r>
        <w:br/>
      </w:r>
      <w:r>
        <w:t xml:space="preserve">    (b) an overwhelming amount; or to overwhelm -- especially said of water</w:t>
      </w:r>
      <w:r>
        <w:br/>
      </w:r>
      <w:r>
        <w:t xml:space="preserve">    (c) spend time with; or someone with whom a person spends a lot of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it is an unjust law you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abolish</w:t>
      </w:r>
      <w:r>
        <w:rPr>
          <w:b/>
          <w:bCs/>
        </w:rPr>
        <w:t xml:space="preserve">, that law was written with your own hand upon your own forehead.</w:t>
      </w:r>
      <w:r>
        <w:br/>
      </w:r>
      <w:r>
        <w:t xml:space="preserve">    (a) translate</w:t>
      </w:r>
      <w:r>
        <w:br/>
      </w:r>
      <w:r>
        <w:t xml:space="preserve">    (b) collision</w:t>
      </w:r>
      <w:r>
        <w:br/>
      </w:r>
      <w:r>
        <w:t xml:space="preserve">    (c) eliminate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if it is a fear you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dispel</w:t>
      </w:r>
      <w:r>
        <w:rPr>
          <w:b/>
          <w:bCs/>
        </w:rPr>
        <w:t xml:space="preserve">, the seat of that fear is in your heart and not in the hand of the feared.</w:t>
      </w:r>
      <w:r>
        <w:br/>
      </w:r>
      <w:r>
        <w:t xml:space="preserve">    (a) to drive away or put an end to something -- especially a feeling, idea, or doubt</w:t>
      </w:r>
      <w:r>
        <w:br/>
      </w:r>
      <w:r>
        <w:t xml:space="preserve">    (b) removing the favoring any side in a contest, war, disagreement, or other dispute</w:t>
      </w:r>
      <w:r>
        <w:br/>
      </w:r>
      <w:r>
        <w:t xml:space="preserve">    (c) portray or create in a particular way  OR  interpret, translate, or extract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...turn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 </w:t>
      </w:r>
      <w:r>
        <w:rPr>
          <w:b/>
          <w:bCs/>
        </w:rPr>
        <w:t xml:space="preserve">and the rivalry of your elements into oneness and melody.</w:t>
      </w:r>
      <w:r>
        <w:br/>
      </w:r>
      <w:r>
        <w:t xml:space="preserve">    (a) design based on alphabetic letters; or adding such a design to something</w:t>
      </w:r>
      <w:r>
        <w:br/>
      </w:r>
      <w:r>
        <w:t xml:space="preserve">    (b) characterized by narrower parallel folds when closed and wider when open</w:t>
      </w:r>
      <w:r>
        <w:br/>
      </w:r>
      <w:r>
        <w:t xml:space="preserve">    (c) conflict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you sit in the cool shade of the white poplars, sharing the peace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serenity</w:t>
      </w:r>
      <w:r>
        <w:rPr>
          <w:b/>
          <w:bCs/>
        </w:rPr>
        <w:t xml:space="preserve"> </w:t>
      </w:r>
      <w:r>
        <w:rPr>
          <w:b/>
          <w:bCs/>
        </w:rPr>
        <w:t xml:space="preserve">of distant fields and meadows</w:t>
      </w:r>
      <w:r>
        <w:br/>
      </w:r>
      <w:r>
        <w:t xml:space="preserve">    (a) in disagreement</w:t>
      </w:r>
      <w:r>
        <w:br/>
      </w:r>
      <w:r>
        <w:t xml:space="preserve">    (b) untroubled calm</w:t>
      </w:r>
      <w:r>
        <w:br/>
      </w:r>
      <w:r>
        <w:t xml:space="preserve">    (c) relative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treasure of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infinite</w:t>
      </w:r>
      <w:r>
        <w:rPr>
          <w:b/>
          <w:bCs/>
        </w:rPr>
        <w:t xml:space="preserve"> </w:t>
      </w:r>
      <w:r>
        <w:rPr>
          <w:b/>
          <w:bCs/>
        </w:rPr>
        <w:t xml:space="preserve">depths would be revealed to your eyes.</w:t>
      </w:r>
      <w:r>
        <w:br/>
      </w:r>
      <w:r>
        <w:t xml:space="preserve">    (a) the characteristic of bouncing back light/heat/sound...</w:t>
      </w:r>
      <w:r>
        <w:br/>
      </w:r>
      <w:r>
        <w:t xml:space="preserve">    (b) power or responsibility that can be taken on or adopted</w:t>
      </w:r>
      <w:r>
        <w:br/>
      </w:r>
      <w:r>
        <w:t xml:space="preserve">    (c) unlimited (immeasurable)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you who are strong and swift, see that you do not limp before the lame,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deeming</w:t>
      </w:r>
      <w:r>
        <w:rPr>
          <w:b/>
          <w:bCs/>
        </w:rPr>
        <w:t xml:space="preserve"> </w:t>
      </w:r>
      <w:r>
        <w:rPr>
          <w:b/>
          <w:bCs/>
        </w:rPr>
        <w:t xml:space="preserve">it kindness.</w:t>
      </w:r>
      <w:r>
        <w:br/>
      </w:r>
      <w:r>
        <w:t xml:space="preserve">    (a) trying or attempting</w:t>
      </w:r>
      <w:r>
        <w:br/>
      </w:r>
      <w:r>
        <w:t xml:space="preserve">    (b) believing</w:t>
      </w:r>
      <w:r>
        <w:br/>
      </w:r>
      <w:r>
        <w:t xml:space="preserve">    (c) working or operating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thus they too find a treasure though they dig for roots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quivering</w:t>
      </w:r>
      <w:r>
        <w:rPr>
          <w:b/>
          <w:bCs/>
        </w:rPr>
        <w:t xml:space="preserve"> </w:t>
      </w:r>
      <w:r>
        <w:rPr>
          <w:b/>
          <w:bCs/>
        </w:rPr>
        <w:t xml:space="preserve">hands.</w:t>
      </w:r>
      <w:r>
        <w:br/>
      </w:r>
      <w:r>
        <w:t xml:space="preserve">    (a) to shake or tremble slightly</w:t>
      </w:r>
      <w:r>
        <w:br/>
      </w:r>
      <w:r>
        <w:t xml:space="preserve">    (b) calculates or judges too low</w:t>
      </w:r>
      <w:r>
        <w:br/>
      </w:r>
      <w:r>
        <w:t xml:space="preserve">    (c) not working or not operating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Who knows but that which seems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omitted</w:t>
      </w:r>
      <w:r>
        <w:rPr>
          <w:b/>
          <w:bCs/>
        </w:rPr>
        <w:t xml:space="preserve"> </w:t>
      </w:r>
      <w:r>
        <w:rPr>
          <w:b/>
          <w:bCs/>
        </w:rPr>
        <w:t xml:space="preserve">to day, waits for to-morrow?</w:t>
      </w:r>
      <w:r>
        <w:br/>
      </w:r>
      <w:r>
        <w:t xml:space="preserve">    (a) took up or received into heaven</w:t>
      </w:r>
      <w:r>
        <w:br/>
      </w:r>
      <w:r>
        <w:t xml:space="preserve">    (b) learned, discovered, or decided</w:t>
      </w:r>
      <w:r>
        <w:br/>
      </w:r>
      <w:r>
        <w:t xml:space="preserve">    (c) to exclude or neglect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what is it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cease</w:t>
      </w:r>
      <w:r>
        <w:rPr>
          <w:b/>
          <w:bCs/>
        </w:rPr>
        <w:t xml:space="preserve"> </w:t>
      </w:r>
      <w:r>
        <w:rPr>
          <w:b/>
          <w:bCs/>
        </w:rPr>
        <w:t xml:space="preserve">breathing but to free the breath from its restless tides, that it may rise and expand and seek God unencumbered?</w:t>
      </w:r>
      <w:r>
        <w:br/>
      </w:r>
      <w:r>
        <w:t xml:space="preserve">    (a) gain advantage from</w:t>
      </w:r>
      <w:r>
        <w:br/>
      </w:r>
      <w:r>
        <w:t xml:space="preserve">    (b) stop or discontinue</w:t>
      </w:r>
      <w:r>
        <w:br/>
      </w:r>
      <w:r>
        <w:t xml:space="preserve">    (c) influence or effect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 flame spirit in you ever gathering more of itself, While you,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heedless</w:t>
      </w:r>
      <w:r>
        <w:rPr>
          <w:b/>
          <w:bCs/>
        </w:rPr>
        <w:t xml:space="preserve"> </w:t>
      </w:r>
      <w:r>
        <w:rPr>
          <w:b/>
          <w:bCs/>
        </w:rPr>
        <w:t xml:space="preserve">of its expansion, bewail the withering of your days.</w:t>
      </w:r>
      <w:r>
        <w:br/>
      </w:r>
      <w:r>
        <w:t xml:space="preserve">    (a) capable of thought, self-reflection, and will</w:t>
      </w:r>
      <w:r>
        <w:br/>
      </w:r>
      <w:r>
        <w:t xml:space="preserve">    (b) ignorant (not paying attention to)</w:t>
      </w:r>
      <w:r>
        <w:br/>
      </w:r>
      <w:r>
        <w:t xml:space="preserve">    (c) the characteristic of demonstrating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...why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dwell</w:t>
      </w:r>
      <w:r>
        <w:rPr>
          <w:b/>
          <w:bCs/>
        </w:rPr>
        <w:t xml:space="preserve"> </w:t>
      </w:r>
      <w:r>
        <w:rPr>
          <w:b/>
          <w:bCs/>
        </w:rPr>
        <w:t xml:space="preserve">you among the summits where eagles build their nests?</w:t>
      </w:r>
      <w:r>
        <w:br/>
      </w:r>
      <w:r>
        <w:t xml:space="preserve">    (a) to concentrate, look at; or the act of concentration</w:t>
      </w:r>
      <w:r>
        <w:br/>
      </w:r>
      <w:r>
        <w:t xml:space="preserve">    (b) live (make your home)</w:t>
      </w:r>
      <w:r>
        <w:br/>
      </w:r>
      <w:r>
        <w:t xml:space="preserve">    (c) enter another's property without right or permission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2026-07-31T16:05:33Z</dcterms:created>
  <dcterms:modified xsi:type="dcterms:W3CDTF">2026-07-31T16:05:33Z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