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cd31e88756d6d12d818f63ca5b544f027864c41"/>
    <w:p>
      <w:pPr>
        <w:pStyle w:val="Heading1"/>
      </w:pPr>
      <w:r>
        <w:rPr>
          <w:b/>
          <w:bCs/>
        </w:rPr>
        <w:t xml:space="preserve">The Princess Bride</w:t>
      </w:r>
      <w:r>
        <w:br/>
      </w:r>
      <w:r>
        <w:rPr>
          <w:i/>
          <w:iCs/>
        </w:rPr>
        <w:t xml:space="preserve">William Goldman</w:t>
      </w:r>
      <w:r>
        <w:br/>
      </w:r>
      <w:r>
        <w:rPr>
          <w:b/>
          <w:bCs/>
        </w:rPr>
        <w:t xml:space="preserve">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Adela, flattered, began to</w:t>
      </w:r>
      <w:r>
        <w:rPr>
          <w:b/>
          <w:bCs/>
        </w:rPr>
        <w:t xml:space="preserve"> </w:t>
      </w:r>
      <w:r>
        <w:rPr>
          <w:b/>
          <w:bCs/>
          <w:u w:val="single"/>
        </w:rPr>
        <w:t xml:space="preserve">ponder</w:t>
      </w:r>
      <w:r>
        <w:rPr>
          <w:b/>
          <w:bCs/>
        </w:rPr>
        <w:t xml:space="preserve"> </w:t>
      </w:r>
      <w:r>
        <w:rPr>
          <w:b/>
          <w:bCs/>
        </w:rPr>
        <w:t xml:space="preserve">on the truth of the statement.</w:t>
      </w:r>
      <w:r>
        <w:br/>
      </w:r>
      <w:r>
        <w:t xml:space="preserve">    (a) fulfill one's highest potential</w:t>
      </w:r>
      <w:r>
        <w:br/>
      </w:r>
      <w:r>
        <w:t xml:space="preserve">    (b) think deeply or carefully about</w:t>
      </w:r>
      <w:r>
        <w:br/>
      </w:r>
      <w:r>
        <w:t xml:space="preserve">    (c) stop (something from happening)</w:t>
      </w:r>
    </w:p>
    <w:p>
      <w:pPr>
        <w:pStyle w:val="Compact"/>
        <w:numPr>
          <w:ilvl w:val="0"/>
          <w:numId w:val="1001"/>
        </w:numPr>
      </w:pPr>
      <w:r>
        <w:rPr>
          <w:b/>
          <w:bCs/>
        </w:rPr>
        <w:t xml:space="preserve">But now she had it all diagnosed,</w:t>
      </w:r>
      <w:r>
        <w:rPr>
          <w:b/>
          <w:bCs/>
        </w:rPr>
        <w:t xml:space="preserve"> </w:t>
      </w:r>
      <w:r>
        <w:rPr>
          <w:b/>
          <w:bCs/>
          <w:u w:val="single"/>
        </w:rPr>
        <w:t xml:space="preserve">deduced</w:t>
      </w:r>
      <w:r>
        <w:rPr>
          <w:b/>
          <w:bCs/>
        </w:rPr>
        <w:t xml:space="preserve">, clear.</w:t>
      </w:r>
      <w:r>
        <w:br/>
      </w:r>
      <w:r>
        <w:t xml:space="preserve">    (a) not roughly calculated</w:t>
      </w:r>
      <w:r>
        <w:br/>
      </w:r>
      <w:r>
        <w:t xml:space="preserve">    (b) concluded by reasoning</w:t>
      </w:r>
      <w:r>
        <w:br/>
      </w:r>
      <w:r>
        <w:t xml:space="preserve">    (c) influenced or effected</w:t>
      </w:r>
    </w:p>
    <w:p>
      <w:pPr>
        <w:pStyle w:val="Compact"/>
        <w:numPr>
          <w:ilvl w:val="0"/>
          <w:numId w:val="1001"/>
        </w:numPr>
      </w:pPr>
      <w:r>
        <w:rPr>
          <w:b/>
          <w:bCs/>
        </w:rPr>
        <w:t xml:space="preserve">She could chide herself for her silly</w:t>
      </w:r>
      <w:r>
        <w:rPr>
          <w:b/>
          <w:bCs/>
        </w:rPr>
        <w:t xml:space="preserve"> </w:t>
      </w:r>
      <w:r>
        <w:rPr>
          <w:b/>
          <w:bCs/>
          <w:u w:val="single"/>
        </w:rPr>
        <w:t xml:space="preserve">infatuation</w:t>
      </w:r>
      <w:r>
        <w:rPr>
          <w:b/>
          <w:bCs/>
        </w:rPr>
        <w:t xml:space="preserve"> </w:t>
      </w:r>
      <w:r>
        <w:rPr>
          <w:b/>
          <w:bCs/>
        </w:rPr>
        <w:t xml:space="preserve">with a dullard.</w:t>
      </w:r>
      <w:r>
        <w:br/>
      </w:r>
      <w:r>
        <w:t xml:space="preserve">    (a) a stone shaped like a disk that spins and is used to grind, sharpen or polish</w:t>
      </w:r>
      <w:r>
        <w:br/>
      </w:r>
      <w:r>
        <w:t xml:space="preserve">    (b) deeply but often foolishly in love with or obsessed with someone or something</w:t>
      </w:r>
      <w:r>
        <w:br/>
      </w:r>
      <w:r>
        <w:t xml:space="preserve">    (c) a psychologist concerned with the treatment of abnormal thinking and behavior</w:t>
      </w:r>
    </w:p>
    <w:p>
      <w:pPr>
        <w:pStyle w:val="Compact"/>
        <w:numPr>
          <w:ilvl w:val="0"/>
          <w:numId w:val="1001"/>
        </w:numPr>
      </w:pPr>
      <w:r>
        <w:rPr>
          <w:b/>
          <w:bCs/>
        </w:rPr>
        <w:t xml:space="preserve">Why would a master of</w:t>
      </w:r>
      <w:r>
        <w:rPr>
          <w:b/>
          <w:bCs/>
        </w:rPr>
        <w:t xml:space="preserve"> </w:t>
      </w:r>
      <w:r>
        <w:rPr>
          <w:b/>
          <w:bCs/>
          <w:u w:val="single"/>
        </w:rPr>
        <w:t xml:space="preserve">narrative</w:t>
      </w:r>
      <w:r>
        <w:rPr>
          <w:b/>
          <w:bCs/>
        </w:rPr>
        <w:t xml:space="preserve"> </w:t>
      </w:r>
      <w:r>
        <w:rPr>
          <w:b/>
          <w:bCs/>
        </w:rPr>
        <w:t xml:space="preserve">stop his narrative dead before it has much chance to begin generating?</w:t>
      </w:r>
      <w:r>
        <w:br/>
      </w:r>
      <w:r>
        <w:t xml:space="preserve">    (a) snake</w:t>
      </w:r>
      <w:r>
        <w:br/>
      </w:r>
      <w:r>
        <w:t xml:space="preserve">    (b) skill</w:t>
      </w:r>
      <w:r>
        <w:br/>
      </w:r>
      <w:r>
        <w:t xml:space="preserve">    (c) story</w:t>
      </w:r>
    </w:p>
    <w:p>
      <w:pPr>
        <w:pStyle w:val="Compact"/>
        <w:numPr>
          <w:ilvl w:val="0"/>
          <w:numId w:val="1001"/>
        </w:numPr>
      </w:pPr>
      <w:r>
        <w:rPr>
          <w:b/>
          <w:bCs/>
        </w:rPr>
        <w:t xml:space="preserve">Still, he was an eternal</w:t>
      </w:r>
      <w:r>
        <w:rPr>
          <w:b/>
          <w:bCs/>
        </w:rPr>
        <w:t xml:space="preserve"> </w:t>
      </w:r>
      <w:r>
        <w:rPr>
          <w:b/>
          <w:bCs/>
          <w:u w:val="single"/>
        </w:rPr>
        <w:t xml:space="preserve">optimist</w:t>
      </w:r>
      <w:r>
        <w:rPr>
          <w:b/>
          <w:bCs/>
        </w:rPr>
        <w:t xml:space="preserve">, so he kept the great cage of the fifth level always in readiness.</w:t>
      </w:r>
      <w:r>
        <w:br/>
      </w:r>
      <w:r>
        <w:t xml:space="preserve">    (a) someone who expects the worst; or who focuses on the bad part of things</w:t>
      </w:r>
      <w:r>
        <w:br/>
      </w:r>
      <w:r>
        <w:t xml:space="preserve">    (b) someone who joins with others in a public protest or display of support</w:t>
      </w:r>
      <w:r>
        <w:br/>
      </w:r>
      <w:r>
        <w:t xml:space="preserve">    (c) someone who expects the best; or who focuses on the good part of things</w:t>
      </w:r>
    </w:p>
    <w:p>
      <w:pPr>
        <w:pStyle w:val="Compact"/>
        <w:numPr>
          <w:ilvl w:val="0"/>
          <w:numId w:val="1001"/>
        </w:numPr>
      </w:pPr>
      <w:r>
        <w:rPr>
          <w:b/>
          <w:bCs/>
        </w:rPr>
        <w:t xml:space="preserve">Just as the chapters on whaling in Moby-Dick can be</w:t>
      </w:r>
      <w:r>
        <w:rPr>
          <w:b/>
          <w:bCs/>
        </w:rPr>
        <w:t xml:space="preserve"> </w:t>
      </w:r>
      <w:r>
        <w:rPr>
          <w:b/>
          <w:bCs/>
          <w:u w:val="single"/>
        </w:rPr>
        <w:t xml:space="preserve">omitted</w:t>
      </w:r>
      <w:r>
        <w:rPr>
          <w:b/>
          <w:bCs/>
        </w:rPr>
        <w:t xml:space="preserve"> </w:t>
      </w:r>
      <w:r>
        <w:rPr>
          <w:b/>
          <w:bCs/>
        </w:rPr>
        <w:t xml:space="preserve">by all but the most punishment-loving readers, so the packing scenes that Morgenstern details here are really best left alone.</w:t>
      </w:r>
      <w:r>
        <w:br/>
      </w:r>
      <w:r>
        <w:t xml:space="preserve">    (a) learned, discovered, or decided</w:t>
      </w:r>
      <w:r>
        <w:br/>
      </w:r>
      <w:r>
        <w:t xml:space="preserve">    (b) to exclude or neglect something</w:t>
      </w:r>
      <w:r>
        <w:br/>
      </w:r>
      <w:r>
        <w:t xml:space="preserve">    (c) took up or received into heaven</w:t>
      </w:r>
    </w:p>
    <w:p>
      <w:pPr>
        <w:pStyle w:val="Compact"/>
        <w:numPr>
          <w:ilvl w:val="0"/>
          <w:numId w:val="1001"/>
        </w:numPr>
      </w:pPr>
      <w:r>
        <w:rPr>
          <w:b/>
          <w:bCs/>
          <w:u w:val="single"/>
        </w:rPr>
        <w:t xml:space="preserve">Conceited</w:t>
      </w:r>
      <w:r>
        <w:rPr>
          <w:b/>
          <w:bCs/>
        </w:rPr>
        <w:t xml:space="preserve">, Buttercup thought.</w:t>
      </w:r>
      <w:r>
        <w:br/>
      </w:r>
      <w:r>
        <w:t xml:space="preserve">    (a) excessively proud of oneself</w:t>
      </w:r>
      <w:r>
        <w:br/>
      </w:r>
      <w:r>
        <w:t xml:space="preserve">    (b) calculated or judged too low</w:t>
      </w:r>
      <w:r>
        <w:br/>
      </w:r>
      <w:r>
        <w:t xml:space="preserve">    (c) not judged in a negative way</w:t>
      </w:r>
    </w:p>
    <w:p>
      <w:pPr>
        <w:pStyle w:val="Compact"/>
        <w:numPr>
          <w:ilvl w:val="0"/>
          <w:numId w:val="1001"/>
        </w:numPr>
      </w:pPr>
      <w:r>
        <w:rPr>
          <w:b/>
          <w:bCs/>
        </w:rPr>
        <w:t xml:space="preserve">But since no one in Guilder could know yet what we've done, and no one in Florin could have gotten here so quickly, he is definitely not,</w:t>
      </w:r>
      <w:r>
        <w:rPr>
          <w:b/>
          <w:bCs/>
        </w:rPr>
        <w:t xml:space="preserve"> </w:t>
      </w:r>
      <w:r>
        <w:rPr>
          <w:b/>
          <w:bCs/>
          <w:u w:val="single"/>
        </w:rPr>
        <w:t xml:space="preserve">however</w:t>
      </w:r>
      <w:r>
        <w:rPr>
          <w:b/>
          <w:bCs/>
        </w:rPr>
        <w:t xml:space="preserve"> </w:t>
      </w:r>
      <w:r>
        <w:rPr>
          <w:b/>
          <w:bCs/>
        </w:rPr>
        <w:t xml:space="preserve">much it may look like it, following us.</w:t>
      </w:r>
      <w:r>
        <w:br/>
      </w:r>
      <w:r>
        <w:t xml:space="preserve">    (a) people who are good at or spend much time studying, thinking, and reasoning</w:t>
      </w:r>
      <w:r>
        <w:br/>
      </w:r>
      <w:r>
        <w:t xml:space="preserve">    (b) aka analysis -- psychiatric treatment; or a theory of psychiatric treatment</w:t>
      </w:r>
      <w:r>
        <w:br/>
      </w:r>
      <w:r>
        <w:t xml:space="preserve">    (c) regardless of how</w:t>
      </w:r>
    </w:p>
    <w:p>
      <w:pPr>
        <w:pStyle w:val="Compact"/>
        <w:numPr>
          <w:ilvl w:val="0"/>
          <w:numId w:val="1001"/>
        </w:numPr>
      </w:pPr>
      <w:r>
        <w:rPr>
          <w:b/>
          <w:bCs/>
        </w:rPr>
        <w:t xml:space="preserve">There was,</w:t>
      </w:r>
      <w:r>
        <w:rPr>
          <w:b/>
          <w:bCs/>
        </w:rPr>
        <w:t xml:space="preserve"> </w:t>
      </w:r>
      <w:r>
        <w:rPr>
          <w:b/>
          <w:bCs/>
          <w:u w:val="single"/>
        </w:rPr>
        <w:t xml:space="preserve">however</w:t>
      </w:r>
      <w:r>
        <w:rPr>
          <w:b/>
          <w:bCs/>
        </w:rPr>
        <w:t xml:space="preserve">, a second group of criminals, those who realized that capture meant, for various past performances, death, and these, without exception, resisted.</w:t>
      </w:r>
      <w:r>
        <w:br/>
      </w:r>
      <w:r>
        <w:t xml:space="preserve">    (a) a word used to connect contrasting ideas as when using</w:t>
      </w:r>
      <w:r>
        <w:t xml:space="preserve"> </w:t>
      </w:r>
      <w:r>
        <w:rPr>
          <w:i/>
          <w:iCs/>
        </w:rPr>
        <w:t xml:space="preserve">though</w:t>
      </w:r>
      <w:r>
        <w:t xml:space="preserve">,</w:t>
      </w:r>
      <w:r>
        <w:t xml:space="preserve"> </w:t>
      </w:r>
      <w:r>
        <w:rPr>
          <w:i/>
          <w:iCs/>
        </w:rPr>
        <w:t xml:space="preserve">in spite of that</w:t>
      </w:r>
      <w:r>
        <w:t xml:space="preserve">,</w:t>
      </w:r>
      <w:r>
        <w:t xml:space="preserve"> </w:t>
      </w:r>
      <w:r>
        <w:rPr>
          <w:i/>
          <w:iCs/>
        </w:rPr>
        <w:t xml:space="preserve">in contrast</w:t>
      </w:r>
      <w:r>
        <w:t xml:space="preserve">,</w:t>
      </w:r>
      <w:r>
        <w:t xml:space="preserve"> </w:t>
      </w:r>
      <w:r>
        <w:rPr>
          <w:i/>
          <w:iCs/>
        </w:rPr>
        <w:t xml:space="preserve">nevertheless</w:t>
      </w:r>
      <w:r>
        <w:t xml:space="preserve">, etc.</w:t>
      </w:r>
      <w:r>
        <w:br/>
      </w:r>
      <w:r>
        <w:t xml:space="preserve">    (b) therefore (for that reason)</w:t>
      </w:r>
      <w:r>
        <w:br/>
      </w:r>
      <w:r>
        <w:t xml:space="preserve">    (c) in keeping with or in agreement with what was just stated</w:t>
      </w:r>
    </w:p>
    <w:p>
      <w:pPr>
        <w:pStyle w:val="Compact"/>
        <w:numPr>
          <w:ilvl w:val="0"/>
          <w:numId w:val="1001"/>
        </w:numPr>
      </w:pPr>
      <w:r>
        <w:rPr>
          <w:b/>
          <w:bCs/>
        </w:rPr>
        <w:t xml:space="preserve">"The six-fingered man</w:t>
      </w:r>
      <w:r>
        <w:rPr>
          <w:b/>
          <w:bCs/>
        </w:rPr>
        <w:t xml:space="preserve"> </w:t>
      </w:r>
      <w:r>
        <w:rPr>
          <w:b/>
          <w:bCs/>
          <w:u w:val="single"/>
        </w:rPr>
        <w:t xml:space="preserve">taunts</w:t>
      </w:r>
      <w:r>
        <w:rPr>
          <w:b/>
          <w:bCs/>
        </w:rPr>
        <w:t xml:space="preserve"> </w:t>
      </w:r>
      <w:r>
        <w:rPr>
          <w:b/>
          <w:bCs/>
        </w:rPr>
        <w:t xml:space="preserve">you," Yeste called.</w:t>
      </w:r>
      <w:r>
        <w:br/>
      </w:r>
      <w:r>
        <w:t xml:space="preserve">    (a) a means of control -- most commonly the straps attached to a bit in a horse's mouth that are used to control it  OR  restrains or controls</w:t>
      </w:r>
      <w:r>
        <w:br/>
      </w:r>
      <w:r>
        <w:t xml:space="preserve">    (b) items characterized by narrower parallel folds when closed and wider when open -- such as a door or musical instrument with that characteristic</w:t>
      </w:r>
      <w:r>
        <w:br/>
      </w:r>
      <w:r>
        <w:t xml:space="preserve">    (c) (verb) intentionally angers, challenges, or upsets someone  OR  (noun) insults or other actions intended to anger, challenge, or upset someone</w:t>
      </w:r>
    </w:p>
    <w:p>
      <w:pPr>
        <w:pStyle w:val="Compact"/>
        <w:numPr>
          <w:ilvl w:val="0"/>
          <w:numId w:val="1001"/>
        </w:numPr>
      </w:pPr>
      <w:r>
        <w:rPr>
          <w:b/>
          <w:bCs/>
        </w:rPr>
        <w:t xml:space="preserve">Because the Sicilian had a dream: with his</w:t>
      </w:r>
      <w:r>
        <w:rPr>
          <w:b/>
          <w:bCs/>
        </w:rPr>
        <w:t xml:space="preserve"> </w:t>
      </w:r>
      <w:r>
        <w:rPr>
          <w:b/>
          <w:bCs/>
          <w:u w:val="single"/>
        </w:rPr>
        <w:t xml:space="preserve">guile</w:t>
      </w:r>
      <w:r>
        <w:rPr>
          <w:b/>
          <w:bCs/>
        </w:rPr>
        <w:t xml:space="preserve"> </w:t>
      </w:r>
      <w:r>
        <w:rPr>
          <w:b/>
          <w:bCs/>
        </w:rPr>
        <w:t xml:space="preserve">plus the Turk's strength plus the Spaniard's sword, they might become the most effective criminal organization in the civilized world.</w:t>
      </w:r>
      <w:r>
        <w:br/>
      </w:r>
      <w:r>
        <w:t xml:space="preserve">    (a) prepare food in a way that keeps it from spoiling</w:t>
      </w:r>
      <w:r>
        <w:br/>
      </w:r>
      <w:r>
        <w:t xml:space="preserve">    (b) cunning (shrewdness and cleverness) and deceitful</w:t>
      </w:r>
      <w:r>
        <w:br/>
      </w:r>
      <w:r>
        <w:t xml:space="preserve">    (c) treat as a particular type that is considered bad</w:t>
      </w:r>
    </w:p>
    <w:p>
      <w:pPr>
        <w:pStyle w:val="Compact"/>
        <w:numPr>
          <w:ilvl w:val="0"/>
          <w:numId w:val="1001"/>
        </w:numPr>
      </w:pPr>
      <w:r>
        <w:rPr>
          <w:b/>
          <w:bCs/>
        </w:rPr>
        <w:t xml:space="preserve">They were running along the edge of a towering</w:t>
      </w:r>
      <w:r>
        <w:rPr>
          <w:b/>
          <w:bCs/>
        </w:rPr>
        <w:t xml:space="preserve"> </w:t>
      </w:r>
      <w:r>
        <w:rPr>
          <w:b/>
          <w:bCs/>
          <w:u w:val="single"/>
        </w:rPr>
        <w:t xml:space="preserve">ravine</w:t>
      </w:r>
      <w:r>
        <w:rPr>
          <w:b/>
          <w:bCs/>
        </w:rPr>
        <w:t xml:space="preserve">.</w:t>
      </w:r>
      <w:r>
        <w:br/>
      </w:r>
      <w:r>
        <w:t xml:space="preserve">    (a) another battle with the same foe</w:t>
      </w:r>
      <w:r>
        <w:br/>
      </w:r>
      <w:r>
        <w:t xml:space="preserve">    (b) describing someone as antisocial</w:t>
      </w:r>
      <w:r>
        <w:br/>
      </w:r>
      <w:r>
        <w:t xml:space="preserve">    (c) deep, narrow, steep-sided valley</w:t>
      </w:r>
    </w:p>
    <w:p>
      <w:pPr>
        <w:pStyle w:val="Compact"/>
        <w:numPr>
          <w:ilvl w:val="0"/>
          <w:numId w:val="1001"/>
        </w:numPr>
      </w:pPr>
      <w:r>
        <w:rPr>
          <w:b/>
          <w:bCs/>
        </w:rPr>
        <w:t xml:space="preserve">It was</w:t>
      </w:r>
      <w:r>
        <w:rPr>
          <w:b/>
          <w:bCs/>
        </w:rPr>
        <w:t xml:space="preserve"> </w:t>
      </w:r>
      <w:r>
        <w:rPr>
          <w:b/>
          <w:bCs/>
          <w:u w:val="single"/>
        </w:rPr>
        <w:t xml:space="preserve">agony</w:t>
      </w:r>
      <w:r>
        <w:rPr>
          <w:b/>
          <w:bCs/>
        </w:rPr>
        <w:t xml:space="preserve"> </w:t>
      </w:r>
      <w:r>
        <w:rPr>
          <w:b/>
          <w:bCs/>
        </w:rPr>
        <w:t xml:space="preserve">keeping her arms outstretched and her fingers spread when it was all so useless.</w:t>
      </w:r>
      <w:r>
        <w:br/>
      </w:r>
      <w:r>
        <w:t xml:space="preserve">    (a) circular movement</w:t>
      </w:r>
      <w:r>
        <w:br/>
      </w:r>
      <w:r>
        <w:t xml:space="preserve">    (b) intense suffering</w:t>
      </w:r>
      <w:r>
        <w:br/>
      </w:r>
      <w:r>
        <w:t xml:space="preserve">    (c) size or dimension</w:t>
      </w:r>
    </w:p>
    <w:p>
      <w:pPr>
        <w:pStyle w:val="Compact"/>
        <w:numPr>
          <w:ilvl w:val="0"/>
          <w:numId w:val="1001"/>
        </w:numPr>
      </w:pPr>
      <w:r>
        <w:rPr>
          <w:b/>
          <w:bCs/>
        </w:rPr>
        <w:t xml:space="preserve">Because when she died of murder on their wedding night, it was</w:t>
      </w:r>
      <w:r>
        <w:rPr>
          <w:b/>
          <w:bCs/>
        </w:rPr>
        <w:t xml:space="preserve"> </w:t>
      </w:r>
      <w:r>
        <w:rPr>
          <w:b/>
          <w:bCs/>
          <w:u w:val="single"/>
        </w:rPr>
        <w:t xml:space="preserve">crucial</w:t>
      </w:r>
      <w:r>
        <w:rPr>
          <w:b/>
          <w:bCs/>
        </w:rPr>
        <w:t xml:space="preserve"> </w:t>
      </w:r>
      <w:r>
        <w:rPr>
          <w:b/>
          <w:bCs/>
        </w:rPr>
        <w:t xml:space="preserve">that all Florin realize the depth of his love, the epochal size of his loss, since then no one would dare hesitate to follow him in the revenge war he was to launch against Guilder.</w:t>
      </w:r>
      <w:r>
        <w:br/>
      </w:r>
      <w:r>
        <w:t xml:space="preserve">    (a) natural</w:t>
      </w:r>
      <w:r>
        <w:br/>
      </w:r>
      <w:r>
        <w:t xml:space="preserve">    (b) more than is needed</w:t>
      </w:r>
      <w:r>
        <w:br/>
      </w:r>
      <w:r>
        <w:t xml:space="preserve">    (c) very important</w:t>
      </w:r>
    </w:p>
    <w:p>
      <w:pPr>
        <w:pStyle w:val="Compact"/>
        <w:numPr>
          <w:ilvl w:val="0"/>
          <w:numId w:val="1001"/>
        </w:numPr>
      </w:pPr>
      <w:r>
        <w:rPr>
          <w:b/>
          <w:bCs/>
        </w:rPr>
        <w:t xml:space="preserve">The whys behind the screams interested him fully as much as the</w:t>
      </w:r>
      <w:r>
        <w:rPr>
          <w:b/>
          <w:bCs/>
        </w:rPr>
        <w:t xml:space="preserve"> </w:t>
      </w:r>
      <w:r>
        <w:rPr>
          <w:b/>
          <w:bCs/>
          <w:u w:val="single"/>
        </w:rPr>
        <w:t xml:space="preserve">anguish</w:t>
      </w:r>
      <w:r>
        <w:rPr>
          <w:b/>
          <w:bCs/>
        </w:rPr>
        <w:t xml:space="preserve"> </w:t>
      </w:r>
      <w:r>
        <w:rPr>
          <w:b/>
          <w:bCs/>
        </w:rPr>
        <w:t xml:space="preserve">itself.</w:t>
      </w:r>
      <w:r>
        <w:br/>
      </w:r>
      <w:r>
        <w:t xml:space="preserve">    (a) extreme pain, suffering, or distress</w:t>
      </w:r>
      <w:r>
        <w:br/>
      </w:r>
      <w:r>
        <w:t xml:space="preserve">    (b) extreme introversion</w:t>
      </w:r>
      <w:r>
        <w:br/>
      </w:r>
      <w:r>
        <w:t xml:space="preserve">    (c) extreme depression</w:t>
      </w:r>
    </w:p>
    <w:p>
      <w:pPr>
        <w:pStyle w:val="Compact"/>
        <w:numPr>
          <w:ilvl w:val="0"/>
          <w:numId w:val="1001"/>
        </w:numPr>
      </w:pPr>
      <w:r>
        <w:rPr>
          <w:b/>
          <w:bCs/>
        </w:rPr>
        <w:t xml:space="preserve">As an architect, he had been crucial in the safety</w:t>
      </w:r>
      <w:r>
        <w:rPr>
          <w:b/>
          <w:bCs/>
        </w:rPr>
        <w:t xml:space="preserve"> </w:t>
      </w:r>
      <w:r>
        <w:rPr>
          <w:b/>
          <w:bCs/>
          <w:u w:val="single"/>
        </w:rPr>
        <w:t xml:space="preserve">factors</w:t>
      </w:r>
      <w:r>
        <w:rPr>
          <w:b/>
          <w:bCs/>
        </w:rPr>
        <w:t xml:space="preserve"> </w:t>
      </w:r>
      <w:r>
        <w:rPr>
          <w:b/>
          <w:bCs/>
        </w:rPr>
        <w:t xml:space="preserve">involved in the Zoo of Death, and it had undeniably been Rugen who had arranged for the only survivable entrance being the underground fifth-level one.</w:t>
      </w:r>
      <w:r>
        <w:br/>
      </w:r>
      <w:r>
        <w:t xml:space="preserve">    (a) theories on the origin of the universe</w:t>
      </w:r>
      <w:r>
        <w:br/>
      </w:r>
      <w:r>
        <w:t xml:space="preserve">    (b) things that affect a result or outcome</w:t>
      </w:r>
      <w:r>
        <w:br/>
      </w:r>
      <w:r>
        <w:t xml:space="preserve">    (c) People who are of lower rank or status</w:t>
      </w:r>
    </w:p>
    <w:p>
      <w:pPr>
        <w:pStyle w:val="Compact"/>
        <w:numPr>
          <w:ilvl w:val="0"/>
          <w:numId w:val="1001"/>
        </w:numPr>
      </w:pPr>
      <w:r>
        <w:rPr>
          <w:b/>
          <w:bCs/>
        </w:rPr>
        <w:t xml:space="preserve">Each step was perhaps a foot in width, so he was six feet from Fezzik, six feet from the large,</w:t>
      </w:r>
      <w:r>
        <w:rPr>
          <w:b/>
          <w:bCs/>
        </w:rPr>
        <w:t xml:space="preserve"> </w:t>
      </w:r>
      <w:r>
        <w:rPr>
          <w:b/>
          <w:bCs/>
          <w:u w:val="single"/>
        </w:rPr>
        <w:t xml:space="preserve">ornate</w:t>
      </w:r>
      <w:r>
        <w:rPr>
          <w:b/>
          <w:bCs/>
        </w:rPr>
        <w:t xml:space="preserve"> </w:t>
      </w:r>
      <w:r>
        <w:rPr>
          <w:b/>
          <w:bCs/>
        </w:rPr>
        <w:t xml:space="preserve">green-handled door that opened onto the final level.</w:t>
      </w:r>
      <w:r>
        <w:br/>
      </w:r>
      <w:r>
        <w:t xml:space="preserve">    (a) having lots of decorative detail</w:t>
      </w:r>
      <w:r>
        <w:br/>
      </w:r>
      <w:r>
        <w:t xml:space="preserve">    (b) able to be taken on as one's own</w:t>
      </w:r>
      <w:r>
        <w:br/>
      </w:r>
      <w:r>
        <w:t xml:space="preserve">    (c) indicating approval or agreement</w:t>
      </w:r>
    </w:p>
    <w:p>
      <w:pPr>
        <w:pStyle w:val="Compact"/>
        <w:numPr>
          <w:ilvl w:val="0"/>
          <w:numId w:val="1001"/>
        </w:numPr>
      </w:pPr>
      <w:r>
        <w:rPr>
          <w:b/>
          <w:bCs/>
        </w:rPr>
        <w:t xml:space="preserve">Seventy-two inches from death now The green speckled</w:t>
      </w:r>
      <w:r>
        <w:rPr>
          <w:b/>
          <w:bCs/>
        </w:rPr>
        <w:t xml:space="preserve"> </w:t>
      </w:r>
      <w:r>
        <w:rPr>
          <w:b/>
          <w:bCs/>
          <w:u w:val="single"/>
        </w:rPr>
        <w:t xml:space="preserve">recluse</w:t>
      </w:r>
      <w:r>
        <w:rPr>
          <w:b/>
          <w:bCs/>
        </w:rPr>
        <w:t xml:space="preserve"> </w:t>
      </w:r>
      <w:r>
        <w:rPr>
          <w:b/>
          <w:bCs/>
        </w:rPr>
        <w:t xml:space="preserve">doesn't destroy as quickly as the stonefish.</w:t>
      </w:r>
      <w:r>
        <w:br/>
      </w:r>
      <w:r>
        <w:t xml:space="preserve">    (a) someone who believes that all knowledge is derived from experience</w:t>
      </w:r>
      <w:r>
        <w:br/>
      </w:r>
      <w:r>
        <w:t xml:space="preserve">    (b) a place where conditions are kept as they were to protect wildlife</w:t>
      </w:r>
      <w:r>
        <w:br/>
      </w:r>
      <w:r>
        <w:t xml:space="preserve">    (c) someone withdrawn from society (living alone and avoiding contact)</w:t>
      </w:r>
    </w:p>
    <w:p>
      <w:pPr>
        <w:pStyle w:val="Compact"/>
        <w:numPr>
          <w:ilvl w:val="0"/>
          <w:numId w:val="1001"/>
        </w:numPr>
      </w:pPr>
      <w:r>
        <w:rPr>
          <w:b/>
          <w:bCs/>
        </w:rPr>
        <w:t xml:space="preserve">IT WAS NOT, in point of fact, her Westley that was causing the</w:t>
      </w:r>
      <w:r>
        <w:rPr>
          <w:b/>
          <w:bCs/>
        </w:rPr>
        <w:t xml:space="preserve"> </w:t>
      </w:r>
      <w:r>
        <w:rPr>
          <w:b/>
          <w:bCs/>
          <w:u w:val="single"/>
        </w:rPr>
        <w:t xml:space="preserve">commotion</w:t>
      </w:r>
      <w:r>
        <w:rPr>
          <w:b/>
          <w:bCs/>
        </w:rPr>
        <w:t xml:space="preserve"> </w:t>
      </w:r>
      <w:r>
        <w:rPr>
          <w:b/>
          <w:bCs/>
        </w:rPr>
        <w:t xml:space="preserve">out front.</w:t>
      </w:r>
      <w:r>
        <w:br/>
      </w:r>
      <w:r>
        <w:t xml:space="preserve">    (a) size or dimension</w:t>
      </w:r>
      <w:r>
        <w:br/>
      </w:r>
      <w:r>
        <w:t xml:space="preserve">    (b) noisy disturbance</w:t>
      </w:r>
      <w:r>
        <w:br/>
      </w:r>
      <w:r>
        <w:t xml:space="preserve">    (c) circular movement</w:t>
      </w:r>
    </w:p>
    <w:p>
      <w:pPr>
        <w:pStyle w:val="Compact"/>
        <w:numPr>
          <w:ilvl w:val="0"/>
          <w:numId w:val="1001"/>
        </w:numPr>
      </w:pPr>
      <w:r>
        <w:rPr>
          <w:b/>
          <w:bCs/>
        </w:rPr>
        <w:t xml:space="preserve">They were made in</w:t>
      </w:r>
      <w:r>
        <w:rPr>
          <w:b/>
          <w:bCs/>
        </w:rPr>
        <w:t xml:space="preserve"> </w:t>
      </w:r>
      <w:r>
        <w:rPr>
          <w:b/>
          <w:bCs/>
          <w:u w:val="single"/>
        </w:rPr>
        <w:t xml:space="preserve">varying</w:t>
      </w:r>
      <w:r>
        <w:rPr>
          <w:b/>
          <w:bCs/>
        </w:rPr>
        <w:t xml:space="preserve"> </w:t>
      </w:r>
      <w:r>
        <w:rPr>
          <w:b/>
          <w:bCs/>
        </w:rPr>
        <w:t xml:space="preserve">sizes, and the Prince's looked to be one of the largest, being wrist thick where it joined the handle.</w:t>
      </w:r>
      <w:r>
        <w:br/>
      </w:r>
      <w:r>
        <w:t xml:space="preserve">    (a) differing; or changing</w:t>
      </w:r>
      <w:r>
        <w:br/>
      </w:r>
      <w:r>
        <w:t xml:space="preserve">    (b) gaining advantage from</w:t>
      </w:r>
      <w:r>
        <w:br/>
      </w:r>
      <w:r>
        <w:t xml:space="preserve">    (c) taking on as one's own</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2026-07-31T19:58:39Z</dcterms:created>
  <dcterms:modified xsi:type="dcterms:W3CDTF">2026-07-31T19:58:39Z</dcterms:modified>
</cp:coreProperties>
</file>

<file path=docProps/custom.xml><?xml version="1.0" encoding="utf-8"?>
<Properties xmlns="http://schemas.openxmlformats.org/officeDocument/2006/custom-properties" xmlns:vt="http://schemas.openxmlformats.org/officeDocument/2006/docPropsVTypes"/>
</file>