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6b998c7fec960945ff52e40cf8c9738424aecd"/>
    <w:p>
      <w:pPr>
        <w:pStyle w:val="Heading1"/>
      </w:pPr>
      <w:r>
        <w:rPr>
          <w:b/>
          <w:bCs/>
        </w:rPr>
        <w:t xml:space="preserve">The Prince and The Pauper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ignorance</w:t>
      </w:r>
      <w:r>
        <w:br/>
      </w:r>
      <w:r>
        <w:t xml:space="preserve">    (b) opposition</w:t>
      </w:r>
      <w:r>
        <w:br/>
      </w:r>
      <w:r>
        <w:t xml:space="preserve">    (c) keeping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fear</w:t>
      </w:r>
      <w:r>
        <w:br/>
      </w:r>
      <w:r>
        <w:t xml:space="preserve">    (b) own mind</w:t>
      </w:r>
      <w:r>
        <w:br/>
      </w:r>
      <w:r>
        <w:t xml:space="preserve">    (c) own safety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describes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archangel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from the heavens.</w:t>
      </w:r>
      <w:r>
        <w:br/>
      </w:r>
      <w:r>
        <w:t xml:space="preserve">    (a) a chief angel</w:t>
      </w:r>
      <w:r>
        <w:br/>
      </w:r>
      <w:r>
        <w:t xml:space="preserve">    (b) a lost spirit</w:t>
      </w:r>
      <w:r>
        <w:br/>
      </w:r>
      <w:r>
        <w:t xml:space="preserve">    (c) a small demon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sympathetic</w:t>
      </w:r>
      <w:r>
        <w:br/>
      </w:r>
      <w:r>
        <w:t xml:space="preserve">    (b) lucky</w:t>
      </w:r>
      <w:r>
        <w:br/>
      </w:r>
      <w:r>
        <w:t xml:space="preserve">    (c) talented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harmful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financial loan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offered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paltry</w:t>
      </w:r>
      <w:r>
        <w:rPr>
          <w:b/>
          <w:bCs/>
        </w:rPr>
        <w:t xml:space="preserve"> </w:t>
      </w:r>
      <w:r>
        <w:rPr>
          <w:b/>
          <w:bCs/>
        </w:rPr>
        <w:t xml:space="preserve">amount for the rare book, hoping she didn’t know its real value.</w:t>
      </w:r>
      <w:r>
        <w:br/>
      </w:r>
      <w:r>
        <w:t xml:space="preserve">    (a) unfair</w:t>
      </w:r>
      <w:r>
        <w:br/>
      </w:r>
      <w:r>
        <w:t xml:space="preserve">    (b) confusing</w:t>
      </w:r>
      <w:r>
        <w:br/>
      </w:r>
      <w:r>
        <w:t xml:space="preserve">    (c) insignificant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story about a prince who changes places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</w:t>
      </w:r>
      <w:r>
        <w:rPr>
          <w:b/>
          <w:bCs/>
        </w:rPr>
        <w:t xml:space="preserve">.</w:t>
      </w:r>
      <w:r>
        <w:br/>
      </w:r>
      <w:r>
        <w:t xml:space="preserve">    (a) poor person</w:t>
      </w:r>
      <w:r>
        <w:br/>
      </w:r>
      <w:r>
        <w:t xml:space="preserve">    (b) wealthy person</w:t>
      </w:r>
      <w:r>
        <w:br/>
      </w:r>
      <w:r>
        <w:t xml:space="preserve">    (c) palace visitor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 </w:t>
      </w:r>
      <w:r>
        <w:rPr>
          <w:b/>
          <w:bCs/>
        </w:rPr>
        <w:t xml:space="preserve">by her sudden change of mind on this important issue.</w:t>
      </w:r>
      <w:r>
        <w:br/>
      </w:r>
      <w:r>
        <w:t xml:space="preserve">    (a) confused</w:t>
      </w:r>
      <w:r>
        <w:br/>
      </w:r>
      <w:r>
        <w:t xml:space="preserve">    (b) annoyed</w:t>
      </w:r>
      <w:r>
        <w:br/>
      </w:r>
      <w:r>
        <w:t xml:space="preserve">    (c) amused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reign</w:t>
      </w:r>
      <w:r>
        <w:rPr>
          <w:b/>
          <w:bCs/>
        </w:rPr>
        <w:t xml:space="preserve">, Augustus shrank the size of the senate from 900 to 600 members.</w:t>
      </w:r>
      <w:r>
        <w:br/>
      </w:r>
      <w:r>
        <w:t xml:space="preserve">    (a) time during which he ruled</w:t>
      </w:r>
      <w:r>
        <w:br/>
      </w:r>
      <w:r>
        <w:t xml:space="preserve">    (b) period of rapid change</w:t>
      </w:r>
      <w:r>
        <w:br/>
      </w:r>
      <w:r>
        <w:t xml:space="preserve">    (c) lifetime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reigns</w:t>
      </w:r>
      <w:r>
        <w:rPr>
          <w:b/>
          <w:bCs/>
        </w:rPr>
        <w:t xml:space="preserve"> </w:t>
      </w:r>
      <w:r>
        <w:rPr>
          <w:b/>
          <w:bCs/>
        </w:rPr>
        <w:t xml:space="preserve">in Hollywood.</w:t>
      </w:r>
      <w:r>
        <w:br/>
      </w:r>
      <w:r>
        <w:t xml:space="preserve">    (a) is both good and bad in its effect</w:t>
      </w:r>
      <w:r>
        <w:br/>
      </w:r>
      <w:r>
        <w:t xml:space="preserve">    (b) comes and goes</w:t>
      </w:r>
      <w:r>
        <w:br/>
      </w:r>
      <w:r>
        <w:t xml:space="preserve">    (c) is most important or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quit</w:t>
      </w:r>
      <w:r>
        <w:br/>
      </w:r>
      <w:r>
        <w:t xml:space="preserve">    (b) renew an agreement</w:t>
      </w:r>
      <w:r>
        <w:br/>
      </w:r>
      <w:r>
        <w:t xml:space="preserve">    (c) do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with acceptance</w:t>
      </w:r>
      <w:r>
        <w:br/>
      </w:r>
      <w:r>
        <w:t xml:space="preserve">    (b) resistant</w:t>
      </w:r>
      <w:r>
        <w:br/>
      </w:r>
      <w:r>
        <w:t xml:space="preserve">    (c) putting a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deeply respects</w:t>
      </w:r>
      <w:r>
        <w:br/>
      </w:r>
      <w:r>
        <w:t xml:space="preserve">    (b) thoroughly enjoys</w:t>
      </w:r>
      <w:r>
        <w:br/>
      </w:r>
      <w:r>
        <w:t xml:space="preserve">    (c) dislikes and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magnificent</w:t>
      </w:r>
      <w:r>
        <w:br/>
      </w:r>
      <w:r>
        <w:t xml:space="preserve">    (b) flattering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argued with</w:t>
      </w:r>
      <w:r>
        <w:br/>
      </w:r>
      <w:r>
        <w:t xml:space="preserve">    (b) negotiated with</w:t>
      </w:r>
      <w:r>
        <w:br/>
      </w:r>
      <w:r>
        <w:t xml:space="preserve">    (c) treated without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 hand-</w:t>
      </w:r>
      <w:r>
        <w:rPr>
          <w:b/>
          <w:bCs/>
          <w:u w:val="single"/>
        </w:rPr>
        <w:t xml:space="preserve">wrought</w:t>
      </w:r>
      <w:r>
        <w:rPr>
          <w:b/>
          <w:bCs/>
        </w:rPr>
        <w:t xml:space="preserve"> </w:t>
      </w:r>
      <w:r>
        <w:rPr>
          <w:b/>
          <w:bCs/>
        </w:rPr>
        <w:t xml:space="preserve">silver bracelet.</w:t>
      </w:r>
      <w:r>
        <w:br/>
      </w:r>
      <w:r>
        <w:t xml:space="preserve">    (a) worked</w:t>
      </w:r>
      <w:r>
        <w:br/>
      </w:r>
      <w:r>
        <w:t xml:space="preserve">    (b) size</w:t>
      </w:r>
      <w:r>
        <w:br/>
      </w:r>
      <w:r>
        <w:t xml:space="preserve">    (c) encircling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revolt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wrought</w:t>
      </w:r>
      <w:r>
        <w:rPr>
          <w:b/>
          <w:bCs/>
        </w:rPr>
        <w:t xml:space="preserve"> </w:t>
      </w:r>
      <w:r>
        <w:rPr>
          <w:b/>
          <w:bCs/>
        </w:rPr>
        <w:t xml:space="preserve">havoc through the region.</w:t>
      </w:r>
      <w:r>
        <w:br/>
      </w:r>
      <w:r>
        <w:t xml:space="preserve">    (a) complicated</w:t>
      </w:r>
      <w:r>
        <w:br/>
      </w:r>
      <w:r>
        <w:t xml:space="preserve">    (b) caused</w:t>
      </w:r>
      <w:r>
        <w:br/>
      </w:r>
      <w:r>
        <w:t xml:space="preserve">    (c) ended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2026-07-31T15:53:57Z</dcterms:created>
  <dcterms:modified xsi:type="dcterms:W3CDTF">2026-07-31T15:53:57Z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