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1bd545b8ec424965b8f12ed469d933c5a4b12e"/>
    <w:p>
      <w:pPr>
        <w:pStyle w:val="Heading1"/>
      </w:pPr>
      <w:r>
        <w:rPr>
          <w:b/>
          <w:bCs/>
        </w:rPr>
        <w:t xml:space="preserve">The Prince and The Pauper</w:t>
      </w:r>
      <w:r>
        <w:br/>
      </w:r>
      <w:r>
        <w:rPr>
          <w:i/>
          <w:iCs/>
        </w:rPr>
        <w:t xml:space="preserve">Mark Twain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proud to have my picture hung in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august</w:t>
      </w:r>
      <w:r>
        <w:rPr>
          <w:b/>
          <w:bCs/>
        </w:rPr>
        <w:t xml:space="preserve"> </w:t>
      </w:r>
      <w:r>
        <w:rPr>
          <w:b/>
          <w:bCs/>
        </w:rPr>
        <w:t xml:space="preserve">hall of this university.</w:t>
      </w:r>
      <w:r>
        <w:br/>
      </w:r>
      <w:r>
        <w:t xml:space="preserve">    (a) expensive</w:t>
      </w:r>
      <w:r>
        <w:br/>
      </w:r>
      <w:r>
        <w:t xml:space="preserve">    (b) hidden away</w:t>
      </w:r>
      <w:r>
        <w:br/>
      </w:r>
      <w:r>
        <w:t xml:space="preserve">    (c) greatly admired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wined, dined,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beguiled</w:t>
      </w:r>
      <w:r>
        <w:rPr>
          <w:b/>
          <w:bCs/>
        </w:rPr>
        <w:t xml:space="preserve"> </w:t>
      </w:r>
      <w:r>
        <w:rPr>
          <w:b/>
          <w:bCs/>
        </w:rPr>
        <w:t xml:space="preserve">into signing the contract.</w:t>
      </w:r>
      <w:r>
        <w:br/>
      </w:r>
      <w:r>
        <w:t xml:space="preserve">    (a) forced</w:t>
      </w:r>
      <w:r>
        <w:br/>
      </w:r>
      <w:r>
        <w:t xml:space="preserve">    (b) tricked</w:t>
      </w:r>
      <w:r>
        <w:br/>
      </w:r>
      <w:r>
        <w:t xml:space="preserve">    (c) encouraged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burned in effigy</w:t>
      </w:r>
      <w:r>
        <w:rPr>
          <w:b/>
          <w:bCs/>
        </w:rPr>
        <w:t xml:space="preserve"> </w:t>
      </w:r>
      <w:r>
        <w:rPr>
          <w:b/>
          <w:bCs/>
        </w:rPr>
        <w:t xml:space="preserve">by the mob.</w:t>
      </w:r>
      <w:r>
        <w:br/>
      </w:r>
      <w:r>
        <w:t xml:space="preserve">    (a) a likeness that represented him was burned</w:t>
      </w:r>
      <w:r>
        <w:br/>
      </w:r>
      <w:r>
        <w:t xml:space="preserve">    (b) burned with tar and feathered</w:t>
      </w:r>
      <w:r>
        <w:br/>
      </w:r>
      <w:r>
        <w:t xml:space="preserve">    (c) burned in a bath of hot water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carousing</w:t>
      </w:r>
      <w:r>
        <w:rPr>
          <w:b/>
          <w:bCs/>
        </w:rPr>
        <w:t xml:space="preserve"> </w:t>
      </w:r>
      <w:r>
        <w:rPr>
          <w:b/>
          <w:bCs/>
        </w:rPr>
        <w:t xml:space="preserve">last night.</w:t>
      </w:r>
      <w:r>
        <w:br/>
      </w:r>
      <w:r>
        <w:t xml:space="preserve">    (a) partying loudly</w:t>
      </w:r>
      <w:r>
        <w:br/>
      </w:r>
      <w:r>
        <w:t xml:space="preserve">    (b) eating dinner</w:t>
      </w:r>
      <w:r>
        <w:br/>
      </w:r>
      <w:r>
        <w:t xml:space="preserve">    (c) working 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clergy</w:t>
      </w:r>
      <w:r>
        <w:rPr>
          <w:b/>
          <w:bCs/>
        </w:rPr>
        <w:t xml:space="preserve"> </w:t>
      </w:r>
      <w:r>
        <w:rPr>
          <w:b/>
          <w:bCs/>
        </w:rPr>
        <w:t xml:space="preserve">met with community leaders after the storm.</w:t>
      </w:r>
      <w:r>
        <w:br/>
      </w:r>
      <w:r>
        <w:t xml:space="preserve">    (a) religious leaders</w:t>
      </w:r>
      <w:r>
        <w:br/>
      </w:r>
      <w:r>
        <w:t xml:space="preserve">    (b) wealthy donors</w:t>
      </w:r>
      <w:r>
        <w:br/>
      </w:r>
      <w:r>
        <w:t xml:space="preserve">    (c) elected officials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professor greeted each student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cordially</w:t>
      </w:r>
      <w:r>
        <w:rPr>
          <w:b/>
          <w:bCs/>
        </w:rPr>
        <w:t xml:space="preserve"> </w:t>
      </w:r>
      <w:r>
        <w:rPr>
          <w:b/>
          <w:bCs/>
        </w:rPr>
        <w:t xml:space="preserve">as they entered.</w:t>
      </w:r>
      <w:r>
        <w:br/>
      </w:r>
      <w:r>
        <w:t xml:space="preserve">    (a) in a clumsy manner</w:t>
      </w:r>
      <w:r>
        <w:br/>
      </w:r>
      <w:r>
        <w:t xml:space="preserve">    (b) in a friendly manner</w:t>
      </w:r>
      <w:r>
        <w:br/>
      </w:r>
      <w:r>
        <w:t xml:space="preserve">    (c) in a hurried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illustrious</w:t>
      </w:r>
      <w:r>
        <w:rPr>
          <w:b/>
          <w:bCs/>
        </w:rPr>
        <w:t xml:space="preserve"> </w:t>
      </w:r>
      <w:r>
        <w:rPr>
          <w:b/>
          <w:bCs/>
        </w:rPr>
        <w:t xml:space="preserve">scientist received another prestigious award for her research.</w:t>
      </w:r>
      <w:r>
        <w:br/>
      </w:r>
      <w:r>
        <w:t xml:space="preserve">    (a) controversial but rich</w:t>
      </w:r>
      <w:r>
        <w:br/>
      </w:r>
      <w:r>
        <w:t xml:space="preserve">    (b) unknown and ordinary</w:t>
      </w:r>
      <w:r>
        <w:br/>
      </w:r>
      <w:r>
        <w:t xml:space="preserve">    (c) famous and admired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inserted</w:t>
      </w:r>
      <w:r>
        <w:br/>
      </w:r>
      <w:r>
        <w:t xml:space="preserve">    (b) been seen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quickly caught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miscreant</w:t>
      </w:r>
      <w:r>
        <w:rPr>
          <w:b/>
          <w:bCs/>
        </w:rPr>
        <w:t xml:space="preserve"> </w:t>
      </w:r>
      <w:r>
        <w:rPr>
          <w:b/>
          <w:bCs/>
        </w:rPr>
        <w:t xml:space="preserve">who had been spray-painting public buildings.</w:t>
      </w:r>
      <w:r>
        <w:br/>
      </w:r>
      <w:r>
        <w:t xml:space="preserve">    (a) something made of the brownish metal with the same name -- such as a sculpture or a third place medal</w:t>
      </w:r>
      <w:r>
        <w:br/>
      </w:r>
      <w:r>
        <w:t xml:space="preserve">    (b) wrongdoer</w:t>
      </w:r>
      <w:r>
        <w:br/>
      </w:r>
      <w:r>
        <w:t xml:space="preserve">    (c) something (typically a statement) that disagrees with itself; or (more rarely) the act of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dismissed his taste in movies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plebeian</w:t>
      </w:r>
      <w:r>
        <w:rPr>
          <w:b/>
          <w:bCs/>
        </w:rPr>
        <w:t xml:space="preserve">, preferring obscure foreign films.</w:t>
      </w:r>
      <w:r>
        <w:br/>
      </w:r>
      <w:r>
        <w:t xml:space="preserve">    (a) secretive or mysterious</w:t>
      </w:r>
      <w:r>
        <w:br/>
      </w:r>
      <w:r>
        <w:t xml:space="preserve">    (b) ordinary or unsophisticated</w:t>
      </w:r>
      <w:r>
        <w:br/>
      </w:r>
      <w:r>
        <w:t xml:space="preserve">    (c) wealthy or powerful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grew up in a world of stillbirths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privation</w:t>
      </w:r>
      <w:r>
        <w:rPr>
          <w:b/>
          <w:bCs/>
        </w:rPr>
        <w:t xml:space="preserve">.</w:t>
      </w:r>
      <w:r>
        <w:br/>
      </w:r>
      <w:r>
        <w:t xml:space="preserve">    (a) a stone coffin (usually bearing sculpture or inscriptions)</w:t>
      </w:r>
      <w:r>
        <w:br/>
      </w:r>
      <w:r>
        <w:t xml:space="preserve">    (b) rules of conduct said to be universally desired by all peoples</w:t>
      </w:r>
      <w:r>
        <w:br/>
      </w:r>
      <w:r>
        <w:t xml:space="preserve">    (c) lack of basic things needed to live in a satisfactory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election results were a clear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repudiation</w:t>
      </w:r>
      <w:r>
        <w:rPr>
          <w:b/>
          <w:bCs/>
        </w:rPr>
        <w:t xml:space="preserve"> </w:t>
      </w:r>
      <w:r>
        <w:rPr>
          <w:b/>
          <w:bCs/>
        </w:rPr>
        <w:t xml:space="preserve">of the incumbent’s policies.</w:t>
      </w:r>
      <w:r>
        <w:br/>
      </w:r>
      <w:r>
        <w:t xml:space="preserve">    (a) rejection</w:t>
      </w:r>
      <w:r>
        <w:br/>
      </w:r>
      <w:r>
        <w:t xml:space="preserve">    (b) approval</w:t>
      </w:r>
      <w:r>
        <w:br/>
      </w:r>
      <w:r>
        <w:t xml:space="preserve">    (c)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bird is called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Resplendent</w:t>
      </w:r>
      <w:r>
        <w:rPr>
          <w:b/>
          <w:bCs/>
        </w:rPr>
        <w:t xml:space="preserve"> </w:t>
      </w:r>
      <w:r>
        <w:rPr>
          <w:b/>
          <w:bCs/>
        </w:rPr>
        <w:t xml:space="preserve">Quetzal because of its beautiful, shimmering colors.</w:t>
      </w:r>
      <w:r>
        <w:br/>
      </w:r>
      <w:r>
        <w:t xml:space="preserve">    (a) magnificent</w:t>
      </w:r>
      <w:r>
        <w:br/>
      </w:r>
      <w:r>
        <w:t xml:space="preserve">    (b) shimmering</w:t>
      </w:r>
      <w:r>
        <w:br/>
      </w:r>
      <w:r>
        <w:t xml:space="preserve">    (c) colorful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spurned</w:t>
      </w:r>
      <w:r>
        <w:rPr>
          <w:b/>
          <w:bCs/>
        </w:rPr>
        <w:t xml:space="preserve"> </w:t>
      </w:r>
      <w:r>
        <w:rPr>
          <w:b/>
          <w:bCs/>
        </w:rPr>
        <w:t xml:space="preserve">both major parties in the last election.</w:t>
      </w:r>
      <w:r>
        <w:br/>
      </w:r>
      <w:r>
        <w:t xml:space="preserve">    (a) rejected</w:t>
      </w:r>
      <w:r>
        <w:br/>
      </w:r>
      <w:r>
        <w:t xml:space="preserve">    (b) joined</w:t>
      </w:r>
      <w:r>
        <w:br/>
      </w:r>
      <w:r>
        <w:t xml:space="preserve">    (c) founded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refugees lived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squalid</w:t>
      </w:r>
      <w:r>
        <w:rPr>
          <w:b/>
          <w:bCs/>
        </w:rPr>
        <w:t xml:space="preserve"> </w:t>
      </w:r>
      <w:r>
        <w:rPr>
          <w:b/>
          <w:bCs/>
        </w:rPr>
        <w:t xml:space="preserve">conditions with no clean water or proper shelter.</w:t>
      </w:r>
      <w:r>
        <w:br/>
      </w:r>
      <w:r>
        <w:t xml:space="preserve">    (a) loud and crowded</w:t>
      </w:r>
      <w:r>
        <w:br/>
      </w:r>
      <w:r>
        <w:t xml:space="preserve">    (b) clean and pleasant</w:t>
      </w:r>
      <w:r>
        <w:br/>
      </w:r>
      <w:r>
        <w:t xml:space="preserve">    (c) filthy and unpleasant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magician's final trick seemed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stupefy</w:t>
      </w:r>
      <w:r>
        <w:rPr>
          <w:b/>
          <w:bCs/>
        </w:rPr>
        <w:t xml:space="preserve"> </w:t>
      </w:r>
      <w:r>
        <w:rPr>
          <w:b/>
          <w:bCs/>
        </w:rPr>
        <w:t xml:space="preserve">everyone in the audience.</w:t>
      </w:r>
      <w:r>
        <w:br/>
      </w:r>
      <w:r>
        <w:t xml:space="preserve">    (a) bore and annoy</w:t>
      </w:r>
      <w:r>
        <w:br/>
      </w:r>
      <w:r>
        <w:t xml:space="preserve">    (b) amaze and daze</w:t>
      </w:r>
      <w:r>
        <w:br/>
      </w:r>
      <w:r>
        <w:t xml:space="preserve">    (c) warn and alert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suffers the despair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unrequited</w:t>
      </w:r>
      <w:r>
        <w:rPr>
          <w:b/>
          <w:bCs/>
        </w:rPr>
        <w:t xml:space="preserve"> </w:t>
      </w:r>
      <w:r>
        <w:rPr>
          <w:b/>
          <w:bCs/>
        </w:rPr>
        <w:t xml:space="preserve">love.</w:t>
      </w:r>
      <w:r>
        <w:br/>
      </w:r>
      <w:r>
        <w:t xml:space="preserve">    (a) beyond normal limits</w:t>
      </w:r>
      <w:r>
        <w:br/>
      </w:r>
      <w:r>
        <w:t xml:space="preserve">    (b) loss (through death)</w:t>
      </w:r>
      <w:r>
        <w:br/>
      </w:r>
      <w:r>
        <w:t xml:space="preserve">    (c) unreturned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losing everything, he lived 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vagabond</w:t>
      </w:r>
      <w:r>
        <w:rPr>
          <w:b/>
          <w:bCs/>
        </w:rPr>
        <w:t xml:space="preserve"> </w:t>
      </w:r>
      <w:r>
        <w:rPr>
          <w:b/>
          <w:bCs/>
        </w:rPr>
        <w:t xml:space="preserve">for nearly five years.</w:t>
      </w:r>
      <w:r>
        <w:br/>
      </w:r>
      <w:r>
        <w:t xml:space="preserve">    (a) wandering drifter</w:t>
      </w:r>
      <w:r>
        <w:br/>
      </w:r>
      <w:r>
        <w:t xml:space="preserve">    (b) wealthy landowner</w:t>
      </w:r>
      <w:r>
        <w:br/>
      </w:r>
      <w:r>
        <w:t xml:space="preserve">    (c) settled farmer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Police used to be allowed to use their discretion in deciding whether to arrest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vagrant</w:t>
      </w:r>
      <w:r>
        <w:rPr>
          <w:b/>
          <w:bCs/>
        </w:rPr>
        <w:t xml:space="preserve">.</w:t>
      </w:r>
      <w:r>
        <w:br/>
      </w:r>
      <w:r>
        <w:t xml:space="preserve">    (a) person who used recreational drugs</w:t>
      </w:r>
      <w:r>
        <w:br/>
      </w:r>
      <w:r>
        <w:t xml:space="preserve">    (b) impoverished person without a home or job</w:t>
      </w:r>
      <w:r>
        <w:br/>
      </w:r>
      <w:r>
        <w:t xml:space="preserve">    (c) someone who is visiting from out-of-town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first chapter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whets</w:t>
      </w:r>
      <w:r>
        <w:rPr>
          <w:b/>
          <w:bCs/>
        </w:rPr>
        <w:t xml:space="preserve"> </w:t>
      </w:r>
      <w:r>
        <w:rPr>
          <w:b/>
          <w:bCs/>
        </w:rPr>
        <w:t xml:space="preserve">the reader's curiosity about the mystery.</w:t>
      </w:r>
      <w:r>
        <w:br/>
      </w:r>
      <w:r>
        <w:t xml:space="preserve">    (a) diminishes</w:t>
      </w:r>
      <w:r>
        <w:br/>
      </w:r>
      <w:r>
        <w:t xml:space="preserve">    (b) stimulates</w:t>
      </w:r>
      <w:r>
        <w:br/>
      </w:r>
      <w:r>
        <w:t xml:space="preserve">    (c) confuses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2026-07-31T15:53:57Z</dcterms:created>
  <dcterms:modified xsi:type="dcterms:W3CDTF">2026-07-31T15:53:57Z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