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36e45757bc83b1702e3c9985f152f7c4f0b3bd"/>
    <w:p>
      <w:pPr>
        <w:pStyle w:val="Heading1"/>
      </w:pPr>
      <w:r>
        <w:rPr>
          <w:b/>
          <w:bCs/>
        </w:rPr>
        <w:t xml:space="preserve">The Prince and The Pauper</w:t>
      </w:r>
      <w:r>
        <w:br/>
      </w:r>
      <w:r>
        <w:rPr>
          <w:i/>
          <w:iCs/>
        </w:rPr>
        <w:t xml:space="preserve">Mark Twain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prince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 </w:t>
      </w:r>
      <w:r>
        <w:rPr>
          <w:b/>
          <w:bCs/>
        </w:rPr>
        <w:t xml:space="preserve">the nearest boy with his foot, and said fiercely— "Take thou that, till the morrow come and I build thee a gibbet!"</w:t>
      </w:r>
      <w:r>
        <w:br/>
      </w:r>
      <w:r>
        <w:t xml:space="preserve">    (a) rejected as not good enough</w:t>
      </w:r>
      <w:r>
        <w:br/>
      </w:r>
      <w:r>
        <w:t xml:space="preserve">    (b) not wanting to do something</w:t>
      </w:r>
      <w:r>
        <w:br/>
      </w:r>
      <w:r>
        <w:t xml:space="preserve">    (c) not having gotten closer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followed such a thing as England had never seen before—the sacred person of the heir to the throne rudely buffeted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plebeian</w:t>
      </w:r>
      <w:r>
        <w:rPr>
          <w:b/>
          <w:bCs/>
        </w:rPr>
        <w:t xml:space="preserve"> </w:t>
      </w:r>
      <w:r>
        <w:rPr>
          <w:b/>
          <w:bCs/>
        </w:rPr>
        <w:t xml:space="preserve">hands, and set upon and torn by dogs.</w:t>
      </w:r>
      <w:r>
        <w:br/>
      </w:r>
      <w:r>
        <w:t xml:space="preserve">    (a) related to the branch of medicine that deals with the diseases of women -- especially those of the reproductive organs</w:t>
      </w:r>
      <w:r>
        <w:br/>
      </w:r>
      <w:r>
        <w:t xml:space="preserve">    (b) of or belonging to common people -- often implying a lack of refinement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an ordinary citizen of ancient Rome</w:t>
      </w:r>
      <w:r>
        <w:br/>
      </w:r>
      <w:r>
        <w:t xml:space="preserve">    (c) the quality of being characterized by fantastic imagery, or combinations of things and events that don't go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houseless prince, the homeless heir to the throne of England, still moved on, drifting deeper into the maze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squalid</w:t>
      </w:r>
      <w:r>
        <w:rPr>
          <w:b/>
          <w:bCs/>
        </w:rPr>
        <w:t xml:space="preserve"> </w:t>
      </w:r>
      <w:r>
        <w:rPr>
          <w:b/>
          <w:bCs/>
        </w:rPr>
        <w:t xml:space="preserve">alleys where the swarming hives of poverty and misery were massed together.</w:t>
      </w:r>
      <w:r>
        <w:br/>
      </w:r>
      <w:r>
        <w:t xml:space="preserve">    (a) the state or degree of being greater than zero</w:t>
      </w:r>
      <w:r>
        <w:br/>
      </w:r>
      <w:r>
        <w:t xml:space="preserve">    (b) with the involvement of other people or things</w:t>
      </w:r>
      <w:r>
        <w:br/>
      </w:r>
      <w:r>
        <w:t xml:space="preserve">    (c) dirty and unpleasant; or (more rarely) immoral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Tom dropped upon his knees with a glad cry— "God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requite</w:t>
      </w:r>
      <w:r>
        <w:rPr>
          <w:b/>
          <w:bCs/>
        </w:rPr>
        <w:t xml:space="preserve"> </w:t>
      </w:r>
      <w:r>
        <w:rPr>
          <w:b/>
          <w:bCs/>
        </w:rPr>
        <w:t xml:space="preserve">thy mercy, O my King, and save thee long to bless thy land!"</w:t>
      </w:r>
      <w:r>
        <w:br/>
      </w:r>
      <w:r>
        <w:t xml:space="preserve">    (a) think carefully</w:t>
      </w:r>
      <w:r>
        <w:br/>
      </w:r>
      <w:r>
        <w:t xml:space="preserve">    (b) repay or return</w:t>
      </w:r>
      <w:r>
        <w:br/>
      </w:r>
      <w:r>
        <w:t xml:space="preserve">    (c) strongly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Pleasure him with sports,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</w:t>
      </w:r>
      <w:r>
        <w:rPr>
          <w:b/>
          <w:bCs/>
        </w:rPr>
        <w:t xml:space="preserve"> </w:t>
      </w:r>
      <w:r>
        <w:rPr>
          <w:b/>
          <w:bCs/>
        </w:rPr>
        <w:t xml:space="preserve">him in wholesome ways, so that his health come again.</w:t>
      </w:r>
      <w:r>
        <w:br/>
      </w:r>
      <w:r>
        <w:t xml:space="preserve">    (a) give authority, power, knowledge, or confidence to someone so they can do something</w:t>
      </w:r>
      <w:r>
        <w:br/>
      </w:r>
      <w:r>
        <w:t xml:space="preserve">    (b) to think of something as true or likely, even though it is not known with certainty</w:t>
      </w:r>
      <w:r>
        <w:br/>
      </w:r>
      <w:r>
        <w:t xml:space="preserve">    (c) to charm, enchant, or entertain someone; or to deceive -- especially through charm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illustrious</w:t>
      </w:r>
      <w:r>
        <w:rPr>
          <w:b/>
          <w:bCs/>
        </w:rPr>
        <w:t xml:space="preserve"> </w:t>
      </w:r>
      <w:r>
        <w:rPr>
          <w:b/>
          <w:bCs/>
        </w:rPr>
        <w:t xml:space="preserve">maidens were gone, Tom turned wearily to his keepers and said— "May it please your lordships to grant me leave to go into some corner and rest me?"</w:t>
      </w:r>
      <w:r>
        <w:br/>
      </w:r>
      <w:r>
        <w:t xml:space="preserve">    (a) the state or degree of being bad or harmful</w:t>
      </w:r>
      <w:r>
        <w:br/>
      </w:r>
      <w:r>
        <w:t xml:space="preserve">    (b) famous and admired; or worthy of admiration</w:t>
      </w:r>
      <w:r>
        <w:br/>
      </w:r>
      <w:r>
        <w:t xml:space="preserve">    (c) able to be taken up or received into heaven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sounding blow upon the Prince's shoulder from Canty's broad palm sent him staggering into goodwife Canty's arms, who clasped him to her breast, and sheltered him from a pelting rain of cuffs and slaps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interposing</w:t>
      </w:r>
      <w:r>
        <w:rPr>
          <w:b/>
          <w:bCs/>
        </w:rPr>
        <w:t xml:space="preserve"> </w:t>
      </w:r>
      <w:r>
        <w:rPr>
          <w:b/>
          <w:bCs/>
        </w:rPr>
        <w:t xml:space="preserve">her own person.</w:t>
      </w:r>
      <w:r>
        <w:br/>
      </w:r>
      <w:r>
        <w:t xml:space="preserve">    (a) (verb) creating, starting, or setting in a place  OR  (adjective) existing</w:t>
      </w:r>
      <w:r>
        <w:br/>
      </w:r>
      <w:r>
        <w:t xml:space="preserve">    (b) to gradually take something like control, property, or rights from another</w:t>
      </w:r>
      <w:r>
        <w:br/>
      </w:r>
      <w:r>
        <w:t xml:space="preserve">    (c) to insert between other elements; or to interrupt or stop action by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Poor Tom's dazed eyes wandered abroad over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stupefying</w:t>
      </w:r>
      <w:r>
        <w:rPr>
          <w:b/>
          <w:bCs/>
        </w:rPr>
        <w:t xml:space="preserve"> </w:t>
      </w:r>
      <w:r>
        <w:rPr>
          <w:b/>
          <w:bCs/>
        </w:rPr>
        <w:t xml:space="preserve">spectacle, and finally rested dreamily upon the kneeling princesses beside him, a moment, then upon the Earl of Hertford.</w:t>
      </w:r>
      <w:r>
        <w:br/>
      </w:r>
      <w:r>
        <w:t xml:space="preserve">    (a) controlling in advance (how something will turn out)</w:t>
      </w:r>
      <w:r>
        <w:br/>
      </w:r>
      <w:r>
        <w:t xml:space="preserve">    (b) holding together (connecting or uniting) or wrapping</w:t>
      </w:r>
      <w:r>
        <w:br/>
      </w:r>
      <w:r>
        <w:t xml:space="preserve">    (c) making one unable to think; or completely surprising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fought out my long probation in the continental wars, tasting sumptuously of hard knocks,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privation</w:t>
      </w:r>
      <w:r>
        <w:rPr>
          <w:b/>
          <w:bCs/>
        </w:rPr>
        <w:t xml:space="preserve">, and adventure; but in my last battle I was taken captive, and during the seven years that have waxed and waned since then, a foreign dungeon hath harboured me.</w:t>
      </w:r>
      <w:r>
        <w:br/>
      </w:r>
      <w:r>
        <w:t xml:space="preserve">    (a) the state of not being in danger of suffering from something</w:t>
      </w:r>
      <w:r>
        <w:br/>
      </w:r>
      <w:r>
        <w:t xml:space="preserve">    (b) tile designed to affect noise -- typically to decrease noise</w:t>
      </w:r>
      <w:r>
        <w:br/>
      </w:r>
      <w:r>
        <w:t xml:space="preserve">    (c) lack of basic things needed to live in a satisfactory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glad when the ceremony was ended.</w:t>
      </w:r>
      <w:r>
        <w:br/>
      </w:r>
      <w:r>
        <w:t xml:space="preserve">    (a) in a skillful way</w:t>
      </w:r>
      <w:r>
        <w:br/>
      </w:r>
      <w:r>
        <w:t xml:space="preserve">    (b) in a pleasing way</w:t>
      </w:r>
      <w:r>
        <w:br/>
      </w:r>
      <w:r>
        <w:t xml:space="preserve">    (c) in a friendly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said sharply— "Ye mannerless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vagrants</w:t>
      </w:r>
      <w:r>
        <w:rPr>
          <w:b/>
          <w:bCs/>
        </w:rPr>
        <w:t xml:space="preserve">, is this your recognition of the royal boon I have promised?"</w:t>
      </w:r>
      <w:r>
        <w:br/>
      </w:r>
      <w:r>
        <w:t xml:space="preserve">    (a) people who are poor and have no regular home or job</w:t>
      </w:r>
      <w:r>
        <w:br/>
      </w:r>
      <w:r>
        <w:t xml:space="preserve">    (b) experts in the branch of geology that studies rocks</w:t>
      </w:r>
      <w:r>
        <w:br/>
      </w:r>
      <w:r>
        <w:t xml:space="preserve">    (c) people who expose wrongdoing within an organization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troop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vagabonds</w:t>
      </w:r>
      <w:r>
        <w:rPr>
          <w:b/>
          <w:bCs/>
        </w:rPr>
        <w:t xml:space="preserve"> </w:t>
      </w:r>
      <w:r>
        <w:rPr>
          <w:b/>
          <w:bCs/>
        </w:rPr>
        <w:t xml:space="preserve">turned out at early dawn, and set forward on their march.</w:t>
      </w:r>
      <w:r>
        <w:br/>
      </w:r>
      <w:r>
        <w:t xml:space="preserve">    (a) a person who wanders from town to town with no fixed home or job</w:t>
      </w:r>
      <w:r>
        <w:br/>
      </w:r>
      <w:r>
        <w:t xml:space="preserve">    (b) shows fear by positioning the body as though afraid of being hit</w:t>
      </w:r>
      <w:r>
        <w:br/>
      </w:r>
      <w:r>
        <w:t xml:space="preserve">    (c) degrades (decreases) the purity, quality, or status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he crept to his place by the fire, sat himself down, and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whet</w:t>
      </w:r>
      <w:r>
        <w:rPr>
          <w:b/>
          <w:bCs/>
        </w:rPr>
        <w:t xml:space="preserve"> </w:t>
      </w:r>
      <w:r>
        <w:rPr>
          <w:b/>
          <w:bCs/>
        </w:rPr>
        <w:t xml:space="preserve">the knife softly on the stone, still muttering, mumbling, ejaculating.</w:t>
      </w:r>
      <w:r>
        <w:br/>
      </w:r>
      <w:r>
        <w:t xml:space="preserve">    (a) surgically interrupt nerve tracts to and from the frontal lobe of the brain</w:t>
      </w:r>
      <w:r>
        <w:br/>
      </w:r>
      <w:r>
        <w:t xml:space="preserve">    (b) to increase a sense or desire</w:t>
      </w:r>
      <w:r>
        <w:br/>
      </w:r>
      <w:r>
        <w:br/>
      </w:r>
      <w:r>
        <w:t xml:space="preserve">or: to sharpen a knife or other cutting edge</w:t>
      </w:r>
      <w:r>
        <w:br/>
      </w:r>
      <w:r>
        <w:t xml:space="preserve">    (c) get the opinions (of people) by asking specific questions; or solicit votes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 bribe the jailer had furnished liquor to some of the prisoners; singing of ribald songs, fighting, shouting,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carousing</w:t>
      </w:r>
      <w:r>
        <w:rPr>
          <w:b/>
          <w:bCs/>
        </w:rPr>
        <w:t xml:space="preserve"> </w:t>
      </w:r>
      <w:r>
        <w:rPr>
          <w:b/>
          <w:bCs/>
        </w:rPr>
        <w:t xml:space="preserve">was the natural consequence.</w:t>
      </w:r>
      <w:r>
        <w:br/>
      </w:r>
      <w:r>
        <w:t xml:space="preserve">    (a) connected or fitting together by being equivalent, proportionate, or matched</w:t>
      </w:r>
      <w:r>
        <w:br/>
      </w:r>
      <w:r>
        <w:t xml:space="preserve">    (b) having fun with others in a noisy manner -- typically while drinking alcohol</w:t>
      </w:r>
      <w:r>
        <w:br/>
      </w:r>
      <w:r>
        <w:t xml:space="preserve">    (c) drying out by heat or excessive exposure to sunlight; or making very thirsty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men whose faces Hendon remembered more or less distinctly, came, by day, to gaze at the 'impostor'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repudiate</w:t>
      </w:r>
      <w:r>
        <w:rPr>
          <w:b/>
          <w:bCs/>
        </w:rPr>
        <w:t xml:space="preserve"> </w:t>
      </w:r>
      <w:r>
        <w:rPr>
          <w:b/>
          <w:bCs/>
        </w:rPr>
        <w:t xml:space="preserve">and insult him;</w:t>
      </w:r>
      <w:r>
        <w:br/>
      </w:r>
      <w:r>
        <w:t xml:space="preserve">    (a) strongly reject</w:t>
      </w:r>
      <w:r>
        <w:br/>
      </w:r>
      <w:r>
        <w:t xml:space="preserve">    (b) help make clear</w:t>
      </w:r>
      <w:r>
        <w:br/>
      </w:r>
      <w:r>
        <w:t xml:space="preserve">    (c) work or operate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let these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miscreants</w:t>
      </w:r>
      <w:r>
        <w:rPr>
          <w:b/>
          <w:bCs/>
        </w:rPr>
        <w:t xml:space="preserve"> </w:t>
      </w:r>
      <w:r>
        <w:rPr>
          <w:b/>
          <w:bCs/>
        </w:rPr>
        <w:t xml:space="preserve">look well to themselves, for there is a day coming when I will require of them a heavy reckoning for this work.</w:t>
      </w:r>
      <w:r>
        <w:br/>
      </w:r>
      <w:r>
        <w:t xml:space="preserve">    (a) a person who behaves badly or breaks rules -- especially someone who commits crimes or acts immorally</w:t>
      </w:r>
      <w:r>
        <w:br/>
      </w:r>
      <w:r>
        <w:t xml:space="preserve">    (b) soccer players who play in the middle third of the field and who assist with both defense and offense</w:t>
      </w:r>
      <w:r>
        <w:br/>
      </w:r>
      <w:r>
        <w:t xml:space="preserve">    (c) aka natural rights -- rights that are naturally due because of human nature and the natural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, issuing from a red and white rose,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effigy</w:t>
      </w:r>
      <w:r>
        <w:rPr>
          <w:b/>
          <w:bCs/>
        </w:rPr>
        <w:t xml:space="preserve"> </w:t>
      </w:r>
      <w:r>
        <w:rPr>
          <w:b/>
          <w:bCs/>
        </w:rPr>
        <w:t xml:space="preserve">of the new King's mother, Jane Seymour, represented by his side.</w:t>
      </w:r>
      <w:r>
        <w:br/>
      </w:r>
      <w:r>
        <w:t xml:space="preserve">    (a) a model or other representation</w:t>
      </w:r>
      <w:r>
        <w:br/>
      </w:r>
      <w:r>
        <w:t xml:space="preserve">    (b) a firm decision to do something</w:t>
      </w:r>
      <w:r>
        <w:br/>
      </w:r>
      <w:r>
        <w:t xml:space="preserve">    (c) measure of general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time, quiet reigns again; for the peeresses are all come and are all in their places, a solid acre or such a matter, of human flowers,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resplendent</w:t>
      </w:r>
      <w:r>
        <w:rPr>
          <w:b/>
          <w:bCs/>
        </w:rPr>
        <w:t xml:space="preserve"> </w:t>
      </w:r>
      <w:r>
        <w:rPr>
          <w:b/>
          <w:bCs/>
        </w:rPr>
        <w:t xml:space="preserve">in variegated colours, and frosted like a Milky Way with diamonds.</w:t>
      </w:r>
      <w:r>
        <w:br/>
      </w:r>
      <w:r>
        <w:t xml:space="preserve">    (a) exactness or accuracy</w:t>
      </w:r>
      <w:r>
        <w:br/>
      </w:r>
      <w:r>
        <w:t xml:space="preserve">    (b) able to be translated</w:t>
      </w:r>
      <w:r>
        <w:br/>
      </w:r>
      <w:r>
        <w:t xml:space="preserve">    (c) beautiful or splendid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if a doubt remained in any mind that Tom Canty was not the King of England and familiar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august</w:t>
      </w:r>
      <w:r>
        <w:rPr>
          <w:b/>
          <w:bCs/>
        </w:rPr>
        <w:t xml:space="preserve"> </w:t>
      </w:r>
      <w:r>
        <w:rPr>
          <w:b/>
          <w:bCs/>
        </w:rPr>
        <w:t xml:space="preserve">appurtenances of royalty, this reply disposed of it utterly.</w:t>
      </w:r>
      <w:r>
        <w:br/>
      </w:r>
      <w:r>
        <w:t xml:space="preserve">    (a) relating to a surface rather than to anything deep or penetrating</w:t>
      </w:r>
      <w:r>
        <w:br/>
      </w:r>
      <w:r>
        <w:t xml:space="preserve">    (b) greatly admired</w:t>
      </w:r>
      <w:r>
        <w:br/>
      </w:r>
      <w:r>
        <w:t xml:space="preserve">    (c) related to the spreading of a disease to another part of the body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From many descriptions of larceny the law expressly took away the benefit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clergy</w:t>
      </w:r>
      <w:r>
        <w:rPr>
          <w:b/>
          <w:bCs/>
        </w:rPr>
        <w:t xml:space="preserve">: to steal a horse, or a HAWK, or woollen cloth from the weaver, was a hanging matter.</w:t>
      </w:r>
      <w:r>
        <w:br/>
      </w:r>
      <w:r>
        <w:t xml:space="preserve">    (a) formal religious leaders (typically in Christianity)</w:t>
      </w:r>
      <w:r>
        <w:br/>
      </w:r>
      <w:r>
        <w:t xml:space="preserve">    (b) the position of being in charge of a group of monks</w:t>
      </w:r>
      <w:r>
        <w:br/>
      </w:r>
      <w:r>
        <w:t xml:space="preserve">    (c) with disapproval or distrust; or directed to one side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2026-07-31T15:53:58Z</dcterms:created>
  <dcterms:modified xsi:type="dcterms:W3CDTF">2026-07-31T15:53:58Z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