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65a20aa3e371762b0e387d7d0585bb9fa739843"/>
    <w:p>
      <w:pPr>
        <w:pStyle w:val="Heading1"/>
      </w:pPr>
      <w:r>
        <w:rPr>
          <w:b/>
          <w:bCs/>
        </w:rPr>
        <w:t xml:space="preserve">The Pregnancy Project</w:t>
      </w:r>
      <w:r>
        <w:br/>
      </w:r>
      <w:r>
        <w:rPr>
          <w:i/>
          <w:iCs/>
        </w:rPr>
        <w:t xml:space="preserve">Gaby Rodriguez</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 worked in the fields driving tractors and trucks, a job that usually went to illegal</w:t>
      </w:r>
      <w:r>
        <w:rPr>
          <w:b/>
          <w:bCs/>
        </w:rPr>
        <w:t xml:space="preserve"> </w:t>
      </w:r>
      <w:r>
        <w:rPr>
          <w:b/>
          <w:bCs/>
          <w:u w:val="single"/>
        </w:rPr>
        <w:t xml:space="preserve">immigrants</w:t>
      </w:r>
      <w:r>
        <w:rPr>
          <w:b/>
          <w:bCs/>
        </w:rPr>
        <w:t xml:space="preserve">, though he was a citizen.</w:t>
      </w:r>
      <w:r>
        <w:br/>
      </w:r>
      <w:r>
        <w:t xml:space="preserve">    (a) oxygen-carrying parts of red blood cells</w:t>
      </w:r>
      <w:r>
        <w:br/>
      </w:r>
      <w:r>
        <w:t xml:space="preserve">    (b) people who came to live in a new country</w:t>
      </w:r>
      <w:r>
        <w:br/>
      </w:r>
      <w:r>
        <w:t xml:space="preserve">    (c) acts of taking something on as one's own</w:t>
      </w:r>
    </w:p>
    <w:p>
      <w:pPr>
        <w:pStyle w:val="Compact"/>
        <w:numPr>
          <w:ilvl w:val="0"/>
          <w:numId w:val="1001"/>
        </w:numPr>
      </w:pPr>
      <w:r>
        <w:rPr>
          <w:b/>
          <w:bCs/>
        </w:rPr>
        <w:t xml:space="preserve">The most concerning part, though, was finding Jessica, who she felt would be the most</w:t>
      </w:r>
      <w:r>
        <w:rPr>
          <w:b/>
          <w:bCs/>
        </w:rPr>
        <w:t xml:space="preserve"> </w:t>
      </w:r>
      <w:r>
        <w:rPr>
          <w:b/>
          <w:bCs/>
          <w:u w:val="single"/>
        </w:rPr>
        <w:t xml:space="preserve">vulnerable</w:t>
      </w:r>
      <w:r>
        <w:rPr>
          <w:b/>
          <w:bCs/>
        </w:rPr>
        <w:t xml:space="preserve">, especially because she was separated from her siblings.</w:t>
      </w:r>
      <w:r>
        <w:br/>
      </w:r>
      <w:r>
        <w:t xml:space="preserve">    (a) easily hurt or in need of help; or easily influenced or subject to temptation</w:t>
      </w:r>
      <w:r>
        <w:br/>
      </w:r>
      <w:r>
        <w:t xml:space="preserve">    (b) having the characteristic of or relating to bouncing back light/heat/sound...</w:t>
      </w:r>
      <w:r>
        <w:br/>
      </w:r>
      <w:r>
        <w:t xml:space="preserve">    (c) suffering from too few red blood cells</w:t>
      </w:r>
      <w:r>
        <w:br/>
      </w:r>
      <w:r>
        <w:br/>
      </w:r>
      <w:r>
        <w:t xml:space="preserve">or (less commonly):  lacking vitality</w:t>
      </w:r>
    </w:p>
    <w:p>
      <w:pPr>
        <w:pStyle w:val="Compact"/>
        <w:numPr>
          <w:ilvl w:val="0"/>
          <w:numId w:val="1001"/>
        </w:numPr>
      </w:pPr>
      <w:r>
        <w:rPr>
          <w:b/>
          <w:bCs/>
        </w:rPr>
        <w:t xml:space="preserve">Just about all of my friends have parents who work</w:t>
      </w:r>
      <w:r>
        <w:rPr>
          <w:b/>
          <w:bCs/>
        </w:rPr>
        <w:t xml:space="preserve"> </w:t>
      </w:r>
      <w:r>
        <w:rPr>
          <w:b/>
          <w:bCs/>
          <w:u w:val="single"/>
        </w:rPr>
        <w:t xml:space="preserve">migrant</w:t>
      </w:r>
      <w:r>
        <w:rPr>
          <w:b/>
          <w:bCs/>
        </w:rPr>
        <w:t xml:space="preserve"> </w:t>
      </w:r>
      <w:r>
        <w:rPr>
          <w:b/>
          <w:bCs/>
        </w:rPr>
        <w:t xml:space="preserve">jobs, and that means that none of us are living much over the poverty line.</w:t>
      </w:r>
      <w:r>
        <w:br/>
      </w:r>
      <w:r>
        <w:t xml:space="preserve">    (a) somone who makes or manufactures things</w:t>
      </w:r>
      <w:r>
        <w:br/>
      </w:r>
      <w:r>
        <w:t xml:space="preserve">    (b) someone who blocks (prevents) an action</w:t>
      </w:r>
      <w:r>
        <w:br/>
      </w:r>
      <w:r>
        <w:t xml:space="preserve">    (c) one who moves from one place to another</w:t>
      </w:r>
    </w:p>
    <w:p>
      <w:pPr>
        <w:pStyle w:val="Compact"/>
        <w:numPr>
          <w:ilvl w:val="0"/>
          <w:numId w:val="1001"/>
        </w:numPr>
      </w:pPr>
      <w:r>
        <w:rPr>
          <w:b/>
          <w:bCs/>
        </w:rPr>
        <w:t xml:space="preserve">What was the difference among women who had</w:t>
      </w:r>
      <w:r>
        <w:rPr>
          <w:b/>
          <w:bCs/>
        </w:rPr>
        <w:t xml:space="preserve"> </w:t>
      </w:r>
      <w:r>
        <w:rPr>
          <w:b/>
          <w:bCs/>
          <w:u w:val="single"/>
        </w:rPr>
        <w:t xml:space="preserve">abortions</w:t>
      </w:r>
      <w:r>
        <w:rPr>
          <w:b/>
          <w:bCs/>
        </w:rPr>
        <w:t xml:space="preserve">; women who abandoned, neglected, or abused their kids; and women who waited until they were ready and loved their kids?</w:t>
      </w:r>
      <w:r>
        <w:br/>
      </w:r>
      <w:r>
        <w:t xml:space="preserve">    (a) ending of pregnancies</w:t>
      </w:r>
      <w:r>
        <w:br/>
      </w:r>
      <w:r>
        <w:t xml:space="preserve">    (b) shows or demonstrates</w:t>
      </w:r>
      <w:r>
        <w:br/>
      </w:r>
      <w:r>
        <w:t xml:space="preserve">    (c) things that stand out</w:t>
      </w:r>
    </w:p>
    <w:p>
      <w:pPr>
        <w:pStyle w:val="Compact"/>
        <w:numPr>
          <w:ilvl w:val="0"/>
          <w:numId w:val="1001"/>
        </w:numPr>
      </w:pPr>
      <w:r>
        <w:rPr>
          <w:b/>
          <w:bCs/>
        </w:rPr>
        <w:t xml:space="preserve">The</w:t>
      </w:r>
      <w:r>
        <w:rPr>
          <w:b/>
          <w:bCs/>
        </w:rPr>
        <w:t xml:space="preserve"> </w:t>
      </w:r>
      <w:r>
        <w:rPr>
          <w:b/>
          <w:bCs/>
          <w:u w:val="single"/>
        </w:rPr>
        <w:t xml:space="preserve">mentor</w:t>
      </w:r>
      <w:r>
        <w:rPr>
          <w:b/>
          <w:bCs/>
        </w:rPr>
        <w:t xml:space="preserve"> </w:t>
      </w:r>
      <w:r>
        <w:rPr>
          <w:b/>
          <w:bCs/>
        </w:rPr>
        <w:t xml:space="preserve">could not be a family member.</w:t>
      </w:r>
      <w:r>
        <w:br/>
      </w:r>
      <w:r>
        <w:t xml:space="preserve">    (a) a beam, bracket, or other structure supported only on one side; or to support something in that manner</w:t>
      </w:r>
      <w:r>
        <w:br/>
      </w:r>
      <w:r>
        <w:t xml:space="preserve">    (b) someone who guides and advises another who is less experienced</w:t>
      </w:r>
      <w:r>
        <w:br/>
      </w:r>
      <w:r>
        <w:t xml:space="preserve">    (c) to gradually destroy or change the purpose of something -- such as a government, institution, or rule</w:t>
      </w:r>
    </w:p>
    <w:p>
      <w:pPr>
        <w:pStyle w:val="Compact"/>
        <w:numPr>
          <w:ilvl w:val="0"/>
          <w:numId w:val="1001"/>
        </w:numPr>
      </w:pPr>
      <w:r>
        <w:rPr>
          <w:b/>
          <w:bCs/>
        </w:rPr>
        <w:t xml:space="preserve">Generation after generation</w:t>
      </w:r>
      <w:r>
        <w:rPr>
          <w:b/>
          <w:bCs/>
        </w:rPr>
        <w:t xml:space="preserve"> </w:t>
      </w:r>
      <w:r>
        <w:rPr>
          <w:b/>
          <w:bCs/>
          <w:u w:val="single"/>
        </w:rPr>
        <w:t xml:space="preserve">perpetuates</w:t>
      </w:r>
      <w:r>
        <w:rPr>
          <w:b/>
          <w:bCs/>
        </w:rPr>
        <w:t xml:space="preserve"> </w:t>
      </w:r>
      <w:r>
        <w:rPr>
          <w:b/>
          <w:bCs/>
        </w:rPr>
        <w:t xml:space="preserve">the bad things their families have modeled.</w:t>
      </w:r>
      <w:r>
        <w:br/>
      </w:r>
      <w:r>
        <w:t xml:space="preserve">    (a) boundaries or limits</w:t>
      </w:r>
      <w:r>
        <w:br/>
      </w:r>
      <w:r>
        <w:t xml:space="preserve">    (b) to cause to continue</w:t>
      </w:r>
      <w:r>
        <w:br/>
      </w:r>
      <w:r>
        <w:t xml:space="preserve">    (c) gains advantage from</w:t>
      </w:r>
    </w:p>
    <w:p>
      <w:pPr>
        <w:pStyle w:val="Compact"/>
        <w:numPr>
          <w:ilvl w:val="0"/>
          <w:numId w:val="1001"/>
        </w:numPr>
      </w:pPr>
      <w:r>
        <w:rPr>
          <w:b/>
          <w:bCs/>
        </w:rPr>
        <w:t xml:space="preserve">The funny thing is that I'd been in classes with Saida since freshman year; we'd even</w:t>
      </w:r>
      <w:r>
        <w:rPr>
          <w:b/>
          <w:bCs/>
        </w:rPr>
        <w:t xml:space="preserve"> </w:t>
      </w:r>
      <w:r>
        <w:rPr>
          <w:b/>
          <w:bCs/>
          <w:u w:val="single"/>
        </w:rPr>
        <w:t xml:space="preserve">critiqued</w:t>
      </w:r>
      <w:r>
        <w:rPr>
          <w:b/>
          <w:bCs/>
        </w:rPr>
        <w:t xml:space="preserve"> </w:t>
      </w:r>
      <w:r>
        <w:rPr>
          <w:b/>
          <w:bCs/>
        </w:rPr>
        <w:t xml:space="preserve">each other's writing in class.</w:t>
      </w:r>
      <w:r>
        <w:br/>
      </w:r>
      <w:r>
        <w:t xml:space="preserve">    (a) compensated for a loss; or paid a reward</w:t>
      </w:r>
      <w:r>
        <w:br/>
      </w:r>
      <w:r>
        <w:t xml:space="preserve">    (b) an examination and judgment of something</w:t>
      </w:r>
      <w:r>
        <w:br/>
      </w:r>
      <w:r>
        <w:t xml:space="preserve">    (c) not having taken power or responsibility</w:t>
      </w:r>
    </w:p>
    <w:p>
      <w:pPr>
        <w:pStyle w:val="Compact"/>
        <w:numPr>
          <w:ilvl w:val="0"/>
          <w:numId w:val="1001"/>
        </w:numPr>
      </w:pPr>
      <w:r>
        <w:rPr>
          <w:b/>
          <w:bCs/>
        </w:rPr>
        <w:t xml:space="preserve">I knew that he could have easily just flat-out refused to let me do this, because the subject and method were so</w:t>
      </w:r>
      <w:r>
        <w:rPr>
          <w:b/>
          <w:bCs/>
        </w:rPr>
        <w:t xml:space="preserve"> </w:t>
      </w:r>
      <w:r>
        <w:rPr>
          <w:b/>
          <w:bCs/>
          <w:u w:val="single"/>
        </w:rPr>
        <w:t xml:space="preserve">controversial</w:t>
      </w:r>
      <w:r>
        <w:rPr>
          <w:b/>
          <w:bCs/>
        </w:rPr>
        <w:t xml:space="preserve">.</w:t>
      </w:r>
      <w:r>
        <w:br/>
      </w:r>
      <w:r>
        <w:t xml:space="preserve">    (a) not bouncing back light/heat/sound...</w:t>
      </w:r>
      <w:r>
        <w:br/>
      </w:r>
      <w:r>
        <w:t xml:space="preserve">    (b) tending to arouse strong disagreement</w:t>
      </w:r>
      <w:r>
        <w:br/>
      </w:r>
      <w:r>
        <w:t xml:space="preserve">    (c) expressing or arousing sensual desire</w:t>
      </w:r>
    </w:p>
    <w:p>
      <w:pPr>
        <w:pStyle w:val="Compact"/>
        <w:numPr>
          <w:ilvl w:val="0"/>
          <w:numId w:val="1001"/>
        </w:numPr>
      </w:pPr>
      <w:r>
        <w:rPr>
          <w:b/>
          <w:bCs/>
        </w:rPr>
        <w:t xml:space="preserve">I can't believe she was so</w:t>
      </w:r>
      <w:r>
        <w:rPr>
          <w:b/>
          <w:bCs/>
        </w:rPr>
        <w:t xml:space="preserve"> </w:t>
      </w:r>
      <w:r>
        <w:rPr>
          <w:b/>
          <w:bCs/>
          <w:u w:val="single"/>
        </w:rPr>
        <w:t xml:space="preserve">irresponsible</w:t>
      </w:r>
      <w:r>
        <w:rPr>
          <w:b/>
          <w:bCs/>
        </w:rPr>
        <w:t xml:space="preserve">.</w:t>
      </w:r>
      <w:r>
        <w:br/>
      </w:r>
      <w:r>
        <w:t xml:space="preserve">    (a) careful or cautious</w:t>
      </w:r>
      <w:r>
        <w:br/>
      </w:r>
      <w:r>
        <w:t xml:space="preserve">    (b) thoughtful or considerate</w:t>
      </w:r>
      <w:r>
        <w:br/>
      </w:r>
      <w:r>
        <w:t xml:space="preserve">    (c) careless or reckless</w:t>
      </w:r>
    </w:p>
    <w:p>
      <w:pPr>
        <w:pStyle w:val="Compact"/>
        <w:numPr>
          <w:ilvl w:val="0"/>
          <w:numId w:val="1001"/>
        </w:numPr>
      </w:pPr>
      <w:r>
        <w:rPr>
          <w:b/>
          <w:bCs/>
        </w:rPr>
        <w:t xml:space="preserve">It was hard feeling insecure all the time, realizing that people were</w:t>
      </w:r>
      <w:r>
        <w:rPr>
          <w:b/>
          <w:bCs/>
        </w:rPr>
        <w:t xml:space="preserve"> </w:t>
      </w:r>
      <w:r>
        <w:rPr>
          <w:b/>
          <w:bCs/>
          <w:u w:val="single"/>
        </w:rPr>
        <w:t xml:space="preserve">scrutinizing</w:t>
      </w:r>
      <w:r>
        <w:rPr>
          <w:b/>
          <w:bCs/>
        </w:rPr>
        <w:t xml:space="preserve"> </w:t>
      </w:r>
      <w:r>
        <w:rPr>
          <w:b/>
          <w:bCs/>
        </w:rPr>
        <w:t xml:space="preserve">everything about me, from my looks to my behaviors.</w:t>
      </w:r>
      <w:r>
        <w:br/>
      </w:r>
      <w:r>
        <w:t xml:space="preserve">    (a) looking at very carefully</w:t>
      </w:r>
      <w:r>
        <w:br/>
      </w:r>
      <w:r>
        <w:t xml:space="preserve">    (b) mirroring back (an image)</w:t>
      </w:r>
      <w:r>
        <w:br/>
      </w:r>
      <w:r>
        <w:t xml:space="preserve">    (c) requesting or challenging</w:t>
      </w:r>
    </w:p>
    <w:p>
      <w:pPr>
        <w:pStyle w:val="Compact"/>
        <w:numPr>
          <w:ilvl w:val="0"/>
          <w:numId w:val="1001"/>
        </w:numPr>
      </w:pPr>
      <w:r>
        <w:rPr>
          <w:b/>
          <w:bCs/>
        </w:rPr>
        <w:t xml:space="preserve">Saida took it personally when people said</w:t>
      </w:r>
      <w:r>
        <w:rPr>
          <w:b/>
          <w:bCs/>
        </w:rPr>
        <w:t xml:space="preserve"> </w:t>
      </w:r>
      <w:r>
        <w:rPr>
          <w:b/>
          <w:bCs/>
          <w:u w:val="single"/>
        </w:rPr>
        <w:t xml:space="preserve">negative</w:t>
      </w:r>
      <w:r>
        <w:rPr>
          <w:b/>
          <w:bCs/>
        </w:rPr>
        <w:t xml:space="preserve"> </w:t>
      </w:r>
      <w:r>
        <w:rPr>
          <w:b/>
          <w:bCs/>
        </w:rPr>
        <w:t xml:space="preserve">things about me, and I once had to really calm her down when she wanted to go after someone who had insulted me and said I was becoming "annoying" now that I was pregnant.</w:t>
      </w:r>
      <w:r>
        <w:br/>
      </w:r>
      <w:r>
        <w:t xml:space="preserve">    (a) begin fighting</w:t>
      </w:r>
      <w:r>
        <w:br/>
      </w:r>
      <w:r>
        <w:t xml:space="preserve">    (b) bad or harmful</w:t>
      </w:r>
      <w:r>
        <w:br/>
      </w:r>
      <w:r>
        <w:t xml:space="preserve">    (c) tell (a story)</w:t>
      </w:r>
    </w:p>
    <w:p>
      <w:pPr>
        <w:pStyle w:val="Compact"/>
        <w:numPr>
          <w:ilvl w:val="0"/>
          <w:numId w:val="1001"/>
        </w:numPr>
      </w:pPr>
      <w:r>
        <w:rPr>
          <w:b/>
          <w:bCs/>
        </w:rPr>
        <w:t xml:space="preserve">For my</w:t>
      </w:r>
      <w:r>
        <w:rPr>
          <w:b/>
          <w:bCs/>
        </w:rPr>
        <w:t xml:space="preserve"> </w:t>
      </w:r>
      <w:r>
        <w:rPr>
          <w:b/>
          <w:bCs/>
          <w:u w:val="single"/>
        </w:rPr>
        <w:t xml:space="preserve">decoy</w:t>
      </w:r>
      <w:r>
        <w:rPr>
          <w:b/>
          <w:bCs/>
        </w:rPr>
        <w:t xml:space="preserve"> </w:t>
      </w:r>
      <w:r>
        <w:rPr>
          <w:b/>
          <w:bCs/>
        </w:rPr>
        <w:t xml:space="preserve">project, I wanted to job-shadow a social worker, which the Senior Boards committee approved.</w:t>
      </w:r>
      <w:r>
        <w:br/>
      </w:r>
      <w:r>
        <w:t xml:space="preserve">    (a) someone or something used for trickery -- especially to lure</w:t>
      </w:r>
      <w:r>
        <w:br/>
      </w:r>
      <w:r>
        <w:t xml:space="preserve">    (b) point to differences between; or compare to show differences</w:t>
      </w:r>
      <w:r>
        <w:br/>
      </w:r>
      <w:r>
        <w:t xml:space="preserve">    (c) provide investment funds for something -- such as a business</w:t>
      </w:r>
    </w:p>
    <w:p>
      <w:pPr>
        <w:pStyle w:val="Compact"/>
        <w:numPr>
          <w:ilvl w:val="0"/>
          <w:numId w:val="1001"/>
        </w:numPr>
      </w:pPr>
      <w:r>
        <w:rPr>
          <w:b/>
          <w:bCs/>
        </w:rPr>
        <w:t xml:space="preserve">I wanted to join my friends in the leadership group when they volunteered to help build a</w:t>
      </w:r>
      <w:r>
        <w:rPr>
          <w:b/>
          <w:bCs/>
        </w:rPr>
        <w:t xml:space="preserve"> </w:t>
      </w:r>
      <w:r>
        <w:rPr>
          <w:b/>
          <w:bCs/>
          <w:u w:val="single"/>
        </w:rPr>
        <w:t xml:space="preserve">Habitat</w:t>
      </w:r>
      <w:r>
        <w:rPr>
          <w:b/>
          <w:bCs/>
        </w:rPr>
        <w:t xml:space="preserve"> </w:t>
      </w:r>
      <w:r>
        <w:rPr>
          <w:b/>
          <w:bCs/>
        </w:rPr>
        <w:t xml:space="preserve">for Humanity house, but Mrs. Dorr told me I should wait for a more suitable project.</w:t>
      </w:r>
      <w:r>
        <w:br/>
      </w:r>
      <w:r>
        <w:t xml:space="preserve">    (a) relating to logical examination of something to better understand it</w:t>
      </w:r>
      <w:r>
        <w:br/>
      </w:r>
      <w:r>
        <w:t xml:space="preserve">    (b) lack of interest; or the process of stopping interaction or interest</w:t>
      </w:r>
      <w:r>
        <w:br/>
      </w:r>
      <w:r>
        <w:t xml:space="preserve">    (c) the type of environment in which an organism or group normally lives</w:t>
      </w:r>
    </w:p>
    <w:p>
      <w:pPr>
        <w:pStyle w:val="Compact"/>
        <w:numPr>
          <w:ilvl w:val="0"/>
          <w:numId w:val="1001"/>
        </w:numPr>
      </w:pPr>
      <w:r>
        <w:rPr>
          <w:b/>
          <w:bCs/>
        </w:rPr>
        <w:t xml:space="preserve">After several seconds, he said, "The scientist in me thinks you ran a great experiment and you had to control your</w:t>
      </w:r>
      <w:r>
        <w:rPr>
          <w:b/>
          <w:bCs/>
        </w:rPr>
        <w:t xml:space="preserve"> </w:t>
      </w:r>
      <w:r>
        <w:rPr>
          <w:b/>
          <w:bCs/>
          <w:u w:val="single"/>
        </w:rPr>
        <w:t xml:space="preserve">variables</w:t>
      </w:r>
      <w:r>
        <w:rPr>
          <w:b/>
          <w:bCs/>
        </w:rPr>
        <w:t xml:space="preserve">, but the human in me feels lied to."</w:t>
      </w:r>
      <w:r>
        <w:br/>
      </w:r>
      <w:r>
        <w:t xml:space="preserve">    (a) things that are able to change</w:t>
      </w:r>
      <w:r>
        <w:br/>
      </w:r>
      <w:r>
        <w:t xml:space="preserve">    (b) someone who disturbs or annoys</w:t>
      </w:r>
      <w:r>
        <w:br/>
      </w:r>
      <w:r>
        <w:t xml:space="preserve">    (c) calculating or judging too low</w:t>
      </w:r>
    </w:p>
    <w:p>
      <w:pPr>
        <w:pStyle w:val="Compact"/>
        <w:numPr>
          <w:ilvl w:val="0"/>
          <w:numId w:val="1001"/>
        </w:numPr>
      </w:pPr>
      <w:r>
        <w:rPr>
          <w:b/>
          <w:bCs/>
        </w:rPr>
        <w:t xml:space="preserve">He was</w:t>
      </w:r>
      <w:r>
        <w:rPr>
          <w:b/>
          <w:bCs/>
        </w:rPr>
        <w:t xml:space="preserve"> </w:t>
      </w:r>
      <w:r>
        <w:rPr>
          <w:b/>
          <w:bCs/>
          <w:u w:val="single"/>
        </w:rPr>
        <w:t xml:space="preserve">positive</w:t>
      </w:r>
      <w:r>
        <w:rPr>
          <w:b/>
          <w:bCs/>
        </w:rPr>
        <w:t xml:space="preserve"> </w:t>
      </w:r>
      <w:r>
        <w:rPr>
          <w:b/>
          <w:bCs/>
        </w:rPr>
        <w:t xml:space="preserve">that I'd had an abortion and just made up the whole senior project as a way to cover it up.</w:t>
      </w:r>
      <w:r>
        <w:br/>
      </w:r>
      <w:r>
        <w:t xml:space="preserve">    (a) certain</w:t>
      </w:r>
      <w:r>
        <w:br/>
      </w:r>
      <w:r>
        <w:t xml:space="preserve">    (b) various</w:t>
      </w:r>
      <w:r>
        <w:br/>
      </w:r>
      <w:r>
        <w:t xml:space="preserve">    (c) outside</w:t>
      </w:r>
    </w:p>
    <w:p>
      <w:pPr>
        <w:pStyle w:val="Compact"/>
        <w:numPr>
          <w:ilvl w:val="0"/>
          <w:numId w:val="1001"/>
        </w:numPr>
      </w:pPr>
      <w:r>
        <w:rPr>
          <w:b/>
          <w:bCs/>
        </w:rPr>
        <w:t xml:space="preserve">I plan to go back to my high school for their special events, like the annual talent show and the Mr. Toppenish show, and to keep up with the teachers who have had such a</w:t>
      </w:r>
      <w:r>
        <w:rPr>
          <w:b/>
          <w:bCs/>
        </w:rPr>
        <w:t xml:space="preserve"> </w:t>
      </w:r>
      <w:r>
        <w:rPr>
          <w:b/>
          <w:bCs/>
          <w:u w:val="single"/>
        </w:rPr>
        <w:t xml:space="preserve">positive</w:t>
      </w:r>
      <w:r>
        <w:rPr>
          <w:b/>
          <w:bCs/>
        </w:rPr>
        <w:t xml:space="preserve"> </w:t>
      </w:r>
      <w:r>
        <w:rPr>
          <w:b/>
          <w:bCs/>
        </w:rPr>
        <w:t xml:space="preserve">impact on my life.</w:t>
      </w:r>
      <w:r>
        <w:br/>
      </w:r>
      <w:r>
        <w:t xml:space="preserve">    (a) not representative</w:t>
      </w:r>
      <w:r>
        <w:br/>
      </w:r>
      <w:r>
        <w:t xml:space="preserve">    (b) impossible to find</w:t>
      </w:r>
      <w:r>
        <w:br/>
      </w:r>
      <w:r>
        <w:t xml:space="preserve">    (c) good or beneficial</w:t>
      </w:r>
    </w:p>
    <w:p>
      <w:pPr>
        <w:pStyle w:val="Compact"/>
        <w:numPr>
          <w:ilvl w:val="0"/>
          <w:numId w:val="1001"/>
        </w:numPr>
      </w:pPr>
      <w:r>
        <w:rPr>
          <w:b/>
          <w:bCs/>
        </w:rPr>
        <w:t xml:space="preserve">As I tried to pull myself together, Mr. Greene told me that he would help me</w:t>
      </w:r>
      <w:r>
        <w:rPr>
          <w:b/>
          <w:bCs/>
        </w:rPr>
        <w:t xml:space="preserve"> </w:t>
      </w:r>
      <w:r>
        <w:rPr>
          <w:b/>
          <w:bCs/>
          <w:u w:val="single"/>
        </w:rPr>
        <w:t xml:space="preserve">however</w:t>
      </w:r>
      <w:r>
        <w:rPr>
          <w:b/>
          <w:bCs/>
        </w:rPr>
        <w:t xml:space="preserve"> </w:t>
      </w:r>
      <w:r>
        <w:rPr>
          <w:b/>
          <w:bCs/>
        </w:rPr>
        <w:t xml:space="preserve">he could, and that I didn't need to worry about everything at once.</w:t>
      </w:r>
      <w:r>
        <w:br/>
      </w:r>
      <w:r>
        <w:t xml:space="preserve">    (a) starts fighting</w:t>
      </w:r>
      <w:r>
        <w:br/>
      </w:r>
      <w:r>
        <w:t xml:space="preserve">    (b) starts (a fire)</w:t>
      </w:r>
      <w:r>
        <w:br/>
      </w:r>
      <w:r>
        <w:t xml:space="preserve">    (c) in whatever way</w:t>
      </w:r>
    </w:p>
    <w:p>
      <w:pPr>
        <w:pStyle w:val="Compact"/>
        <w:numPr>
          <w:ilvl w:val="0"/>
          <w:numId w:val="1001"/>
        </w:numPr>
      </w:pPr>
      <w:r>
        <w:rPr>
          <w:b/>
          <w:bCs/>
          <w:u w:val="single"/>
        </w:rPr>
        <w:t xml:space="preserve">However</w:t>
      </w:r>
      <w:r>
        <w:rPr>
          <w:b/>
          <w:bCs/>
        </w:rPr>
        <w:t xml:space="preserve">, the day after the school's superintendent declared her valedictorian, the principal announced that she was going to have to share the honors—he was appointing a covaledictorian who had a slightly lower GPA.</w:t>
      </w:r>
      <w:r>
        <w:br/>
      </w:r>
      <w:r>
        <w:t xml:space="preserve">    (a)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r>
        <w:br/>
      </w:r>
      <w:r>
        <w:t xml:space="preserve">    (b) therefore (for that reason)</w:t>
      </w:r>
      <w:r>
        <w:br/>
      </w:r>
      <w:r>
        <w:t xml:space="preserve">    (c) in keeping with or in agreement with what was just stated</w:t>
      </w:r>
    </w:p>
    <w:p>
      <w:pPr>
        <w:pStyle w:val="Compact"/>
        <w:numPr>
          <w:ilvl w:val="0"/>
          <w:numId w:val="1001"/>
        </w:numPr>
      </w:pPr>
      <w:r>
        <w:rPr>
          <w:b/>
          <w:bCs/>
        </w:rPr>
        <w:t xml:space="preserve">Did they really think they understood my character and</w:t>
      </w:r>
      <w:r>
        <w:rPr>
          <w:b/>
          <w:bCs/>
        </w:rPr>
        <w:t xml:space="preserve"> </w:t>
      </w:r>
      <w:r>
        <w:rPr>
          <w:b/>
          <w:bCs/>
          <w:u w:val="single"/>
        </w:rPr>
        <w:t xml:space="preserve">motivations</w:t>
      </w:r>
      <w:r>
        <w:rPr>
          <w:b/>
          <w:bCs/>
        </w:rPr>
        <w:t xml:space="preserve"> </w:t>
      </w:r>
      <w:r>
        <w:rPr>
          <w:b/>
          <w:bCs/>
        </w:rPr>
        <w:t xml:space="preserve">based on two sentences?</w:t>
      </w:r>
      <w:r>
        <w:br/>
      </w:r>
      <w:r>
        <w:t xml:space="preserve">    (a) sound quality or its study</w:t>
      </w:r>
      <w:r>
        <w:br/>
      </w:r>
      <w:r>
        <w:t xml:space="preserve">    (b) things taken on or adopted</w:t>
      </w:r>
      <w:r>
        <w:br/>
      </w:r>
      <w:r>
        <w:t xml:space="preserve">    (c) reason for doing something</w:t>
      </w:r>
    </w:p>
    <w:p>
      <w:pPr>
        <w:pStyle w:val="Compact"/>
        <w:numPr>
          <w:ilvl w:val="0"/>
          <w:numId w:val="1001"/>
        </w:numPr>
      </w:pPr>
      <w:r>
        <w:rPr>
          <w:b/>
          <w:bCs/>
        </w:rPr>
        <w:t xml:space="preserve">As an advocate for</w:t>
      </w:r>
      <w:r>
        <w:rPr>
          <w:b/>
          <w:bCs/>
        </w:rPr>
        <w:t xml:space="preserve"> </w:t>
      </w:r>
      <w:r>
        <w:rPr>
          <w:b/>
          <w:bCs/>
          <w:u w:val="single"/>
        </w:rPr>
        <w:t xml:space="preserve">comprehensive</w:t>
      </w:r>
      <w:r>
        <w:rPr>
          <w:b/>
          <w:bCs/>
        </w:rPr>
        <w:t xml:space="preserve"> </w:t>
      </w:r>
      <w:r>
        <w:rPr>
          <w:b/>
          <w:bCs/>
        </w:rPr>
        <w:t xml:space="preserve">sex education and support for women, [I want to say] your experiment definitely opened the eyes for many concerning this issue.</w:t>
      </w:r>
      <w:r>
        <w:br/>
      </w:r>
      <w:r>
        <w:t xml:space="preserve">    (a) large in scope</w:t>
      </w:r>
      <w:r>
        <w:br/>
      </w:r>
      <w:r>
        <w:t xml:space="preserve">    (b) the degree to which something is able to change or is different</w:t>
      </w:r>
      <w:r>
        <w:br/>
      </w:r>
      <w:r>
        <w:t xml:space="preserve">    (c) capable of being better understood through detailed examination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2026-07-31T19:20:49Z</dcterms:created>
  <dcterms:modified xsi:type="dcterms:W3CDTF">2026-07-31T19:20:49Z</dcterms:modified>
</cp:coreProperties>
</file>

<file path=docProps/custom.xml><?xml version="1.0" encoding="utf-8"?>
<Properties xmlns="http://schemas.openxmlformats.org/officeDocument/2006/custom-properties" xmlns:vt="http://schemas.openxmlformats.org/officeDocument/2006/docPropsVTypes"/>
</file>