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a3c4fa88eff10b6c34e647c706522aaa374cf79"/>
    <w:p>
      <w:pPr>
        <w:pStyle w:val="Heading1"/>
      </w:pPr>
      <w:r>
        <w:rPr>
          <w:b/>
          <w:bCs/>
        </w:rPr>
        <w:t xml:space="preserve">The Power and the Glory</w:t>
      </w:r>
      <w:r>
        <w:br/>
      </w:r>
      <w:r>
        <w:rPr>
          <w:i/>
          <w:iCs/>
        </w:rPr>
        <w:t xml:space="preserve">Graham Greene</w:t>
      </w:r>
      <w:r>
        <w:br/>
      </w:r>
      <w:r>
        <w:rPr>
          <w:b/>
          <w:bCs/>
        </w:rPr>
        <w:t xml:space="preserve">Extra Credit Vocabulary Preview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Until she learned to motivate herself,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apathy</w:t>
      </w:r>
      <w:r>
        <w:rPr>
          <w:b/>
          <w:bCs/>
        </w:rPr>
        <w:t xml:space="preserve"> </w:t>
      </w:r>
      <w:r>
        <w:rPr>
          <w:b/>
          <w:bCs/>
        </w:rPr>
        <w:t xml:space="preserve">led to bad grades.</w:t>
      </w:r>
      <w:r>
        <w:br/>
      </w:r>
      <w:r>
        <w:t xml:space="preserve">    (a) lack of interest</w:t>
      </w:r>
      <w:r>
        <w:br/>
      </w:r>
      <w:r>
        <w:t xml:space="preserve">    (b) distraction</w:t>
      </w:r>
      <w:r>
        <w:br/>
      </w:r>
      <w:r>
        <w:t xml:space="preserve">    (c) lack of ability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She's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avid</w:t>
      </w:r>
      <w:r>
        <w:rPr>
          <w:b/>
          <w:bCs/>
        </w:rPr>
        <w:t xml:space="preserve"> </w:t>
      </w:r>
      <w:r>
        <w:rPr>
          <w:b/>
          <w:bCs/>
        </w:rPr>
        <w:t xml:space="preserve">reader.</w:t>
      </w:r>
      <w:r>
        <w:br/>
      </w:r>
      <w:r>
        <w:t xml:space="preserve">    (a) tending to arouse strong disagreement</w:t>
      </w:r>
      <w:r>
        <w:br/>
      </w:r>
      <w:r>
        <w:t xml:space="preserve">    (b) done accidentally or without intention</w:t>
      </w:r>
      <w:r>
        <w:br/>
      </w:r>
      <w:r>
        <w:t xml:space="preserve">    (c) enthusiastic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like Twitter for its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brevity</w:t>
      </w:r>
      <w:r>
        <w:rPr>
          <w:b/>
          <w:bCs/>
        </w:rPr>
        <w:t xml:space="preserve">.</w:t>
      </w:r>
      <w:r>
        <w:br/>
      </w:r>
      <w:r>
        <w:t xml:space="preserve">    (a) varied texts</w:t>
      </w:r>
      <w:r>
        <w:br/>
      </w:r>
      <w:r>
        <w:t xml:space="preserve">    (b) short texts</w:t>
      </w:r>
      <w:r>
        <w:br/>
      </w:r>
      <w:r>
        <w:t xml:space="preserve">    (c) clever texts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harbors no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enmity</w:t>
      </w:r>
      <w:r>
        <w:rPr>
          <w:b/>
          <w:bCs/>
        </w:rPr>
        <w:t xml:space="preserve"> </w:t>
      </w:r>
      <w:r>
        <w:rPr>
          <w:b/>
          <w:bCs/>
        </w:rPr>
        <w:t xml:space="preserve">towards her ex-husband.</w:t>
      </w:r>
      <w:r>
        <w:br/>
      </w:r>
      <w:r>
        <w:t xml:space="preserve">    (a) disrespect</w:t>
      </w:r>
      <w:r>
        <w:br/>
      </w:r>
      <w:r>
        <w:t xml:space="preserve">    (b) love</w:t>
      </w:r>
      <w:r>
        <w:br/>
      </w:r>
      <w:r>
        <w:t xml:space="preserve">    (c) hatred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trust you didn't take 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facetious</w:t>
      </w:r>
      <w:r>
        <w:rPr>
          <w:b/>
          <w:bCs/>
        </w:rPr>
        <w:t xml:space="preserve"> </w:t>
      </w:r>
      <w:r>
        <w:rPr>
          <w:b/>
          <w:bCs/>
        </w:rPr>
        <w:t xml:space="preserve">remarks seriously.</w:t>
      </w:r>
      <w:r>
        <w:br/>
      </w:r>
      <w:r>
        <w:t xml:space="preserve">    (a) not serious</w:t>
      </w:r>
      <w:r>
        <w:br/>
      </w:r>
      <w:r>
        <w:t xml:space="preserve">    (b) deeply personal</w:t>
      </w:r>
      <w:r>
        <w:br/>
      </w:r>
      <w:r>
        <w:t xml:space="preserve">    (c) mildly offensive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Things have changed, but she remains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inflexible</w:t>
      </w:r>
      <w:r>
        <w:rPr>
          <w:b/>
          <w:bCs/>
        </w:rPr>
        <w:t xml:space="preserve">.</w:t>
      </w:r>
      <w:r>
        <w:br/>
      </w:r>
      <w:r>
        <w:t xml:space="preserve">    (a) not skilled</w:t>
      </w:r>
      <w:r>
        <w:br/>
      </w:r>
      <w:r>
        <w:t xml:space="preserve">    (b) unbending (not able to adjust well to different conditions)</w:t>
      </w:r>
      <w:r>
        <w:br/>
      </w:r>
      <w:r>
        <w:t xml:space="preserve">    (c) unimportant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It's going to take a lot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ingenuity</w:t>
      </w:r>
      <w:r>
        <w:rPr>
          <w:b/>
          <w:bCs/>
        </w:rPr>
        <w:t xml:space="preserve">, but I think we can save the company.</w:t>
      </w:r>
      <w:r>
        <w:br/>
      </w:r>
      <w:r>
        <w:t xml:space="preserve">    (a) creativity</w:t>
      </w:r>
      <w:r>
        <w:br/>
      </w:r>
      <w:r>
        <w:t xml:space="preserve">    (b) time</w:t>
      </w:r>
      <w:r>
        <w:br/>
      </w:r>
      <w:r>
        <w:t xml:space="preserve">    (c) money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wouldn't describe myself 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materialistic</w:t>
      </w:r>
      <w:r>
        <w:rPr>
          <w:b/>
          <w:bCs/>
        </w:rPr>
        <w:t xml:space="preserve">, but I would like some financial security.</w:t>
      </w:r>
      <w:r>
        <w:br/>
      </w:r>
      <w:r>
        <w:t xml:space="preserve">    (a) too afraid of risk and uncertainty</w:t>
      </w:r>
      <w:r>
        <w:br/>
      </w:r>
      <w:r>
        <w:t xml:space="preserve">    (b) too concerned with wealth and possessions</w:t>
      </w:r>
      <w:r>
        <w:br/>
      </w:r>
      <w:r>
        <w:t xml:space="preserve">    (c) unwilling to spend any money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During her travels, she found peace and tranquility in the serene surroundings of the ancient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monastery</w:t>
      </w:r>
      <w:r>
        <w:rPr>
          <w:b/>
          <w:bCs/>
        </w:rPr>
        <w:t xml:space="preserve"> </w:t>
      </w:r>
      <w:r>
        <w:rPr>
          <w:b/>
          <w:bCs/>
        </w:rPr>
        <w:t xml:space="preserve">nestled high in the mountains.</w:t>
      </w:r>
      <w:r>
        <w:br/>
      </w:r>
      <w:r>
        <w:t xml:space="preserve">    (a) secure castle</w:t>
      </w:r>
      <w:r>
        <w:br/>
      </w:r>
      <w:r>
        <w:t xml:space="preserve">    (b) religious residence</w:t>
      </w:r>
      <w:r>
        <w:br/>
      </w:r>
      <w:r>
        <w:t xml:space="preserve">    (c) remote cabin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arrived in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ostentatious</w:t>
      </w:r>
      <w:r>
        <w:rPr>
          <w:b/>
          <w:bCs/>
        </w:rPr>
        <w:t xml:space="preserve"> </w:t>
      </w:r>
      <w:r>
        <w:rPr>
          <w:b/>
          <w:bCs/>
        </w:rPr>
        <w:t xml:space="preserve">stretch limo.</w:t>
      </w:r>
      <w:r>
        <w:br/>
      </w:r>
      <w:r>
        <w:t xml:space="preserve">    (a) long</w:t>
      </w:r>
      <w:r>
        <w:br/>
      </w:r>
      <w:r>
        <w:t xml:space="preserve">    (b) showy</w:t>
      </w:r>
      <w:r>
        <w:br/>
      </w:r>
      <w:r>
        <w:t xml:space="preserve">    (c) expensive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Unlike most animals, mammals have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palate</w:t>
      </w:r>
      <w:r>
        <w:rPr>
          <w:b/>
          <w:bCs/>
        </w:rPr>
        <w:t xml:space="preserve"> </w:t>
      </w:r>
      <w:r>
        <w:rPr>
          <w:b/>
          <w:bCs/>
        </w:rPr>
        <w:t xml:space="preserve">that separates the oral and nasal cavities.</w:t>
      </w:r>
      <w:r>
        <w:br/>
      </w:r>
      <w:r>
        <w:t xml:space="preserve">    (a) upper surface of the mouth</w:t>
      </w:r>
      <w:r>
        <w:br/>
      </w:r>
      <w:r>
        <w:t xml:space="preserve">    (b) set of teeth</w:t>
      </w:r>
      <w:r>
        <w:br/>
      </w:r>
      <w:r>
        <w:t xml:space="preserve">    (c) throat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is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palate</w:t>
      </w:r>
      <w:r>
        <w:rPr>
          <w:b/>
          <w:bCs/>
        </w:rPr>
        <w:t xml:space="preserve"> </w:t>
      </w:r>
      <w:r>
        <w:rPr>
          <w:b/>
          <w:bCs/>
        </w:rPr>
        <w:t xml:space="preserve">pleaser.</w:t>
      </w:r>
      <w:r>
        <w:br/>
      </w:r>
      <w:r>
        <w:t xml:space="preserve">    (a) sense of taste</w:t>
      </w:r>
      <w:r>
        <w:br/>
      </w:r>
      <w:r>
        <w:t xml:space="preserve">    (b) platform for moving goods</w:t>
      </w:r>
      <w:r>
        <w:br/>
      </w:r>
      <w:r>
        <w:t xml:space="preserve">    (c) flat surfaced used to mix paint colors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 essay was filled with creative ideas, but it was vulnerable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pedantic</w:t>
      </w:r>
      <w:r>
        <w:rPr>
          <w:b/>
          <w:bCs/>
        </w:rPr>
        <w:t xml:space="preserve"> </w:t>
      </w:r>
      <w:r>
        <w:rPr>
          <w:b/>
          <w:bCs/>
        </w:rPr>
        <w:t xml:space="preserve">nitpicking.</w:t>
      </w:r>
      <w:r>
        <w:br/>
      </w:r>
      <w:r>
        <w:t xml:space="preserve">    (a) of someone too concerned with regional style</w:t>
      </w:r>
      <w:r>
        <w:br/>
      </w:r>
      <w:r>
        <w:t xml:space="preserve">    (b) of someone too concerned with statistical studies</w:t>
      </w:r>
      <w:r>
        <w:br/>
      </w:r>
      <w:r>
        <w:t xml:space="preserve">    (c) of someone too concerned with book learning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agency recommended against taking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precipitate</w:t>
      </w:r>
      <w:r>
        <w:rPr>
          <w:b/>
          <w:bCs/>
        </w:rPr>
        <w:t xml:space="preserve"> </w:t>
      </w:r>
      <w:r>
        <w:rPr>
          <w:b/>
          <w:bCs/>
        </w:rPr>
        <w:t xml:space="preserve">action.</w:t>
      </w:r>
      <w:r>
        <w:br/>
      </w:r>
      <w:r>
        <w:t xml:space="preserve">    (a) dramatic</w:t>
      </w:r>
      <w:r>
        <w:br/>
      </w:r>
      <w:r>
        <w:t xml:space="preserve">    (b) hidden</w:t>
      </w:r>
      <w:r>
        <w:br/>
      </w:r>
      <w:r>
        <w:t xml:space="preserve">    (c) quick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After months of practice, she gained enough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proficiency</w:t>
      </w:r>
      <w:r>
        <w:rPr>
          <w:b/>
          <w:bCs/>
        </w:rPr>
        <w:t xml:space="preserve"> </w:t>
      </w:r>
      <w:r>
        <w:rPr>
          <w:b/>
          <w:bCs/>
        </w:rPr>
        <w:t xml:space="preserve">in Spanish to hold a simple conversation.</w:t>
      </w:r>
      <w:r>
        <w:br/>
      </w:r>
      <w:r>
        <w:t xml:space="preserve">    (a) permission</w:t>
      </w:r>
      <w:r>
        <w:br/>
      </w:r>
      <w:r>
        <w:t xml:space="preserve">    (b) interest</w:t>
      </w:r>
      <w:r>
        <w:br/>
      </w:r>
      <w:r>
        <w:t xml:space="preserve">    (c) skill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She's been making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sagacious</w:t>
      </w:r>
      <w:r>
        <w:rPr>
          <w:b/>
          <w:bCs/>
        </w:rPr>
        <w:t xml:space="preserve"> </w:t>
      </w:r>
      <w:r>
        <w:rPr>
          <w:b/>
          <w:bCs/>
        </w:rPr>
        <w:t xml:space="preserve">business decisions for more than 30 years.</w:t>
      </w:r>
      <w:r>
        <w:br/>
      </w:r>
      <w:r>
        <w:t xml:space="preserve">    (a) wise</w:t>
      </w:r>
      <w:r>
        <w:br/>
      </w:r>
      <w:r>
        <w:t xml:space="preserve">    (b) impatient</w:t>
      </w:r>
      <w:r>
        <w:br/>
      </w:r>
      <w:r>
        <w:t xml:space="preserve">    (c) careless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is the most intolerable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scoundrel</w:t>
      </w:r>
      <w:r>
        <w:rPr>
          <w:b/>
          <w:bCs/>
        </w:rPr>
        <w:t xml:space="preserve"> </w:t>
      </w:r>
      <w:r>
        <w:rPr>
          <w:b/>
          <w:bCs/>
        </w:rPr>
        <w:t xml:space="preserve">on the face of the earth.</w:t>
      </w:r>
      <w:r>
        <w:br/>
      </w:r>
      <w:r>
        <w:t xml:space="preserve">    (a) person without moral principles</w:t>
      </w:r>
      <w:r>
        <w:br/>
      </w:r>
      <w:r>
        <w:t xml:space="preserve">    (b) without pattern or planning</w:t>
      </w:r>
      <w:r>
        <w:br/>
      </w:r>
      <w:r>
        <w:t xml:space="preserve">    (c) apparently reasonable, but unproven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That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spurious</w:t>
      </w:r>
      <w:r>
        <w:rPr>
          <w:b/>
          <w:bCs/>
        </w:rPr>
        <w:t xml:space="preserve"> </w:t>
      </w:r>
      <w:r>
        <w:rPr>
          <w:b/>
          <w:bCs/>
        </w:rPr>
        <w:t xml:space="preserve">claim has already been dismissed by the court.</w:t>
      </w:r>
      <w:r>
        <w:br/>
      </w:r>
      <w:r>
        <w:t xml:space="preserve">    (a) false</w:t>
      </w:r>
      <w:r>
        <w:br/>
      </w:r>
      <w:r>
        <w:t xml:space="preserve">    (b) the quality of behaving in an instinctive, uninhibited, and unplanned manner</w:t>
      </w:r>
      <w:r>
        <w:br/>
      </w:r>
      <w:r>
        <w:t xml:space="preserve">    (c) the state or degree of having the ability to change for different situations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sat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unobtrusively</w:t>
      </w:r>
      <w:r>
        <w:rPr>
          <w:b/>
          <w:bCs/>
        </w:rPr>
        <w:t xml:space="preserve"> </w:t>
      </w:r>
      <w:r>
        <w:rPr>
          <w:b/>
          <w:bCs/>
        </w:rPr>
        <w:t xml:space="preserve">in the rear of the room.</w:t>
      </w:r>
      <w:r>
        <w:br/>
      </w:r>
      <w:r>
        <w:t xml:space="preserve">    (a) while crying softly</w:t>
      </w:r>
      <w:r>
        <w:br/>
      </w:r>
      <w:r>
        <w:t xml:space="preserve">    (b) without drawing attention</w:t>
      </w:r>
      <w:r>
        <w:br/>
      </w:r>
      <w:r>
        <w:t xml:space="preserve">    (c) while shouting loudly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Many were surprised that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venerable</w:t>
      </w:r>
      <w:r>
        <w:rPr>
          <w:b/>
          <w:bCs/>
        </w:rPr>
        <w:t xml:space="preserve"> </w:t>
      </w:r>
      <w:r>
        <w:rPr>
          <w:b/>
          <w:bCs/>
        </w:rPr>
        <w:t xml:space="preserve">institution like Bear Stearns could so rapidly go out of business.</w:t>
      </w:r>
      <w:r>
        <w:br/>
      </w:r>
      <w:r>
        <w:t xml:space="preserve">    (a) popular</w:t>
      </w:r>
      <w:r>
        <w:br/>
      </w:r>
      <w:r>
        <w:t xml:space="preserve">    (b) long respected</w:t>
      </w:r>
      <w:r>
        <w:br/>
      </w:r>
      <w:r>
        <w:t xml:space="preserve">    (c) large and successful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2026-07-31T18:23:23Z</dcterms:created>
  <dcterms:modified xsi:type="dcterms:W3CDTF">2026-07-31T18:23:23Z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