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bc66c285e021be7addbd5b15f2eead0d2c2fd"/>
    <w:p>
      <w:pPr>
        <w:pStyle w:val="Heading1"/>
      </w:pPr>
      <w:r>
        <w:rPr>
          <w:b/>
          <w:bCs/>
        </w:rPr>
        <w:t xml:space="preserve">The Power and the Glory</w:t>
      </w:r>
      <w:r>
        <w:br/>
      </w:r>
      <w:r>
        <w:rPr>
          <w:i/>
          <w:iCs/>
        </w:rPr>
        <w:t xml:space="preserve">Graham Greene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down the carpet of shadow: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sat on an empty crate asleep beside his rifle.</w:t>
      </w:r>
      <w:r>
        <w:br/>
      </w:r>
      <w:r>
        <w:t xml:space="preserve">    (a) someone who stands guard</w:t>
      </w:r>
      <w:r>
        <w:br/>
      </w:r>
      <w:r>
        <w:t xml:space="preserve">    (b) social event or ceremony</w:t>
      </w:r>
      <w:r>
        <w:br/>
      </w:r>
      <w:r>
        <w:t xml:space="preserve">    (c) a positively charged 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put it inside the little oven for gold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.</w:t>
      </w:r>
      <w:r>
        <w:br/>
      </w:r>
      <w:r>
        <w:t xml:space="preserve">    (a) something that is necessary for something else</w:t>
      </w:r>
      <w:r>
        <w:br/>
      </w:r>
      <w:r>
        <w:t xml:space="preserve">    (b) a slight amount; or to contain a slight amount</w:t>
      </w:r>
      <w:r>
        <w:br/>
      </w:r>
      <w:r>
        <w:t xml:space="preserve">    (c) a metal that consists of more than one element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 sharp crooked nose jutting out of a lean dancer's face; his neatness gave an effect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ambition in the shabby city.</w:t>
      </w:r>
      <w:r>
        <w:br/>
      </w:r>
      <w:r>
        <w:t xml:space="preserve">    (a) with the involvement of other people or things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excessive or more than is reasonable or normal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 </w:t>
      </w:r>
      <w:r>
        <w:rPr>
          <w:b/>
          <w:bCs/>
        </w:rPr>
        <w:t xml:space="preserve">waited on a bench, hands between their knees.</w:t>
      </w:r>
      <w:r>
        <w:br/>
      </w:r>
      <w:r>
        <w:t xml:space="preserve">    (a)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(b) used historically or possibly in relation to a very poor country:  people of low income, education, and social standing -- especially those who raise crops or livestock</w:t>
      </w:r>
      <w:r>
        <w:br/>
      </w:r>
      <w:r>
        <w:t xml:space="preserve">    (c) organisms in the early stages of growth prior to birth, hatching, or sprouting; in humans organisms during the first eight weeks of development (prior to the fetal stage)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six years at some American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.</w:t>
      </w:r>
      <w:r>
        <w:br/>
      </w:r>
      <w:r>
        <w:t xml:space="preserve">    (a) the reason for doing something; or the level of desire to do something</w:t>
      </w:r>
      <w:r>
        <w:br/>
      </w:r>
      <w:r>
        <w:t xml:space="preserve">    (b) a school for training clerics -- usually ministers, priests, or rabbis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 sort of contempt for the lower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clergy</w:t>
      </w:r>
      <w:r>
        <w:rPr>
          <w:b/>
          <w:bCs/>
        </w:rPr>
        <w:t xml:space="preserve">, and right up to the last he was explaining his rank.</w:t>
      </w:r>
      <w:r>
        <w:br/>
      </w:r>
      <w:r>
        <w:t xml:space="preserve">    (a) formal religious leaders (typically in Christianity)</w:t>
      </w:r>
      <w:r>
        <w:br/>
      </w:r>
      <w:r>
        <w:t xml:space="preserve">    (b) with disapproval or distrust; or directed to one side</w:t>
      </w:r>
      <w:r>
        <w:br/>
      </w:r>
      <w:r>
        <w:t xml:space="preserve">    (c) the position of being in charge of a group of monks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"Young Juan," the mother read, "from his earliest years was noted for his humility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piety</w:t>
      </w:r>
      <w:r>
        <w:rPr>
          <w:b/>
          <w:bCs/>
        </w:rPr>
        <w:t xml:space="preserve">."</w:t>
      </w:r>
      <w:r>
        <w:br/>
      </w:r>
      <w:r>
        <w:t xml:space="preserve">    (a) a shop that offers loans to individuals who use their personal property as collateral</w:t>
      </w:r>
      <w:r>
        <w:br/>
      </w:r>
      <w:r>
        <w:t xml:space="preserve">    (b) highly religious and moral behavior</w:t>
      </w:r>
      <w:r>
        <w:br/>
      </w:r>
      <w:r>
        <w:t xml:space="preserve">    (c) a substance that stimulates the production of antibodies to protect against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 a poor woman who took to him her son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baptized</w:t>
      </w:r>
      <w:r>
        <w:rPr>
          <w:b/>
          <w:bCs/>
        </w:rPr>
        <w:t xml:space="preserve">.</w:t>
      </w:r>
      <w:r>
        <w:br/>
      </w:r>
      <w:r>
        <w:t xml:space="preserve">    (a) directed energy from a negative (unacceptable) impulse or urge into a positive or acceptable action</w:t>
      </w:r>
      <w:r>
        <w:br/>
      </w:r>
      <w:r>
        <w:t xml:space="preserve">    (b) expressed personal artistic ideas or feelings while performing (or performing to) someone else's work</w:t>
      </w:r>
      <w:r>
        <w:br/>
      </w:r>
      <w:r>
        <w:t xml:space="preserve">    (c) "spiritually renewed" in a Christian ceremony  OR  initiated or purified by a challenging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mother, compressing her lips, continued: '...the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persecution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early Christians.</w:t>
      </w:r>
      <w:r>
        <w:br/>
      </w:r>
      <w:r>
        <w:t xml:space="preserve">    (a) very bad and unfair treatment</w:t>
      </w:r>
      <w:r>
        <w:br/>
      </w:r>
      <w:r>
        <w:t xml:space="preserve">    (b) aka analysist -- psychiatrist</w:t>
      </w:r>
      <w:r>
        <w:br/>
      </w:r>
      <w:r>
        <w:t xml:space="preserve">    (c) something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heavy brown eyes stared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sullenly</w:t>
      </w:r>
      <w:r>
        <w:rPr>
          <w:b/>
          <w:bCs/>
        </w:rPr>
        <w:t xml:space="preserve"> </w:t>
      </w:r>
      <w:r>
        <w:rPr>
          <w:b/>
          <w:bCs/>
        </w:rPr>
        <w:t xml:space="preserve">back at him.</w:t>
      </w:r>
      <w:r>
        <w:br/>
      </w:r>
      <w:r>
        <w:t xml:space="preserve">    (a) in a gloomy manner; or showing a bad mood</w:t>
      </w:r>
      <w:r>
        <w:br/>
      </w:r>
      <w:r>
        <w:t xml:space="preserve">    (b) in a manner that calls or attracts</w:t>
      </w:r>
      <w:r>
        <w:br/>
      </w:r>
      <w:r>
        <w:t xml:space="preserve">    (c) in a manner that involves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 </w:t>
      </w:r>
      <w:r>
        <w:rPr>
          <w:b/>
          <w:bCs/>
        </w:rPr>
        <w:t xml:space="preserve">and be forgiven:</w:t>
      </w:r>
      <w:r>
        <w:br/>
      </w:r>
      <w:r>
        <w:t xml:space="preserve">    (a) able to generate electricity from light</w:t>
      </w:r>
      <w:r>
        <w:br/>
      </w:r>
      <w:r>
        <w:t xml:space="preserve">    (b) sorrow or regret for a fault or offense</w:t>
      </w:r>
      <w:r>
        <w:br/>
      </w:r>
      <w:r>
        <w:t xml:space="preserve">    (c) something that causes ongoing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a big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and the priest has a position to keep up.</w:t>
      </w:r>
      <w:r>
        <w:br/>
      </w:r>
      <w:r>
        <w:t xml:space="preserve">    (a) a local church community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someone who abandoned their religion or separated from others with whom they used to share firmly held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 of four faces looked at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 </w:t>
      </w:r>
      <w:r>
        <w:rPr>
          <w:b/>
          <w:bCs/>
        </w:rPr>
        <w:t xml:space="preserve">amusement:</w:t>
      </w:r>
      <w:r>
        <w:br/>
      </w:r>
      <w:r>
        <w:t xml:space="preserve">    (a) wanting to see others suffer</w:t>
      </w:r>
      <w:r>
        <w:br/>
      </w:r>
      <w:r>
        <w:t xml:space="preserve">    (b) exceedingly important, serious, or dangerous</w:t>
      </w:r>
      <w:r>
        <w:br/>
      </w:r>
      <w:r>
        <w:t xml:space="preserve">    (c) designed to be useful; or capable of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penitence</w:t>
      </w:r>
      <w:r>
        <w:rPr>
          <w:b/>
          <w:bCs/>
        </w:rPr>
        <w:t xml:space="preserve"> </w:t>
      </w:r>
      <w:r>
        <w:rPr>
          <w:b/>
          <w:bCs/>
        </w:rPr>
        <w:t xml:space="preserve">was the fruit of long training and discipline:</w:t>
      </w:r>
      <w:r>
        <w:br/>
      </w:r>
      <w:r>
        <w:t xml:space="preserve">    (a) a psychologist concerned with the treatment of abnormal thinking and behavior</w:t>
      </w:r>
      <w:r>
        <w:br/>
      </w:r>
      <w:r>
        <w:t xml:space="preserve">    (b) a government, country, or ruling family of a country ruled by a king of queen</w:t>
      </w:r>
      <w:r>
        <w:br/>
      </w:r>
      <w:r>
        <w:t xml:space="preserve">    (c) feeling or expressing sorrow for having done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voice said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, "You believers are all the same."</w:t>
      </w:r>
      <w:r>
        <w:br/>
      </w:r>
      <w:r>
        <w:t xml:space="preserve">    (a) prejudice or unfair treatment</w:t>
      </w:r>
      <w:r>
        <w:br/>
      </w:r>
      <w:r>
        <w:t xml:space="preserve">    (b) lack of respect</w:t>
      </w:r>
      <w:r>
        <w:br/>
      </w:r>
      <w:r>
        <w:t xml:space="preserve">    (c) frustration at being treated unfairly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needed a confessor to draw his mind slowly down the drab passages which led to grief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repentance</w:t>
      </w:r>
      <w:r>
        <w:rPr>
          <w:b/>
          <w:bCs/>
        </w:rPr>
        <w:t xml:space="preserve">.</w:t>
      </w:r>
      <w:r>
        <w:br/>
      </w:r>
      <w:r>
        <w:t xml:space="preserve">    (a) opinion of what is good and bad about something</w:t>
      </w:r>
      <w:r>
        <w:br/>
      </w:r>
      <w:r>
        <w:t xml:space="preserve">    (b) the majority denomination of Islam (almost 90%)</w:t>
      </w:r>
      <w:r>
        <w:br/>
      </w:r>
      <w:r>
        <w:t xml:space="preserve">    (c) to feel regret for having done wrong and to desire to be a better person in the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done nothing to shake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complacency</w:t>
      </w:r>
      <w:r>
        <w:rPr>
          <w:b/>
          <w:bCs/>
        </w:rPr>
        <w:t xml:space="preserve">.</w:t>
      </w:r>
      <w:r>
        <w:br/>
      </w:r>
      <w:r>
        <w:t xml:space="preserve">    (a) a range of things between two boundaries</w:t>
      </w:r>
      <w:r>
        <w:br/>
      </w:r>
      <w:r>
        <w:t xml:space="preserve">    (b) dreamlike state of altered consciousness</w:t>
      </w:r>
      <w:r>
        <w:br/>
      </w:r>
      <w:r>
        <w:t xml:space="preserve">    (c) contentedness (satisfied and unworried)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appallingly</w:t>
      </w:r>
      <w:r>
        <w:rPr>
          <w:b/>
          <w:bCs/>
        </w:rPr>
        <w:t xml:space="preserve"> </w:t>
      </w:r>
      <w:r>
        <w:rPr>
          <w:b/>
          <w:bCs/>
        </w:rPr>
        <w:t xml:space="preserve">complicated.</w:t>
      </w:r>
      <w:r>
        <w:br/>
      </w:r>
      <w:r>
        <w:t xml:space="preserve">    (a) in a manner that is not clearly seen, expressed or understood</w:t>
      </w:r>
      <w:r>
        <w:br/>
      </w:r>
      <w:r>
        <w:t xml:space="preserve">    (b) in a manner that is effective in producing an intended effect</w:t>
      </w:r>
      <w:r>
        <w:br/>
      </w:r>
      <w:r>
        <w:t xml:space="preserve">    (c) terribly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needed to be shrewd in this country if you were going to retain any ideals at all and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defence of the good life.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good at achieving goals through cleverness and deception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one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martyrs</w:t>
      </w:r>
      <w:r>
        <w:rPr>
          <w:b/>
          <w:bCs/>
        </w:rPr>
        <w:t xml:space="preserve"> </w:t>
      </w:r>
      <w:r>
        <w:rPr>
          <w:b/>
          <w:bCs/>
        </w:rPr>
        <w:t xml:space="preserve">of the Church.</w:t>
      </w:r>
      <w:r>
        <w:br/>
      </w:r>
      <w:r>
        <w:t xml:space="preserve">    (a) speaks in an ambiguous manner that does not clearly express an opinion or decision</w:t>
      </w:r>
      <w:r>
        <w:br/>
      </w:r>
      <w:r>
        <w:t xml:space="preserve">    (b) people who suffer for the sake of principle</w:t>
      </w:r>
      <w:r>
        <w:br/>
      </w:r>
      <w:r>
        <w:t xml:space="preserve">    (c) pauses to change how something is done -- often while reducing the use of resources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2026-07-31T18:23:22Z</dcterms:created>
  <dcterms:modified xsi:type="dcterms:W3CDTF">2026-07-31T18:23:22Z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