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e2aa8c30eb5901d53e8789ee6e6f9371adb2a7"/>
    <w:p>
      <w:pPr>
        <w:pStyle w:val="Heading1"/>
      </w:pPr>
      <w:r>
        <w:rPr>
          <w:b/>
          <w:bCs/>
        </w:rPr>
        <w:t xml:space="preserve">The Power and the Glory</w:t>
      </w:r>
      <w:r>
        <w:br/>
      </w:r>
      <w:r>
        <w:rPr>
          <w:i/>
          <w:iCs/>
        </w:rPr>
        <w:t xml:space="preserve">Grace MacGowan Cooke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"That!" cried Laurella Passmore, taking it up with angrily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tremulous</w:t>
      </w:r>
      <w:r>
        <w:rPr>
          <w:b/>
          <w:bCs/>
        </w:rPr>
        <w:t xml:space="preserve"> </w:t>
      </w:r>
      <w:r>
        <w:rPr>
          <w:b/>
          <w:bCs/>
        </w:rPr>
        <w:t xml:space="preserve">fingers.</w:t>
      </w:r>
      <w:r>
        <w:br/>
      </w:r>
      <w:r>
        <w:t xml:space="preserve">    (a) vigorous (strong)</w:t>
      </w:r>
      <w:r>
        <w:br/>
      </w:r>
      <w:r>
        <w:t xml:space="preserve">    (b) quivering (shaky)</w:t>
      </w:r>
      <w:r>
        <w:br/>
      </w:r>
      <w:r>
        <w:t xml:space="preserve">    (c) marvelous (wonderful)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 it was a hymn, all abrupt, odd, minor cadences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</w:t>
      </w:r>
      <w:r>
        <w:rPr>
          <w:b/>
          <w:bCs/>
        </w:rPr>
        <w:t xml:space="preserve"> </w:t>
      </w:r>
      <w:r>
        <w:rPr>
          <w:b/>
          <w:bCs/>
        </w:rPr>
        <w:t xml:space="preserve">refrain.</w:t>
      </w:r>
      <w:r>
        <w:br/>
      </w:r>
      <w:r>
        <w:t xml:space="preserve">    (a) interesting and/or stimulating</w:t>
      </w:r>
      <w:r>
        <w:br/>
      </w:r>
      <w:r>
        <w:t xml:space="preserve">    (b) lacking in variety and/or boring</w:t>
      </w:r>
      <w:r>
        <w:br/>
      </w:r>
      <w:r>
        <w:t xml:space="preserve">    (c) increasingly more frightening and/or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And, having made a bed in the cradle from some folded covers, he lifted the baby with strange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deftness</w:t>
      </w:r>
      <w:r>
        <w:rPr>
          <w:b/>
          <w:bCs/>
        </w:rPr>
        <w:t xml:space="preserve"> </w:t>
      </w:r>
      <w:r>
        <w:rPr>
          <w:b/>
          <w:bCs/>
        </w:rPr>
        <w:t xml:space="preserve">and placed it in.</w:t>
      </w:r>
      <w:r>
        <w:br/>
      </w:r>
      <w:r>
        <w:t xml:space="preserve">    (a) good or beneficial</w:t>
      </w:r>
      <w:r>
        <w:br/>
      </w:r>
      <w:r>
        <w:t xml:space="preserve">    (b) not representative</w:t>
      </w:r>
      <w:r>
        <w:br/>
      </w:r>
      <w:r>
        <w:t xml:space="preserve">    (c) quick and skillful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her face dimpled as she remembered the shriek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</w:t>
      </w:r>
      <w:r>
        <w:rPr>
          <w:b/>
          <w:bCs/>
        </w:rPr>
        <w:t xml:space="preserve"> </w:t>
      </w:r>
      <w:r>
        <w:rPr>
          <w:b/>
          <w:bCs/>
        </w:rPr>
        <w:t xml:space="preserve">Laurella sent after her.</w:t>
      </w:r>
      <w:r>
        <w:br/>
      </w:r>
      <w:r>
        <w:t xml:space="preserve">    (a) walk in an awkward, shuffling way</w:t>
      </w:r>
      <w:r>
        <w:br/>
      </w:r>
      <w:r>
        <w:t xml:space="preserve">    (b) make someone want to do something</w:t>
      </w:r>
      <w:r>
        <w:br/>
      </w:r>
      <w:r>
        <w:t xml:space="preserve">    (c) sadness, disappointment, or worry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"Uh-huh,"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assented</w:t>
      </w:r>
      <w:r>
        <w:rPr>
          <w:b/>
          <w:bCs/>
        </w:rPr>
        <w:t xml:space="preserve"> </w:t>
      </w:r>
      <w:r>
        <w:rPr>
          <w:b/>
          <w:bCs/>
        </w:rPr>
        <w:t xml:space="preserve">Buckheath.</w:t>
      </w:r>
      <w:r>
        <w:br/>
      </w:r>
      <w:r>
        <w:t xml:space="preserve">    (a) became less intense, less severe, or less active -- perhaps went away entirely</w:t>
      </w:r>
      <w:r>
        <w:br/>
      </w:r>
      <w:r>
        <w:t xml:space="preserve">    (b) to express agreement -- especially with a statement or proposal to do something</w:t>
      </w:r>
      <w:r>
        <w:br/>
      </w:r>
      <w:r>
        <w:t xml:space="preserve">    (c) campaigned or worked for a cause that was passionately believed to be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turned to find a squat, middle-aged man regarding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dubiously</w:t>
      </w:r>
      <w:r>
        <w:rPr>
          <w:b/>
          <w:bCs/>
        </w:rPr>
        <w:t xml:space="preserve">.</w:t>
      </w:r>
      <w:r>
        <w:br/>
      </w:r>
      <w:r>
        <w:t xml:space="preserve">    (a) not in a self-aware manner</w:t>
      </w:r>
      <w:r>
        <w:br/>
      </w:r>
      <w:r>
        <w:t xml:space="preserve">    (b) not capable of being found</w:t>
      </w:r>
      <w:r>
        <w:br/>
      </w:r>
      <w:r>
        <w:t xml:space="preserve">    (c) doubtfully or suspiciously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of the men who are loud in the leadership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socialism</w:t>
      </w:r>
      <w:r>
        <w:rPr>
          <w:b/>
          <w:bCs/>
        </w:rPr>
        <w:t xml:space="preserve"> </w:t>
      </w:r>
      <w:r>
        <w:rPr>
          <w:b/>
          <w:bCs/>
        </w:rPr>
        <w:t xml:space="preserve">have made a failure of their own lives.</w:t>
      </w:r>
      <w:r>
        <w:br/>
      </w:r>
      <w:r>
        <w:t xml:space="preserve">    (a) history:  the act of a Catholic breaking the law by refusing to attend services of the Church of England between the 16th and 18th centuries</w:t>
      </w:r>
      <w:r>
        <w:br/>
      </w:r>
      <w:r>
        <w:t xml:space="preserve">    (b) history:  breaking of the law by a Catholic for refusing to attend services of the Church of England between the 16th and 18th centuries</w:t>
      </w:r>
      <w:r>
        <w:br/>
      </w:r>
      <w:r>
        <w:t xml:space="preserve">    (c) an economic system based on government ownership or control of all important companies -- with the ideal of equal benefits to all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Hardwick mill was a large one; to the mountain-bred girl it seemed endless, while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clamour</w:t>
      </w:r>
      <w:r>
        <w:rPr>
          <w:b/>
          <w:bCs/>
        </w:rPr>
        <w:t xml:space="preserve"> </w:t>
      </w:r>
      <w:r>
        <w:rPr>
          <w:b/>
          <w:bCs/>
        </w:rPr>
        <w:t xml:space="preserve">and roar was a thing to daunt.</w:t>
      </w:r>
      <w:r>
        <w:br/>
      </w:r>
      <w:r>
        <w:t xml:space="preserve">    (a) the gain of advantage from something</w:t>
      </w:r>
      <w:r>
        <w:br/>
      </w:r>
      <w:r>
        <w:t xml:space="preserve">    (b) the quality of exactness or accuracy</w:t>
      </w:r>
      <w:r>
        <w:br/>
      </w:r>
      <w:r>
        <w:t xml:space="preserve">    (c) loud noise and/or persistent demands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"Wait till some other time, I—I don't want to—"</w:t>
      </w:r>
      <w:r>
        <w:br/>
      </w:r>
      <w:r>
        <w:rPr>
          <w:b/>
          <w:bCs/>
        </w:rPr>
        <w:t xml:space="preserve">But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remonstrance</w:t>
      </w:r>
      <w:r>
        <w:rPr>
          <w:b/>
          <w:bCs/>
        </w:rPr>
        <w:t xml:space="preserve"> </w:t>
      </w:r>
      <w:r>
        <w:rPr>
          <w:b/>
          <w:bCs/>
        </w:rPr>
        <w:t xml:space="preserve">came too late; Mandy had yanked her forward and was performing the introduction...</w:t>
      </w:r>
      <w:r>
        <w:br/>
      </w:r>
      <w:r>
        <w:t xml:space="preserve">    (a) the act of recognizing difference</w:t>
      </w:r>
      <w:r>
        <w:br/>
      </w:r>
      <w:r>
        <w:t xml:space="preserve">    (b) someone who expresses disapproval</w:t>
      </w:r>
      <w:r>
        <w:br/>
      </w:r>
      <w:r>
        <w:t xml:space="preserve">    (c) argument in protest or opposition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glad they were such fine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specimens</w:t>
      </w:r>
      <w:r>
        <w:rPr>
          <w:b/>
          <w:bCs/>
        </w:rPr>
        <w:t xml:space="preserve">—all perfect.</w:t>
      </w:r>
      <w:r>
        <w:br/>
      </w:r>
      <w:r>
        <w:t xml:space="preserve">    (a) jobs, reservations, bookings, or activities</w:t>
      </w:r>
      <w:r>
        <w:br/>
      </w:r>
      <w:r>
        <w:t xml:space="preserve">    (b) males, females, or various trans categories</w:t>
      </w:r>
      <w:r>
        <w:br/>
      </w:r>
      <w:r>
        <w:t xml:space="preserve">    (c) examples regarded as typical of their class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began some carefully worded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inquiries</w:t>
      </w:r>
      <w:r>
        <w:rPr>
          <w:b/>
          <w:bCs/>
        </w:rPr>
        <w:t xml:space="preserve"> </w:t>
      </w:r>
      <w:r>
        <w:rPr>
          <w:b/>
          <w:bCs/>
        </w:rPr>
        <w:t xml:space="preserve">as to her experience in the mill and her opinion of the work.</w:t>
      </w:r>
      <w:r>
        <w:br/>
      </w:r>
      <w:r>
        <w:t xml:space="preserve">    (a) reasons for doing something</w:t>
      </w:r>
      <w:r>
        <w:br/>
      </w:r>
      <w:r>
        <w:t xml:space="preserve">    (b) social events or ceremonies</w:t>
      </w:r>
      <w:r>
        <w:br/>
      </w:r>
      <w:r>
        <w:t xml:space="preserve">    (c) questions or investigations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explanation of how the girl came to be riding in his car that Sunday morning was neither as full nor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as Miss Lydia could have wished; yet it did recognize the impropriety of the act, and was, in so far, satisfactory.</w:t>
      </w:r>
      <w:r>
        <w:br/>
      </w:r>
      <w:r>
        <w:t xml:space="preserve">    (a) suffering from too few red blood cells</w:t>
      </w:r>
      <w:r>
        <w:br/>
      </w:r>
      <w:r>
        <w:br/>
      </w:r>
      <w:r>
        <w:t xml:space="preserve">or (less commonly):  lacking vitality</w:t>
      </w:r>
      <w:r>
        <w:br/>
      </w:r>
      <w:r>
        <w:t xml:space="preserve">    (b) feeling or expressing sorrow for having done wrong; or a person who does such</w:t>
      </w:r>
      <w:r>
        <w:br/>
      </w:r>
      <w:r>
        <w:t xml:space="preserve">    (c) having the characteristic of or relating to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"Oh, John!" she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reprovingly</w:t>
      </w:r>
      <w:r>
        <w:rPr>
          <w:b/>
          <w:bCs/>
        </w:rPr>
        <w:t xml:space="preserve">, 'Daily bread' is all we have anything to do with.</w:t>
      </w:r>
      <w:r>
        <w:br/>
      </w:r>
      <w:r>
        <w:t xml:space="preserve">    (a) with great annoyance</w:t>
      </w:r>
      <w:r>
        <w:br/>
      </w:r>
      <w:r>
        <w:t xml:space="preserve">    (b) in a critical manner</w:t>
      </w:r>
      <w:r>
        <w:br/>
      </w:r>
      <w:r>
        <w:t xml:space="preserve">    (c) in a wasteful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thought that my wishing and—</w:t>
      </w:r>
      <w:r>
        <w:rPr>
          <w:b/>
          <w:bCs/>
          <w:u w:val="single"/>
        </w:rPr>
        <w:t xml:space="preserve">aspiring</w:t>
      </w:r>
      <w:r>
        <w:rPr>
          <w:b/>
          <w:bCs/>
        </w:rPr>
        <w:t xml:space="preserve">—would ever bring me such as that, I'd sure try.</w:t>
      </w:r>
      <w:r>
        <w:br/>
      </w:r>
      <w:r>
        <w:t xml:space="preserve">    (a) attractive or desirable</w:t>
      </w:r>
      <w:r>
        <w:br/>
      </w:r>
      <w:r>
        <w:t xml:space="preserve">    (b) hoping to be successful</w:t>
      </w:r>
      <w:r>
        <w:br/>
      </w:r>
      <w:r>
        <w:t xml:space="preserve">    (c) predicting or revealing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"concrete form" she imagined might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allude</w:t>
      </w:r>
      <w:r>
        <w:rPr>
          <w:b/>
          <w:bCs/>
        </w:rPr>
        <w:t xml:space="preserve"> </w:t>
      </w:r>
      <w:r>
        <w:rPr>
          <w:b/>
          <w:bCs/>
        </w:rPr>
        <w:t xml:space="preserve">to the fact that Miss Sessions had a better figure than she.</w:t>
      </w:r>
      <w:r>
        <w:br/>
      </w:r>
      <w:r>
        <w:t xml:space="preserve">    (a) select (on a computer screen)</w:t>
      </w:r>
      <w:r>
        <w:br/>
      </w:r>
      <w:r>
        <w:t xml:space="preserve">    (b) to make an indirect reference</w:t>
      </w:r>
      <w:r>
        <w:br/>
      </w:r>
      <w:r>
        <w:t xml:space="preserve">    (c) consume or destroy completely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vigorous</w:t>
      </w:r>
      <w:r>
        <w:rPr>
          <w:b/>
          <w:bCs/>
        </w:rPr>
        <w:t xml:space="preserve"> </w:t>
      </w:r>
      <w:r>
        <w:rPr>
          <w:b/>
          <w:bCs/>
        </w:rPr>
        <w:t xml:space="preserve">young frame resisted valiantly; yet the Saturday half-holiday, the Sunday of rest, could scarcely renew her for the exorbitant hours of mechanical toil.</w:t>
      </w:r>
      <w:r>
        <w:br/>
      </w:r>
      <w:r>
        <w:t xml:space="preserve">    (a) uncultivated grasslands</w:t>
      </w:r>
      <w:r>
        <w:br/>
      </w:r>
      <w:r>
        <w:t xml:space="preserve">    (b) with strength or energy</w:t>
      </w:r>
      <w:r>
        <w:br/>
      </w:r>
      <w:r>
        <w:t xml:space="preserve">    (c) lowered moral standards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not without a healthy young woman's relish for this sort of admiration; but Shade Buckheath's proposal came with so little grace, in such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form, that she scarcely recognized it.</w:t>
      </w:r>
      <w:r>
        <w:br/>
      </w:r>
      <w:r>
        <w:t xml:space="preserve">    (a) not thoughtful about the past</w:t>
      </w:r>
      <w:r>
        <w:br/>
      </w:r>
      <w:r>
        <w:t xml:space="preserve">    (b) not able to be disagreed with</w:t>
      </w:r>
      <w:r>
        <w:br/>
      </w:r>
      <w:r>
        <w:t xml:space="preserve">    (c) evil, harmful, or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porch edge he strove to recover himself, failed, and with a short, coughing groan, pitched down the steps and lay,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mass, at their foot.</w:t>
      </w:r>
      <w:r>
        <w:br/>
      </w:r>
      <w:r>
        <w:t xml:space="preserve">    (a) unmoving, inactive, or unable to move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slow, lethargic, or without interest</w:t>
      </w:r>
      <w:r>
        <w:br/>
      </w:r>
      <w:r>
        <w:br/>
      </w:r>
      <w:r>
        <w:t xml:space="preserve">or (in chemistry/medicine):</w:t>
      </w:r>
      <w:r>
        <w:br/>
      </w:r>
      <w:r>
        <w:br/>
      </w:r>
      <w:r>
        <w:t xml:space="preserve">chemically inactive (not having an effect)</w:t>
      </w:r>
      <w:r>
        <w:br/>
      </w:r>
      <w:r>
        <w:t xml:space="preserve">    (b) the quality or degree of being straightforward or clear (sometimes indicating that truth is not worded carefully to spare feelings or gain advantage)</w:t>
      </w:r>
      <w:r>
        <w:br/>
      </w:r>
      <w:r>
        <w:t xml:space="preserve">    (c) the degree to which a performance of or to someone else's work lends itself to the expression of personal artistic ideas or feelings by the performer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Pap Himes looked at her, at the beads, and gave the fierce,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, ludicrously futile growl of a thwarted, perplexed animal.</w:t>
      </w:r>
      <w:r>
        <w:br/>
      </w:r>
      <w:r>
        <w:t xml:space="preserve">    (a) unable to express oneself clearly; or not expressed clearly</w:t>
      </w:r>
      <w:r>
        <w:br/>
      </w:r>
      <w:r>
        <w:t xml:space="preserve">    (b) tendency to be direct in a disagreeable, insensitive manner</w:t>
      </w:r>
      <w:r>
        <w:br/>
      </w:r>
      <w:r>
        <w:t xml:space="preserve">    (c) the degree or quality of being exactly vertical or straight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sat for some time silent, with introverted gaze, Johnnie with difficulty restraining her impatience,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forbearing</w:t>
      </w:r>
      <w:r>
        <w:rPr>
          <w:b/>
          <w:bCs/>
        </w:rPr>
        <w:t xml:space="preserve"> </w:t>
      </w:r>
      <w:r>
        <w:rPr>
          <w:b/>
          <w:bCs/>
        </w:rPr>
        <w:t xml:space="preserve">to break in upon his meditation.</w:t>
      </w:r>
      <w:r>
        <w:br/>
      </w:r>
      <w:r>
        <w:t xml:space="preserve">    (a) able to be restored to good condition</w:t>
      </w:r>
      <w:r>
        <w:br/>
      </w:r>
      <w:r>
        <w:t xml:space="preserve">    (b) refraining (holding back) from acting</w:t>
      </w:r>
      <w:r>
        <w:br/>
      </w:r>
      <w:r>
        <w:t xml:space="preserve">    (c) not bouncing back light/heat/sound...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2026-07-31T16:04:47Z</dcterms:created>
  <dcterms:modified xsi:type="dcterms:W3CDTF">2026-07-31T16:04:47Z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