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98525a90cf033f9ef71cf27a0cca0de551936f"/>
    <w:p>
      <w:pPr>
        <w:pStyle w:val="Heading1"/>
      </w:pPr>
      <w:r>
        <w:rPr>
          <w:b/>
          <w:bCs/>
        </w:rPr>
        <w:t xml:space="preserve">The Portrait of a Lady - Volumes 1 &amp; 2</w:t>
      </w:r>
      <w:r>
        <w:br/>
      </w:r>
      <w:r>
        <w:rPr>
          <w:i/>
          <w:iCs/>
        </w:rPr>
        <w:t xml:space="preserve">Henry James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the danger of the noted "thinness"—which was to be averted, tooth and nail,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lively.</w:t>
      </w:r>
      <w:r>
        <w:br/>
      </w:r>
      <w:r>
        <w:t xml:space="preserve">    (a) an unsettled state of mind (nervous or uncomfortable)</w:t>
      </w:r>
      <w:r>
        <w:br/>
      </w:r>
      <w:r>
        <w:t xml:space="preserve">    (b) development, growth, or preparation for growing crops</w:t>
      </w:r>
      <w:r>
        <w:br/>
      </w:r>
      <w:r>
        <w:t xml:space="preserve">    (c) a power plant that produces energy by splitting atoms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way of her own, of which she was so fond, was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intrinsically</w:t>
      </w:r>
      <w:r>
        <w:rPr>
          <w:b/>
          <w:bCs/>
        </w:rPr>
        <w:t xml:space="preserve"> </w:t>
      </w:r>
      <w:r>
        <w:rPr>
          <w:b/>
          <w:bCs/>
        </w:rPr>
        <w:t xml:space="preserve">offensive—it was just unmistakeably distinguished from the ways of others.</w:t>
      </w:r>
      <w:r>
        <w:br/>
      </w:r>
      <w:r>
        <w:t xml:space="preserve">    (a) in a manner related to the very nature of something</w:t>
      </w:r>
      <w:r>
        <w:br/>
      </w:r>
      <w:r>
        <w:t xml:space="preserve">    (b) in a manner that is very bad (deserving no respect)</w:t>
      </w:r>
      <w:r>
        <w:br/>
      </w:r>
      <w:r>
        <w:t xml:space="preserve">    (c) in a manner that spreads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on the list was a conviction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vulgarity</w:t>
      </w:r>
      <w:r>
        <w:rPr>
          <w:b/>
          <w:bCs/>
        </w:rPr>
        <w:t xml:space="preserve"> </w:t>
      </w:r>
      <w:r>
        <w:rPr>
          <w:b/>
          <w:bCs/>
        </w:rPr>
        <w:t xml:space="preserve">of thinking too much of it.</w:t>
      </w:r>
      <w:r>
        <w:br/>
      </w:r>
      <w:r>
        <w:t xml:space="preserve">    (a) a general feeling of not being as good as others</w:t>
      </w:r>
      <w:r>
        <w:br/>
      </w:r>
      <w:r>
        <w:t xml:space="preserve">    (b) bad taste (crude, offensive, or unsophisticated)</w:t>
      </w:r>
      <w:r>
        <w:br/>
      </w:r>
      <w:r>
        <w:t xml:space="preserve">    (c) the act, process, or instance of telling a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of an inquisitive disposition, though you mightn't think it if you were to watch me: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much you might watch me I should be watching you more.</w:t>
      </w:r>
      <w:r>
        <w:br/>
      </w:r>
      <w:r>
        <w:t xml:space="preserve">    (a) people who are good at or spend much time studying, thinking, and reasoning</w:t>
      </w:r>
      <w:r>
        <w:br/>
      </w:r>
      <w:r>
        <w:t xml:space="preserve">    (b) regardless of how</w:t>
      </w:r>
      <w:r>
        <w:br/>
      </w:r>
      <w:r>
        <w:t xml:space="preserve">    (c) aka analysis -- psychiatric treatment; or a theory of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that might be, the girl had in these days a thousand uses for her sense of the romantic, which was more active than it had ever been.</w:t>
      </w:r>
      <w:r>
        <w:br/>
      </w:r>
      <w:r>
        <w:t xml:space="preserve">    (a) starts fighting</w:t>
      </w:r>
      <w:r>
        <w:br/>
      </w:r>
      <w:r>
        <w:t xml:space="preserve">    (b) in whatever way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brief, extremely personal gaze,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deeper meanings passed between them than they were conscious of at the moment.</w:t>
      </w:r>
      <w:r>
        <w:br/>
      </w:r>
      <w:r>
        <w:t xml:space="preserve">    (a) therefore (for that reason)</w:t>
      </w:r>
      <w:r>
        <w:br/>
      </w:r>
      <w:r>
        <w:t xml:space="preserve">    (b) though (used to connect contrasting ideas)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played no social part as mistress of Gardencourt, and it was not to be supposed that, in the surrounding country,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account should be kept of her comings and goings.</w:t>
      </w:r>
      <w:r>
        <w:br/>
      </w:r>
      <w:r>
        <w:t xml:space="preserve">    (a) detailed</w:t>
      </w:r>
      <w:r>
        <w:br/>
      </w:r>
      <w:r>
        <w:t xml:space="preserve">    (b) the quality of holding something back or holding others down through oppression</w:t>
      </w:r>
      <w:r>
        <w:br/>
      </w:r>
      <w:r>
        <w:t xml:space="preserve">    (c)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travelled over the whole American continent and can at least find her way about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island.</w:t>
      </w:r>
      <w:r>
        <w:br/>
      </w:r>
      <w:r>
        <w:t xml:space="preserve">    (a) awake</w:t>
      </w:r>
      <w:r>
        <w:br/>
      </w:r>
      <w:r>
        <w:t xml:space="preserve">    (b) exact</w:t>
      </w:r>
      <w:r>
        <w:br/>
      </w:r>
      <w:r>
        <w:t xml:space="preserve">    (c) small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accused him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want of seriousness, of laughing at all things, beginning with himself.</w:t>
      </w:r>
      <w:r>
        <w:br/>
      </w:r>
      <w:r>
        <w:t xml:space="preserve">    (a) extremely unpleasant, disgusting, dislikable, or worthy of hate</w:t>
      </w:r>
      <w:r>
        <w:br/>
      </w:r>
      <w:r>
        <w:t xml:space="preserve">    (b) the degree to which something is able to change or is different</w:t>
      </w:r>
      <w:r>
        <w:br/>
      </w:r>
      <w:r>
        <w:t xml:space="preserve">    (c) not trustworthy, or improper, or attracting unwelcome attention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 nevertheless made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</w:t>
      </w:r>
      <w:r>
        <w:rPr>
          <w:b/>
          <w:bCs/>
        </w:rPr>
        <w:t xml:space="preserve"> </w:t>
      </w:r>
      <w:r>
        <w:rPr>
          <w:b/>
          <w:bCs/>
        </w:rPr>
        <w:t xml:space="preserve">of abounding in her cousin's sense and pretending to sigh for the charms of her native land.</w:t>
      </w:r>
      <w:r>
        <w:br/>
      </w:r>
      <w:r>
        <w:t xml:space="preserve">    (a) an ethical or moral principle that discourages certain kinds of action</w:t>
      </w:r>
      <w:r>
        <w:br/>
      </w:r>
      <w:r>
        <w:t xml:space="preserve">    (b) to stick out, attract more attention than desired, or impose on others</w:t>
      </w:r>
      <w:r>
        <w:br/>
      </w:r>
      <w:r>
        <w:t xml:space="preserve">    (c) speak in a manner that does not clearly express an opinion or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must be added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 </w:t>
      </w:r>
      <w:r>
        <w:rPr>
          <w:b/>
          <w:bCs/>
        </w:rPr>
        <w:t xml:space="preserve">that an incident had occurred which might have seemed to put her good-humour to the test.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in addition to what has just been said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Pray do; but I don't say I shall always think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remonstrance</w:t>
      </w:r>
      <w:r>
        <w:rPr>
          <w:b/>
          <w:bCs/>
        </w:rPr>
        <w:t xml:space="preserve"> </w:t>
      </w:r>
      <w:r>
        <w:rPr>
          <w:b/>
          <w:bCs/>
        </w:rPr>
        <w:t xml:space="preserve">just.</w:t>
      </w:r>
      <w:r>
        <w:br/>
      </w:r>
      <w:r>
        <w:t xml:space="preserve">    (a) someone who expresses disapproval</w:t>
      </w:r>
      <w:r>
        <w:br/>
      </w:r>
      <w:r>
        <w:t xml:space="preserve">    (b) the act of recognizing difference</w:t>
      </w:r>
      <w:r>
        <w:br/>
      </w:r>
      <w:r>
        <w:t xml:space="preserve">    (c) argument in protest or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about to take a step which would astonish all his friends and displease a great many of them, and which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superficially</w:t>
      </w:r>
      <w:r>
        <w:rPr>
          <w:b/>
          <w:bCs/>
        </w:rPr>
        <w:t xml:space="preserve"> </w:t>
      </w:r>
      <w:r>
        <w:rPr>
          <w:b/>
          <w:bCs/>
        </w:rPr>
        <w:t xml:space="preserve">nothing to recommend it.</w:t>
      </w:r>
      <w:r>
        <w:br/>
      </w:r>
      <w:r>
        <w:t xml:space="preserve">    (a) with nervousness or discomfort felt by someone due to concern about what others will think of them</w:t>
      </w:r>
      <w:r>
        <w:br/>
      </w:r>
      <w:r>
        <w:t xml:space="preserve">    (b) in a manner that is not appropriate or different than would be expected in size, amount, or degree</w:t>
      </w:r>
      <w:r>
        <w:br/>
      </w:r>
      <w:r>
        <w:t xml:space="preserve">    (c) relating to a surface rather than to anything deep or penetrating (often of injuries or thinking)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Lord Warburton was at a loss; he had not been made acquainted with Miss Stackpole's professional character and failed to catch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</w:t>
      </w:r>
      <w:r>
        <w:rPr>
          <w:b/>
          <w:bCs/>
        </w:rPr>
        <w:t xml:space="preserve">.</w:t>
      </w:r>
      <w:r>
        <w:br/>
      </w:r>
      <w:r>
        <w:t xml:space="preserve">    (a) long eventful journey</w:t>
      </w:r>
      <w:r>
        <w:br/>
      </w:r>
      <w:r>
        <w:t xml:space="preserve">    (b) a nerve or brain cell</w:t>
      </w:r>
      <w:r>
        <w:br/>
      </w:r>
      <w:r>
        <w:t xml:space="preserve">    (c) an indirect reference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"There's not the slightest need of your walking alone," Mr. Bantling gaily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.</w:t>
      </w:r>
      <w:r>
        <w:br/>
      </w:r>
      <w:r>
        <w:t xml:space="preserve">    (a) (verb) drew pictures to accompany  OR  (adjective) accompanied by pictures</w:t>
      </w:r>
      <w:r>
        <w:br/>
      </w:r>
      <w:r>
        <w:t xml:space="preserve">    (b) to insert between other elements; or to interrupt or stop action by others</w:t>
      </w:r>
      <w:r>
        <w:br/>
      </w:r>
      <w:r>
        <w:t xml:space="preserve">    (c) not justified or explained as an understandable reaction to another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many of these amiable colonists Mrs. Touchett was intimate; she shared their expatriation,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, their pastimes, their ennui.</w:t>
      </w:r>
      <w:r>
        <w:br/>
      </w:r>
      <w:r>
        <w:t xml:space="preserve">    (a) not working or not operating</w:t>
      </w:r>
      <w:r>
        <w:br/>
      </w:r>
      <w:r>
        <w:t xml:space="preserve">    (b) a strong, firmly held belief</w:t>
      </w:r>
      <w:r>
        <w:br/>
      </w:r>
      <w:r>
        <w:t xml:space="preserve">    (c) calculates or judges too 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know I asked you some time ago never to speak to me of a creature who shouldn't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that description.</w:t>
      </w:r>
      <w:r>
        <w:br/>
      </w:r>
      <w:r>
        <w:t xml:space="preserve">    (a) connect or fit together by being equivalent, proportionate, or matched</w:t>
      </w:r>
      <w:r>
        <w:br/>
      </w:r>
      <w:r>
        <w:t xml:space="preserve">    (b) to stick out, attract more attention than desired, or impose on others</w:t>
      </w:r>
      <w:r>
        <w:br/>
      </w:r>
      <w:r>
        <w:t xml:space="preserve">    (c) speak in a manner that does not clearly express an opinion or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imagine braver things than spending the winter in Paris—Paris had sides by which it so resembled New York, Paris was like smart, neat prose—and her close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with Madame Merle did much to stimulate such flights.</w:t>
      </w:r>
      <w:r>
        <w:br/>
      </w:r>
      <w:r>
        <w:t xml:space="preserve">    (a) Nazi organization for children aged 10 to 18</w:t>
      </w:r>
      <w:r>
        <w:br/>
      </w:r>
      <w:r>
        <w:t xml:space="preserve">    (b) communication by written letters or messages</w:t>
      </w:r>
      <w:r>
        <w:br/>
      </w:r>
      <w:r>
        <w:t xml:space="preserve">    (c)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Ralph had arrived more dead than alive, but she had managed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him to Gardencourt, where he had taken to his bed, which, as Miss Stackpole wrote, he evidently would never leave again.</w:t>
      </w:r>
      <w:r>
        <w:br/>
      </w:r>
      <w:r>
        <w:t xml:space="preserve">    (a) collision</w:t>
      </w:r>
      <w:r>
        <w:br/>
      </w:r>
      <w:r>
        <w:t xml:space="preserve">    (b) transport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laid her hand on Pansy's as if to let her know that her look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no diminution of esteem; for the collapse of the girl's momentary resistance (mute and modest thought it had been) seemed only her tribute to the truth of things.</w:t>
      </w:r>
      <w:r>
        <w:br/>
      </w:r>
      <w:r>
        <w:t xml:space="preserve">    (a) was abundant or plentiful</w:t>
      </w:r>
      <w:r>
        <w:br/>
      </w:r>
      <w:r>
        <w:t xml:space="preserve">    (b) communicated or expressed</w:t>
      </w:r>
      <w:r>
        <w:br/>
      </w:r>
      <w:r>
        <w:t xml:space="preserve">    (c) thought -- possibly aloud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2026-05-20T12:48:00Z</dcterms:created>
  <dcterms:modified xsi:type="dcterms:W3CDTF">2026-05-20T12:48:00Z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