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093d3148ba0ff5adafab4749082fef5c297fb6"/>
    <w:p>
      <w:pPr>
        <w:pStyle w:val="Heading1"/>
      </w:pPr>
      <w:r>
        <w:rPr>
          <w:b/>
          <w:bCs/>
        </w:rPr>
        <w:t xml:space="preserve">The Portrait of a Lady - Volume 2</w:t>
      </w:r>
      <w:r>
        <w:br/>
      </w:r>
      <w:r>
        <w:rPr>
          <w:i/>
          <w:iCs/>
        </w:rPr>
        <w:t xml:space="preserve">Henry James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not talking</w:t>
      </w:r>
      <w:r>
        <w:br/>
      </w:r>
      <w:r>
        <w:t xml:space="preserve">    (b) being discouraging</w:t>
      </w:r>
      <w:r>
        <w:br/>
      </w:r>
      <w:r>
        <w:t xml:space="preserve">    (c) indirectly referring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understand</w:t>
      </w:r>
      <w:r>
        <w:br/>
      </w:r>
      <w:r>
        <w:t xml:space="preserve">    (b) express</w:t>
      </w:r>
      <w:r>
        <w:br/>
      </w:r>
      <w:r>
        <w:t xml:space="preserve">    (c)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hired a carriage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us to the city.</w:t>
      </w:r>
      <w:r>
        <w:br/>
      </w:r>
      <w:r>
        <w:t xml:space="preserve">    (a) give service of</w:t>
      </w:r>
      <w:r>
        <w:br/>
      </w:r>
      <w:r>
        <w:t xml:space="preserve">    (b) transport</w:t>
      </w:r>
      <w:r>
        <w:br/>
      </w:r>
      <w:r>
        <w:t xml:space="preserve">    (c) explain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 up in class with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said, "I believe animals deserve to be treated kindly, no matter what."</w:t>
      </w:r>
      <w:r>
        <w:br/>
      </w:r>
      <w:r>
        <w:t xml:space="preserve">    (a) raised voice</w:t>
      </w:r>
      <w:r>
        <w:br/>
      </w:r>
      <w:r>
        <w:t xml:space="preserve">    (b) shaky voice</w:t>
      </w:r>
      <w:r>
        <w:br/>
      </w:r>
      <w:r>
        <w:t xml:space="preserve">    (c) firm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bones in a bat's wing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to those in a human forearm.</w:t>
      </w:r>
      <w:r>
        <w:br/>
      </w:r>
      <w:r>
        <w:t xml:space="preserve">    (a) are equivalent</w:t>
      </w:r>
      <w:r>
        <w:br/>
      </w:r>
      <w:r>
        <w:t xml:space="preserve">    (b) are unrelated</w:t>
      </w:r>
      <w:r>
        <w:br/>
      </w:r>
      <w:r>
        <w:t xml:space="preserve">    (c) are opposite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either of you have copies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?</w:t>
      </w:r>
      <w:r>
        <w:br/>
      </w:r>
      <w:r>
        <w:t xml:space="preserve">    (a) pictures or drawings</w:t>
      </w:r>
      <w:r>
        <w:br/>
      </w:r>
      <w:r>
        <w:t xml:space="preserve">    (b) instructions</w:t>
      </w:r>
      <w:r>
        <w:br/>
      </w:r>
      <w:r>
        <w:t xml:space="preserve">    (c) letters or emails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Creativity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.</w:t>
      </w:r>
      <w:r>
        <w:br/>
      </w:r>
      <w:r>
        <w:t xml:space="preserve">    (a) useful</w:t>
      </w:r>
      <w:r>
        <w:br/>
      </w:r>
      <w:r>
        <w:t xml:space="preserve">    (b) risky or dangerous</w:t>
      </w:r>
      <w:r>
        <w:br/>
      </w:r>
      <w:r>
        <w:t xml:space="preserve">    (c) developed or grown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will split everything between the children, but left no instructions regarding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 </w:t>
      </w:r>
      <w:r>
        <w:rPr>
          <w:b/>
          <w:bCs/>
        </w:rPr>
        <w:t xml:space="preserve">of her home and art.</w:t>
      </w:r>
      <w:r>
        <w:br/>
      </w:r>
      <w:r>
        <w:t xml:space="preserve">    (a) the transfer of ownership</w:t>
      </w:r>
      <w:r>
        <w:br/>
      </w:r>
      <w:r>
        <w:t xml:space="preserve">    (b) preservation</w:t>
      </w:r>
      <w:r>
        <w:br/>
      </w:r>
      <w:r>
        <w:t xml:space="preserve">    (c) refurbishing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that country, you are unlikely to find an official who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disposed</w:t>
      </w:r>
      <w:r>
        <w:rPr>
          <w:b/>
          <w:bCs/>
        </w:rPr>
        <w:t xml:space="preserve"> </w:t>
      </w:r>
      <w:r>
        <w:rPr>
          <w:b/>
          <w:bCs/>
        </w:rPr>
        <w:t xml:space="preserve">to help you unless you offer a bribe.</w:t>
      </w:r>
      <w:r>
        <w:br/>
      </w:r>
      <w:r>
        <w:t xml:space="preserve">    (a) able</w:t>
      </w:r>
      <w:r>
        <w:br/>
      </w:r>
      <w:r>
        <w:t xml:space="preserve">    (b) ordered</w:t>
      </w:r>
      <w:r>
        <w:br/>
      </w:r>
      <w:r>
        <w:t xml:space="preserve">    (c) inclined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patience or tolerance</w:t>
      </w:r>
      <w:r>
        <w:br/>
      </w:r>
      <w:r>
        <w:t xml:space="preserve">    (c) financial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also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even if in a non-standard manner</w:t>
      </w:r>
      <w:r>
        <w:br/>
      </w:r>
      <w:r>
        <w:t xml:space="preserve">    (b) whatever way</w:t>
      </w:r>
      <w:r>
        <w:br/>
      </w:r>
      <w:r>
        <w:t xml:space="preserve">    (c) to whatever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ingenious</w:t>
      </w:r>
      <w:r>
        <w:rPr>
          <w:b/>
          <w:bCs/>
        </w:rPr>
        <w:t xml:space="preserve"> </w:t>
      </w:r>
      <w:r>
        <w:rPr>
          <w:b/>
          <w:bCs/>
        </w:rPr>
        <w:t xml:space="preserve">plan let the class finish the project with only a few supplies.</w:t>
      </w:r>
      <w:r>
        <w:br/>
      </w:r>
      <w:r>
        <w:t xml:space="preserve">    (a) quick but careless</w:t>
      </w:r>
      <w:r>
        <w:br/>
      </w:r>
      <w:r>
        <w:t xml:space="preserve">    (b) clever and original</w:t>
      </w:r>
      <w:r>
        <w:br/>
      </w:r>
      <w:r>
        <w:t xml:space="preserve">    (c) plain and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inserted</w:t>
      </w:r>
      <w:r>
        <w:br/>
      </w:r>
      <w:r>
        <w:t xml:space="preserve">    (b) hidden</w:t>
      </w:r>
      <w:r>
        <w:br/>
      </w:r>
      <w:r>
        <w:t xml:space="preserve">    (c) been 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subtle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intimation</w:t>
      </w:r>
      <w:r>
        <w:rPr>
          <w:b/>
          <w:bCs/>
        </w:rPr>
        <w:t xml:space="preserve"> </w:t>
      </w:r>
      <w:r>
        <w:rPr>
          <w:b/>
          <w:bCs/>
        </w:rPr>
        <w:t xml:space="preserve">in her tone that suggested she knew more about the situation than she was letting on.</w:t>
      </w:r>
      <w:r>
        <w:br/>
      </w:r>
      <w:r>
        <w:t xml:space="preserve">    (a) fear or panic</w:t>
      </w:r>
      <w:r>
        <w:br/>
      </w:r>
      <w:r>
        <w:t xml:space="preserve">    (b) hint or indication</w:t>
      </w:r>
      <w:r>
        <w:br/>
      </w:r>
      <w:r>
        <w:t xml:space="preserve">    (c) warning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Curiosity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intrinsic</w:t>
      </w:r>
      <w:r>
        <w:rPr>
          <w:b/>
          <w:bCs/>
        </w:rPr>
        <w:t xml:space="preserve"> </w:t>
      </w:r>
      <w:r>
        <w:rPr>
          <w:b/>
          <w:bCs/>
        </w:rPr>
        <w:t xml:space="preserve">part of learning.</w:t>
      </w:r>
      <w:r>
        <w:br/>
      </w:r>
      <w:r>
        <w:t xml:space="preserve">    (a) easily removed</w:t>
      </w:r>
      <w:r>
        <w:br/>
      </w:r>
      <w:r>
        <w:t xml:space="preserve">    (b) recently added</w:t>
      </w:r>
      <w:r>
        <w:br/>
      </w:r>
      <w:r>
        <w:t xml:space="preserve">    (c) built-in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as a result of that</w:t>
      </w:r>
      <w:r>
        <w:br/>
      </w:r>
      <w:r>
        <w:t xml:space="preserve">    (b) in contrast to that</w:t>
      </w:r>
      <w:r>
        <w:br/>
      </w:r>
      <w:r>
        <w:t xml:space="preserve">    (c) in addition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promise</w:t>
      </w:r>
      <w:r>
        <w:br/>
      </w:r>
      <w:r>
        <w:t xml:space="preserve">    (b) protest</w:t>
      </w:r>
      <w:r>
        <w:br/>
      </w:r>
      <w:r>
        <w:t xml:space="preserve">    (c) explain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firmness of purpose</w:t>
      </w:r>
      <w:r>
        <w:br/>
      </w:r>
      <w:r>
        <w:t xml:space="preserve">    (b) principles that discourage certain kinds of action</w:t>
      </w:r>
      <w:r>
        <w:br/>
      </w:r>
      <w:r>
        <w:t xml:space="preserve">    (c) known facts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 </w:t>
      </w:r>
      <w:r>
        <w:rPr>
          <w:b/>
          <w:bCs/>
        </w:rPr>
        <w:t xml:space="preserve">jokes embarrassed everyone at the formal dinner party.</w:t>
      </w:r>
      <w:r>
        <w:br/>
      </w:r>
      <w:r>
        <w:t xml:space="preserve">    (a) stale</w:t>
      </w:r>
      <w:r>
        <w:br/>
      </w:r>
      <w:r>
        <w:t xml:space="preserve">    (b) crude</w:t>
      </w:r>
      <w:r>
        <w:br/>
      </w:r>
      <w:r>
        <w:t xml:space="preserve">    (c) clever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2026-07-31T17:11:19Z</dcterms:created>
  <dcterms:modified xsi:type="dcterms:W3CDTF">2026-07-31T17:11:19Z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