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9170772844be6e3110a2f53b1952c530f6c72d"/>
    <w:p>
      <w:pPr>
        <w:pStyle w:val="Heading1"/>
      </w:pPr>
      <w:r>
        <w:rPr>
          <w:b/>
          <w:bCs/>
        </w:rPr>
        <w:t xml:space="preserve">The Portrait of a Lady - Volume 2</w:t>
      </w:r>
      <w:r>
        <w:br/>
      </w:r>
      <w:r>
        <w:rPr>
          <w:i/>
          <w:iCs/>
        </w:rPr>
        <w:t xml:space="preserve">Henry James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British accent turned out to be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affectation</w:t>
      </w:r>
      <w:r>
        <w:rPr>
          <w:b/>
          <w:bCs/>
        </w:rPr>
        <w:t xml:space="preserve"> </w:t>
      </w:r>
      <w:r>
        <w:rPr>
          <w:b/>
          <w:bCs/>
        </w:rPr>
        <w:t xml:space="preserve">he picked up in college.</w:t>
      </w:r>
      <w:r>
        <w:br/>
      </w:r>
      <w:r>
        <w:t xml:space="preserve">    (a) fake mannerism</w:t>
      </w:r>
      <w:r>
        <w:br/>
      </w:r>
      <w:r>
        <w:t xml:space="preserve">    (b) honest trait</w:t>
      </w:r>
      <w:r>
        <w:br/>
      </w:r>
      <w:r>
        <w:t xml:space="preserve">    (c) old hobby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Hitler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annexed</w:t>
      </w:r>
      <w:r>
        <w:rPr>
          <w:b/>
          <w:bCs/>
        </w:rPr>
        <w:t xml:space="preserve"> </w:t>
      </w:r>
      <w:r>
        <w:rPr>
          <w:b/>
          <w:bCs/>
        </w:rPr>
        <w:t xml:space="preserve">Lithuania.</w:t>
      </w:r>
      <w:r>
        <w:br/>
      </w:r>
      <w:r>
        <w:t xml:space="preserve">    (a) threatened (possibly indirectly)</w:t>
      </w:r>
      <w:r>
        <w:br/>
      </w:r>
      <w:r>
        <w:t xml:space="preserve">    (b) defeated (as a result of a large, mechanized invasion)</w:t>
      </w:r>
      <w:r>
        <w:br/>
      </w:r>
      <w:r>
        <w:t xml:space="preserve">    (c) took (a territory to make it part of a larger territory)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innovative approach to solving problems earned her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 </w:t>
      </w:r>
      <w:r>
        <w:rPr>
          <w:b/>
          <w:bCs/>
        </w:rPr>
        <w:t xml:space="preserve">of her peers.</w:t>
      </w:r>
      <w:r>
        <w:br/>
      </w:r>
      <w:r>
        <w:t xml:space="preserve">    (a) sympathy</w:t>
      </w:r>
      <w:r>
        <w:br/>
      </w:r>
      <w:r>
        <w:t xml:space="preserve">    (b) distrust</w:t>
      </w:r>
      <w:r>
        <w:br/>
      </w:r>
      <w:r>
        <w:t xml:space="preserve">    (c) 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 thread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continuity</w:t>
      </w:r>
      <w:r>
        <w:rPr>
          <w:b/>
          <w:bCs/>
        </w:rPr>
        <w:t xml:space="preserve"> </w:t>
      </w:r>
      <w:r>
        <w:rPr>
          <w:b/>
          <w:bCs/>
        </w:rPr>
        <w:t xml:space="preserve">my in nightmares.</w:t>
      </w:r>
      <w:r>
        <w:br/>
      </w:r>
      <w:r>
        <w:t xml:space="preserve">    (a) impossibility</w:t>
      </w:r>
      <w:r>
        <w:br/>
      </w:r>
      <w:r>
        <w:t xml:space="preserve">    (b) consistency</w:t>
      </w:r>
      <w:r>
        <w:br/>
      </w:r>
      <w:r>
        <w:t xml:space="preserve">    (c) danger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scatter</w:t>
      </w:r>
      <w:r>
        <w:br/>
      </w:r>
      <w:r>
        <w:t xml:space="preserve">    (b) represent</w:t>
      </w:r>
      <w:r>
        <w:br/>
      </w:r>
      <w:r>
        <w:t xml:space="preserve">    (c) confuse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stunned by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duplicity</w:t>
      </w:r>
      <w:r>
        <w:rPr>
          <w:b/>
          <w:bCs/>
        </w:rPr>
        <w:t xml:space="preserve">. I really thought she loved me.</w:t>
      </w:r>
      <w:r>
        <w:br/>
      </w:r>
      <w:r>
        <w:t xml:space="preserve">    (a) deception</w:t>
      </w:r>
      <w:r>
        <w:br/>
      </w:r>
      <w:r>
        <w:t xml:space="preserve">    (b) coldness</w:t>
      </w:r>
      <w:r>
        <w:br/>
      </w:r>
      <w:r>
        <w:t xml:space="preserve">    (c) attack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is your plan for emergency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egress</w:t>
      </w:r>
      <w:r>
        <w:rPr>
          <w:b/>
          <w:bCs/>
        </w:rPr>
        <w:t xml:space="preserve">.</w:t>
      </w:r>
      <w:r>
        <w:br/>
      </w:r>
      <w:r>
        <w:t xml:space="preserve">    (a) exit</w:t>
      </w:r>
      <w:r>
        <w:br/>
      </w:r>
      <w:r>
        <w:t xml:space="preserve">    (b) vehicles</w:t>
      </w:r>
      <w:r>
        <w:br/>
      </w:r>
      <w:r>
        <w:t xml:space="preserve">    (c) fires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essay is entitled, "The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Fallacy</w:t>
      </w:r>
      <w:r>
        <w:rPr>
          <w:b/>
          <w:bCs/>
        </w:rPr>
        <w:t xml:space="preserve"> </w:t>
      </w:r>
      <w:r>
        <w:rPr>
          <w:b/>
          <w:bCs/>
        </w:rPr>
        <w:t xml:space="preserve">of Finding Your One True Love."</w:t>
      </w:r>
      <w:r>
        <w:br/>
      </w:r>
      <w:r>
        <w:t xml:space="preserve">    (a) mistaken belief</w:t>
      </w:r>
      <w:r>
        <w:br/>
      </w:r>
      <w:r>
        <w:t xml:space="preserve">    (b) true happiness</w:t>
      </w:r>
      <w:r>
        <w:br/>
      </w:r>
      <w:r>
        <w:t xml:space="preserve">    (c) common saying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effect of music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ineffable</w:t>
      </w:r>
      <w:r>
        <w:rPr>
          <w:b/>
          <w:bCs/>
        </w:rPr>
        <w:t xml:space="preserve"> </w:t>
      </w:r>
      <w:r>
        <w:rPr>
          <w:b/>
          <w:bCs/>
        </w:rPr>
        <w:t xml:space="preserve">because we can't understand how it resonates within us.</w:t>
      </w:r>
      <w:r>
        <w:br/>
      </w:r>
      <w:r>
        <w:t xml:space="preserve">    (a) not important</w:t>
      </w:r>
      <w:r>
        <w:br/>
      </w:r>
      <w:r>
        <w:t xml:space="preserve">    (b) forgettable</w:t>
      </w:r>
      <w:r>
        <w:br/>
      </w:r>
      <w:r>
        <w:t xml:space="preserve">    (c) indescribable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latent</w:t>
      </w:r>
      <w:r>
        <w:rPr>
          <w:b/>
          <w:bCs/>
        </w:rPr>
        <w:t xml:space="preserve"> </w:t>
      </w:r>
      <w:r>
        <w:rPr>
          <w:b/>
          <w:bCs/>
        </w:rPr>
        <w:t xml:space="preserve">HPV infection reactivated when her immune system weakened with age.</w:t>
      </w:r>
      <w:r>
        <w:br/>
      </w:r>
      <w:r>
        <w:t xml:space="preserve">    (a) common</w:t>
      </w:r>
      <w:r>
        <w:br/>
      </w:r>
      <w:r>
        <w:t xml:space="preserve">    (b) inactive</w:t>
      </w:r>
      <w:r>
        <w:br/>
      </w:r>
      <w:r>
        <w:t xml:space="preserve">    (c) severe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poll tax was designed as a particularly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civil rights.</w:t>
      </w:r>
      <w:r>
        <w:br/>
      </w:r>
      <w:r>
        <w:t xml:space="preserve">    (a) harmful and hidden</w:t>
      </w:r>
      <w:r>
        <w:br/>
      </w:r>
      <w:r>
        <w:t xml:space="preserve">    (b) extremely devious</w:t>
      </w:r>
      <w:r>
        <w:br/>
      </w:r>
      <w:r>
        <w:t xml:space="preserve">    (c) extremely dislikable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Pernicious, r</w:t>
      </w:r>
      <w:r>
        <w:rPr>
          <w:b/>
          <w:bCs/>
        </w:rPr>
        <w:t xml:space="preserve">egulatory gridlock has already delayed the project for a decade.</w:t>
      </w:r>
      <w:r>
        <w:br/>
      </w:r>
      <w:r>
        <w:t xml:space="preserve">    (a) harmful</w:t>
      </w:r>
      <w:r>
        <w:br/>
      </w:r>
      <w:r>
        <w:t xml:space="preserve">    (b) careful</w:t>
      </w:r>
      <w:r>
        <w:br/>
      </w:r>
      <w:r>
        <w:t xml:space="preserve">    (c) wise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portentous</w:t>
      </w:r>
      <w:r>
        <w:rPr>
          <w:b/>
          <w:bCs/>
        </w:rPr>
        <w:t xml:space="preserve"> </w:t>
      </w:r>
      <w:r>
        <w:rPr>
          <w:b/>
          <w:bCs/>
        </w:rPr>
        <w:t xml:space="preserve">meeting of the year.</w:t>
      </w:r>
      <w:r>
        <w:br/>
      </w:r>
      <w:r>
        <w:t xml:space="preserve">    (a) important</w:t>
      </w:r>
      <w:r>
        <w:br/>
      </w:r>
      <w:r>
        <w:t xml:space="preserve">    (b) longest</w:t>
      </w:r>
      <w:r>
        <w:br/>
      </w:r>
      <w:r>
        <w:t xml:space="preserve">    (c) boring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merger, they concluded the office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redundant</w:t>
      </w:r>
      <w:r>
        <w:rPr>
          <w:b/>
          <w:bCs/>
        </w:rPr>
        <w:t xml:space="preserve">.</w:t>
      </w:r>
      <w:r>
        <w:br/>
      </w:r>
      <w:r>
        <w:t xml:space="preserve">    (a) less than what is required</w:t>
      </w:r>
      <w:r>
        <w:br/>
      </w:r>
      <w:r>
        <w:t xml:space="preserve">    (b) more than is needed or desired</w:t>
      </w:r>
      <w:r>
        <w:br/>
      </w:r>
      <w:r>
        <w:t xml:space="preserve">    (c) exactly fitting requirements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inadequate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remuneration</w:t>
      </w:r>
      <w:r>
        <w:rPr>
          <w:b/>
          <w:bCs/>
        </w:rPr>
        <w:t xml:space="preserve"> </w:t>
      </w:r>
      <w:r>
        <w:rPr>
          <w:b/>
          <w:bCs/>
        </w:rPr>
        <w:t xml:space="preserve">to make up for his expenses.</w:t>
      </w:r>
      <w:r>
        <w:br/>
      </w:r>
      <w:r>
        <w:t xml:space="preserve">    (a) payment</w:t>
      </w:r>
      <w:r>
        <w:br/>
      </w:r>
      <w:r>
        <w:t xml:space="preserve">    (b) payment</w:t>
      </w:r>
      <w:r>
        <w:br/>
      </w:r>
      <w:r>
        <w:t xml:space="preserve">    (c)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 made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reparations</w:t>
      </w:r>
      <w:r>
        <w:rPr>
          <w:b/>
          <w:bCs/>
        </w:rPr>
        <w:t xml:space="preserve"> </w:t>
      </w:r>
      <w:r>
        <w:rPr>
          <w:b/>
          <w:bCs/>
        </w:rPr>
        <w:t xml:space="preserve">to the community for the environmental damage it caused.</w:t>
      </w:r>
      <w:r>
        <w:br/>
      </w:r>
      <w:r>
        <w:t xml:space="preserve">    (a) apologies</w:t>
      </w:r>
      <w:r>
        <w:br/>
      </w:r>
      <w:r>
        <w:t xml:space="preserve">    (b) payments</w:t>
      </w:r>
      <w:r>
        <w:br/>
      </w:r>
      <w:r>
        <w:t xml:space="preserve">    (c) excuses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election results were a clear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repudiation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incumbent’s policies.</w:t>
      </w:r>
      <w:r>
        <w:br/>
      </w:r>
      <w:r>
        <w:t xml:space="preserve">    (a) explanation</w:t>
      </w:r>
      <w:r>
        <w:br/>
      </w:r>
      <w:r>
        <w:t xml:space="preserve">    (b) rejection</w:t>
      </w:r>
      <w:r>
        <w:br/>
      </w:r>
      <w:r>
        <w:t xml:space="preserve">    (c) 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Fed is concerned that further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stimulus</w:t>
      </w:r>
      <w:r>
        <w:rPr>
          <w:b/>
          <w:bCs/>
        </w:rPr>
        <w:t xml:space="preserve"> </w:t>
      </w:r>
      <w:r>
        <w:rPr>
          <w:b/>
          <w:bCs/>
        </w:rPr>
        <w:t xml:space="preserve">will lead to inflation.</w:t>
      </w:r>
      <w:r>
        <w:br/>
      </w:r>
      <w:r>
        <w:t xml:space="preserve">    (a) encouragement of growth</w:t>
      </w:r>
      <w:r>
        <w:br/>
      </w:r>
      <w:r>
        <w:t xml:space="preserve">    (b) interest rates increases</w:t>
      </w:r>
      <w:r>
        <w:br/>
      </w:r>
      <w:r>
        <w:t xml:space="preserve">    (c) unemployment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important</w:t>
      </w:r>
      <w:r>
        <w:br/>
      </w:r>
      <w:r>
        <w:t xml:space="preserve">    (b) unnecessary</w:t>
      </w:r>
      <w:r>
        <w:br/>
      </w:r>
      <w:r>
        <w:t xml:space="preserve">    (c) appreciated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vanquish</w:t>
      </w:r>
      <w:r>
        <w:rPr>
          <w:b/>
          <w:bCs/>
        </w:rPr>
        <w:t xml:space="preserve"> </w:t>
      </w:r>
      <w:r>
        <w:rPr>
          <w:b/>
          <w:bCs/>
        </w:rPr>
        <w:t xml:space="preserve">those negative thoughts and think about good things.</w:t>
      </w:r>
      <w:r>
        <w:br/>
      </w:r>
      <w:r>
        <w:t xml:space="preserve">    (a) completely defeat</w:t>
      </w:r>
      <w:r>
        <w:br/>
      </w:r>
      <w:r>
        <w:t xml:space="preserve">    (b) gently ease</w:t>
      </w:r>
      <w:r>
        <w:br/>
      </w:r>
      <w:r>
        <w:t xml:space="preserve">    (c) gently persuade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2026-07-31T17:11:19Z</dcterms:created>
  <dcterms:modified xsi:type="dcterms:W3CDTF">2026-07-31T17:11:19Z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