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a6f703dfc6805bbc5a8665015aac521f4f44cd"/>
    <w:p>
      <w:pPr>
        <w:pStyle w:val="Heading1"/>
      </w:pPr>
      <w:r>
        <w:rPr>
          <w:b/>
          <w:bCs/>
        </w:rPr>
        <w:t xml:space="preserve">The Portrait of a Lady - Volume 2</w:t>
      </w:r>
      <w:r>
        <w:br/>
      </w:r>
      <w:r>
        <w:rPr>
          <w:i/>
          <w:iCs/>
        </w:rPr>
        <w:t xml:space="preserve">Henry James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talk with him moreover pointed to presence of mind; it expressed a kindness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ingenious</w:t>
      </w:r>
      <w:r>
        <w:rPr>
          <w:b/>
          <w:bCs/>
        </w:rPr>
        <w:t xml:space="preserve"> </w:t>
      </w:r>
      <w:r>
        <w:rPr>
          <w:b/>
          <w:bCs/>
        </w:rPr>
        <w:t xml:space="preserve">and deliberate as to indicate that she was in undisturbed possession of her faculties.</w:t>
      </w:r>
      <w:r>
        <w:br/>
      </w:r>
      <w:r>
        <w:t xml:space="preserve">    (a) showing cleverness and originality</w:t>
      </w:r>
      <w:r>
        <w:br/>
      </w:r>
      <w:r>
        <w:t xml:space="preserve">    (b) a tendency to think back on things</w:t>
      </w:r>
      <w:r>
        <w:br/>
      </w:r>
      <w:r>
        <w:t xml:space="preserve">    (c)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cared Isabel Archer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</w:t>
      </w:r>
      <w:r>
        <w:rPr>
          <w:b/>
          <w:bCs/>
        </w:rPr>
        <w:t xml:space="preserve"> </w:t>
      </w:r>
      <w:r>
        <w:rPr>
          <w:b/>
          <w:bCs/>
        </w:rPr>
        <w:t xml:space="preserve">judgments of obscure people?</w:t>
      </w:r>
      <w:r>
        <w:br/>
      </w:r>
      <w:r>
        <w:t xml:space="preserve">    (a) increasing reason or general desire to do something</w:t>
      </w:r>
      <w:r>
        <w:br/>
      </w:r>
      <w:r>
        <w:t xml:space="preserve">    (b) unsophisticated</w:t>
      </w:r>
      <w:r>
        <w:br/>
      </w:r>
      <w:r>
        <w:t xml:space="preserve">    (c) the state of being unaware of one's mental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Isabel wondered at her; she had never had so directly presented to her nose the white flower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 </w:t>
      </w:r>
      <w:r>
        <w:rPr>
          <w:b/>
          <w:bCs/>
        </w:rPr>
        <w:t xml:space="preserve">sweetness.</w:t>
      </w:r>
      <w:r>
        <w:br/>
      </w:r>
      <w:r>
        <w:t xml:space="preserve">    (a) not found guilty or forced into a bad situation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developed, grown, or prepared for growing crops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more romantic to say nothing, and, drinking deep, in secret, of romance, she was as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to ask poor Lily's advice as she would have been to close that rare volume forever.</w:t>
      </w:r>
      <w:r>
        <w:br/>
      </w:r>
      <w:r>
        <w:t xml:space="preserve">    (a) inclined (with a tendency or mood to do something)</w:t>
      </w:r>
      <w:r>
        <w:br/>
      </w:r>
      <w:r>
        <w:t xml:space="preserve">    (b) expelled or gotten rid of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 of his property, which was to be withdrawn from the bank,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of in various bequests, several of them to those cousins in Vermont to whom his father had already been so bountiful.</w:t>
      </w:r>
      <w:r>
        <w:br/>
      </w:r>
      <w:r>
        <w:t xml:space="preserve">    (a) nervous or confused</w:t>
      </w:r>
      <w:r>
        <w:br/>
      </w:r>
      <w:r>
        <w:t xml:space="preserve">    (b) given away</w:t>
      </w:r>
      <w:r>
        <w:br/>
      </w:r>
      <w:r>
        <w:t xml:space="preserve">    (c) excessively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imagine braver things than spending the winter in Paris—Paris had sides by which it so resembled New York, Paris was like smart, neat prose—and her close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 </w:t>
      </w:r>
      <w:r>
        <w:rPr>
          <w:b/>
          <w:bCs/>
        </w:rPr>
        <w:t xml:space="preserve">with Madame Merle did much to stimulate such flights.</w:t>
      </w:r>
      <w:r>
        <w:br/>
      </w:r>
      <w:r>
        <w:t xml:space="preserve">    (a) communication by written letters or messages</w:t>
      </w:r>
      <w:r>
        <w:br/>
      </w:r>
      <w:r>
        <w:t xml:space="preserve">    (b) Nazi organization for children aged 10 to 18</w:t>
      </w:r>
      <w:r>
        <w:br/>
      </w:r>
      <w:r>
        <w:t xml:space="preserve">    (c)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convent is a great institution; we can't do without it;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corresponds</w:t>
      </w:r>
      <w:r>
        <w:rPr>
          <w:b/>
          <w:bCs/>
        </w:rPr>
        <w:t xml:space="preserve"> </w:t>
      </w:r>
      <w:r>
        <w:rPr>
          <w:b/>
          <w:bCs/>
        </w:rPr>
        <w:t xml:space="preserve">to an essential need in families, in society.</w:t>
      </w:r>
      <w:r>
        <w:br/>
      </w:r>
      <w:r>
        <w:t xml:space="preserve">    (a) causes of problems or illnesses; or processes to identify such problems</w:t>
      </w:r>
      <w:r>
        <w:br/>
      </w:r>
      <w:r>
        <w:t xml:space="preserve">    (b) connects or fits together by being equivalent, proportionate, or matched</w:t>
      </w:r>
      <w:r>
        <w:br/>
      </w:r>
      <w:r>
        <w:t xml:space="preserve">    (c) (noun) text that is marked as important  OR  (verb) marks important text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that might be, the girl had in these days a thousand uses for her sense of the romantic, which was more active than it had ever been.</w:t>
      </w:r>
      <w:r>
        <w:br/>
      </w:r>
      <w:r>
        <w:t xml:space="preserve">    (a) in whatever way</w:t>
      </w:r>
      <w:r>
        <w:br/>
      </w:r>
      <w:r>
        <w:t xml:space="preserve">    (b) starts fighting</w:t>
      </w:r>
      <w:r>
        <w:br/>
      </w:r>
      <w:r>
        <w:t xml:space="preserve">    (c) starts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brief, extremely personal gaze,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deeper meanings passed between them than they were conscious of at the moment.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though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Mr. Goodwood made these detached assertions with dry deliberateness, in his hard, slow American tone, which flung no atmospheric colour over propositions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intrinsically</w:t>
      </w:r>
      <w:r>
        <w:rPr>
          <w:b/>
          <w:bCs/>
        </w:rPr>
        <w:t xml:space="preserve"> </w:t>
      </w:r>
      <w:r>
        <w:rPr>
          <w:b/>
          <w:bCs/>
        </w:rPr>
        <w:t xml:space="preserve">crude.</w:t>
      </w:r>
      <w:r>
        <w:br/>
      </w:r>
      <w:r>
        <w:t xml:space="preserve">    (a) in a manner that is very bad (deserving no respect)</w:t>
      </w:r>
      <w:r>
        <w:br/>
      </w:r>
      <w:r>
        <w:t xml:space="preserve">    (b) in a manner related to the very nature of something</w:t>
      </w:r>
      <w:r>
        <w:br/>
      </w:r>
      <w:r>
        <w:t xml:space="preserve">    (c) in a manner that spreads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implied things she could never assent to—rights, reproaches,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remonstrance</w:t>
      </w:r>
      <w:r>
        <w:rPr>
          <w:b/>
          <w:bCs/>
        </w:rPr>
        <w:t xml:space="preserve">, rebuke, the expectation of making her change her purpose.</w:t>
      </w:r>
      <w:r>
        <w:br/>
      </w:r>
      <w:r>
        <w:t xml:space="preserve">    (a) argument in protest or opposition</w:t>
      </w:r>
      <w:r>
        <w:br/>
      </w:r>
      <w:r>
        <w:t xml:space="preserve">    (b) the act of recognizing difference</w:t>
      </w:r>
      <w:r>
        <w:br/>
      </w:r>
      <w:r>
        <w:t xml:space="preserve">    (c) someone who expresses disapproval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told me she was watching you only in order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</w:t>
      </w:r>
      <w:r>
        <w:rPr>
          <w:b/>
          <w:bCs/>
        </w:rPr>
        <w:t xml:space="preserve">.</w:t>
      </w:r>
      <w:r>
        <w:br/>
      </w:r>
      <w:r>
        <w:t xml:space="preserve">    (a) insert between other elements; or to interrupt or stop action by others</w:t>
      </w:r>
      <w:r>
        <w:br/>
      </w:r>
      <w:r>
        <w:t xml:space="preserve">    (b) the right to run a local store or business under a big company’s name</w:t>
      </w:r>
      <w:r>
        <w:br/>
      </w:r>
      <w:r>
        <w:t xml:space="preserve">    (c) dry out by heat or excessive exposure to sunlight; or make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on this the aunt and the niece went to breakfast, where Mrs. Touchett, as good as her word, made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</w:t>
      </w:r>
      <w:r>
        <w:rPr>
          <w:b/>
          <w:bCs/>
        </w:rPr>
        <w:t xml:space="preserve"> </w:t>
      </w:r>
      <w:r>
        <w:rPr>
          <w:b/>
          <w:bCs/>
        </w:rPr>
        <w:t xml:space="preserve">to Gilbert Osmond.</w:t>
      </w:r>
      <w:r>
        <w:br/>
      </w:r>
      <w:r>
        <w:t xml:space="preserve">    (a) a nerve or brain cell</w:t>
      </w:r>
      <w:r>
        <w:br/>
      </w:r>
      <w:r>
        <w:t xml:space="preserve">    (b) long eventful journey</w:t>
      </w:r>
      <w:r>
        <w:br/>
      </w:r>
      <w:r>
        <w:t xml:space="preserve">    (c) an indirect reference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think I shall have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</w:t>
      </w:r>
      <w:r>
        <w:rPr>
          <w:b/>
          <w:bCs/>
        </w:rPr>
        <w:t xml:space="preserve"> </w:t>
      </w:r>
      <w:r>
        <w:rPr>
          <w:b/>
          <w:bCs/>
        </w:rPr>
        <w:t xml:space="preserve">in saying that to YOU," she bravely returned.</w:t>
      </w:r>
      <w:r>
        <w:br/>
      </w:r>
      <w:r>
        <w:t xml:space="preserve">    (a) speak in a manner that does not clearly express an opinion or decision</w:t>
      </w:r>
      <w:r>
        <w:br/>
      </w:r>
      <w:r>
        <w:t xml:space="preserve">    (b) to stick out, attract more attention than desired, or impose on others</w:t>
      </w:r>
      <w:r>
        <w:br/>
      </w:r>
      <w:r>
        <w:t xml:space="preserve">    (c) an ethical or moral principle that discourages certain kinds of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perhaps because Lord Warburton divined the pang that he generously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forbore</w:t>
      </w:r>
      <w:r>
        <w:rPr>
          <w:b/>
          <w:bCs/>
        </w:rPr>
        <w:t xml:space="preserve"> </w:t>
      </w:r>
      <w:r>
        <w:rPr>
          <w:b/>
          <w:bCs/>
        </w:rPr>
        <w:t xml:space="preserve">to call her attention to her not having contributed then to the facility.</w:t>
      </w:r>
      <w:r>
        <w:br/>
      </w:r>
      <w:r>
        <w:t xml:space="preserve">    (a) because of a basic rule or belief</w:t>
      </w:r>
      <w:r>
        <w:br/>
      </w:r>
      <w:r>
        <w:t xml:space="preserve">    (b) interacts, interests, or attracts</w:t>
      </w:r>
      <w:r>
        <w:br/>
      </w:r>
      <w:r>
        <w:t xml:space="preserve">    (c) refrained (held back) from acting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thought she had forgiven him; she believed she didn't care; and as she was both very generous and very proud 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 </w:t>
      </w:r>
      <w:r>
        <w:rPr>
          <w:b/>
          <w:bCs/>
        </w:rPr>
        <w:t xml:space="preserve">represented a certain reality.</w:t>
      </w:r>
      <w:r>
        <w:br/>
      </w:r>
      <w:r>
        <w:t xml:space="preserve">    (a) a strong, firmly held belief</w:t>
      </w:r>
      <w:r>
        <w:br/>
      </w:r>
      <w:r>
        <w:t xml:space="preserve">    (b) calculates or judges too low</w:t>
      </w:r>
      <w:r>
        <w:br/>
      </w:r>
      <w:r>
        <w:t xml:space="preserve">    (c) not working or not operating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belonged to the past,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; it had occurred six months before and she had already laid aside the tokens of mourning.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addition to what has just been said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Madame Merle slowly rose; she had given Isabel a look as rapid 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intimation</w:t>
      </w:r>
      <w:r>
        <w:rPr>
          <w:b/>
          <w:bCs/>
        </w:rPr>
        <w:t xml:space="preserve"> </w:t>
      </w:r>
      <w:r>
        <w:rPr>
          <w:b/>
          <w:bCs/>
        </w:rPr>
        <w:t xml:space="preserve">that had gleamed before our heroine a few moments before.</w:t>
      </w:r>
      <w:r>
        <w:br/>
      </w:r>
      <w:r>
        <w:t xml:space="preserve">    (a) purpose, job, or natural activity</w:t>
      </w:r>
      <w:r>
        <w:br/>
      </w:r>
      <w:r>
        <w:t xml:space="preserve">    (b) the act of recognizing difference</w:t>
      </w:r>
      <w:r>
        <w:br/>
      </w:r>
      <w:r>
        <w:t xml:space="preserve">    (c) a hint or suggestion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Ralph had arrived more dead than alive, but she had managed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him to Gardencourt, where he had taken to his bed, which, as Miss Stackpole wrote, he evidently would never leave again.</w:t>
      </w:r>
      <w:r>
        <w:br/>
      </w:r>
      <w:r>
        <w:t xml:space="preserve">    (a) transport</w:t>
      </w:r>
      <w:r>
        <w:br/>
      </w:r>
      <w:r>
        <w:t xml:space="preserve">    (b) collision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laid her hand on Pansy's as if to let her know that her look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no diminution of esteem; for the collapse of the girl's momentary resistance (mute and modest thought it had been) seemed only her tribute to the truth of things.</w:t>
      </w:r>
      <w:r>
        <w:br/>
      </w:r>
      <w:r>
        <w:t xml:space="preserve">    (a) communicated or expressed</w:t>
      </w:r>
      <w:r>
        <w:br/>
      </w:r>
      <w:r>
        <w:t xml:space="preserve">    (b) thought -- possibly aloud</w:t>
      </w:r>
      <w:r>
        <w:br/>
      </w:r>
      <w:r>
        <w:t xml:space="preserve">    (c) was abundant or plentiful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2026-07-31T17:11:19Z</dcterms:created>
  <dcterms:modified xsi:type="dcterms:W3CDTF">2026-07-31T17:11:19Z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