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4c7b5bf1bc6d9201c09a3df179825d860adafb"/>
    <w:p>
      <w:pPr>
        <w:pStyle w:val="Heading1"/>
      </w:pPr>
      <w:r>
        <w:rPr>
          <w:b/>
          <w:bCs/>
        </w:rPr>
        <w:t xml:space="preserve">The Portrait of a Lady - Volume 2</w:t>
      </w:r>
      <w:r>
        <w:br/>
      </w:r>
      <w:r>
        <w:rPr>
          <w:i/>
          <w:iCs/>
        </w:rPr>
        <w:t xml:space="preserve">Henry James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had better go home," Lord Warburton said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.</w:t>
      </w:r>
      <w:r>
        <w:br/>
      </w:r>
      <w:r>
        <w:t xml:space="preserve">    (a) behaving in an artificial way to make an impression</w:t>
      </w:r>
      <w:r>
        <w:br/>
      </w:r>
      <w:r>
        <w:t xml:space="preserve">    (b) a particular way of seeing or thinking about things</w:t>
      </w:r>
      <w:r>
        <w:br/>
      </w:r>
      <w:r>
        <w:t xml:space="preserve">    (c) collection of star systems held together by gravity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exchanged greetings with Mr. Osmond, to whom he had been introduced the day before and who, after he came in, sat blandly apart and silent, as if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repudiating</w:t>
      </w:r>
      <w:r>
        <w:rPr>
          <w:b/>
          <w:bCs/>
        </w:rPr>
        <w:t xml:space="preserve"> </w:t>
      </w:r>
      <w:r>
        <w:rPr>
          <w:b/>
          <w:bCs/>
        </w:rPr>
        <w:t xml:space="preserve">competence in the subjects of allusion now probable.</w:t>
      </w:r>
      <w:r>
        <w:br/>
      </w:r>
      <w:r>
        <w:t xml:space="preserve">    (a) thinking carefully</w:t>
      </w:r>
      <w:r>
        <w:br/>
      </w:r>
      <w:r>
        <w:t xml:space="preserve">    (b) leaping or jumping</w:t>
      </w:r>
      <w:r>
        <w:br/>
      </w:r>
      <w:r>
        <w:t xml:space="preserve">    (c) rejecting strongly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discouraged him, formally, as much as a woman could; what business had she then with such arts and such felicities, above all with such tones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reparation</w:t>
      </w:r>
      <w:r>
        <w:rPr>
          <w:b/>
          <w:bCs/>
        </w:rPr>
        <w:t xml:space="preserve">—preparation?</w:t>
      </w:r>
      <w:r>
        <w:br/>
      </w:r>
      <w:r>
        <w:t xml:space="preserve">    (a) compensation for a wrong -- usually an amount of money -- often payment required from the losing country in a war</w:t>
      </w:r>
      <w:r>
        <w:br/>
      </w:r>
      <w:r>
        <w:t xml:space="preserve">    (b) related to a theory that views history as class struggle and argues that capitalism will be replaced by communism</w:t>
      </w:r>
      <w:r>
        <w:br/>
      </w:r>
      <w:r>
        <w:t xml:space="preserve">    (c) something that is different than others of its type (synonyms could include: adaptation, version, alternate form)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Isabel looked a moment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vanquished</w:t>
      </w:r>
      <w:r>
        <w:rPr>
          <w:b/>
          <w:bCs/>
        </w:rPr>
        <w:t xml:space="preserve"> </w:t>
      </w:r>
      <w:r>
        <w:rPr>
          <w:b/>
          <w:bCs/>
        </w:rPr>
        <w:t xml:space="preserve">Gladiator.</w:t>
      </w:r>
      <w:r>
        <w:br/>
      </w:r>
      <w:r>
        <w:t xml:space="preserve">    (a) excessively excited</w:t>
      </w:r>
      <w:r>
        <w:br/>
      </w:r>
      <w:r>
        <w:t xml:space="preserve">    (b) nervous or confused</w:t>
      </w:r>
      <w:r>
        <w:br/>
      </w:r>
      <w:r>
        <w:t xml:space="preserve">    (c) completely defeated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brown velvet jacket had become perennial; his hands had fixed themselves in his pockets; he shambled and stumbled and shuffled in a manner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denoted</w:t>
      </w:r>
      <w:r>
        <w:rPr>
          <w:b/>
          <w:bCs/>
        </w:rPr>
        <w:t xml:space="preserve"> </w:t>
      </w:r>
      <w:r>
        <w:rPr>
          <w:b/>
          <w:bCs/>
        </w:rPr>
        <w:t xml:space="preserve">great physical helplessness.</w:t>
      </w:r>
      <w:r>
        <w:br/>
      </w:r>
      <w:r>
        <w:t xml:space="preserve">    (a) embarrassed or self-conscious</w:t>
      </w:r>
      <w:r>
        <w:br/>
      </w:r>
      <w:r>
        <w:t xml:space="preserve">    (b) stand for or symbolize literally; or be a sign or indicator of</w:t>
      </w:r>
      <w:r>
        <w:br/>
      </w:r>
      <w:r>
        <w:t xml:space="preserve">    (c) with rises and falls in pitch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Osmond had the attachment of old acquaintance and Isabel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stimulus</w:t>
      </w:r>
      <w:r>
        <w:rPr>
          <w:b/>
          <w:bCs/>
        </w:rPr>
        <w:t xml:space="preserve"> </w:t>
      </w:r>
      <w:r>
        <w:rPr>
          <w:b/>
          <w:bCs/>
        </w:rPr>
        <w:t xml:space="preserve">of new, which seemed to assure her a future at a high level of consciousness of the beautiful.</w:t>
      </w:r>
      <w:r>
        <w:br/>
      </w:r>
      <w:r>
        <w:t xml:space="preserve">    (a) something suggested indirectly; or something that can be concluded; or a result</w:t>
      </w:r>
      <w:r>
        <w:br/>
      </w:r>
      <w:r>
        <w:t xml:space="preserve">    (b) something that creates growth or excitement, or something that causes an action</w:t>
      </w:r>
      <w:r>
        <w:br/>
      </w:r>
      <w:r>
        <w:t xml:space="preserve">    (c) surgical interruption of nerve tracts to and from the frontal lobe of the brain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pleasure in walking off, with quick, short steps, to the end of the alley, and then in walking back with a smile that seemed an appeal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.</w:t>
      </w:r>
      <w:r>
        <w:br/>
      </w:r>
      <w:r>
        <w:t xml:space="preserve">    (a) approval</w:t>
      </w:r>
      <w:r>
        <w:br/>
      </w:r>
      <w:r>
        <w:t xml:space="preserve">    (b) allowing</w:t>
      </w:r>
      <w:r>
        <w:br/>
      </w:r>
      <w:r>
        <w:t xml:space="preserve">    (c) not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learned from Mrs. Osmond that her husband had made a large collection before their marriage and that, though 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annexed</w:t>
      </w:r>
      <w:r>
        <w:rPr>
          <w:b/>
          <w:bCs/>
        </w:rPr>
        <w:t xml:space="preserve"> </w:t>
      </w:r>
      <w:r>
        <w:rPr>
          <w:b/>
          <w:bCs/>
        </w:rPr>
        <w:t xml:space="preserve">a number of fine pieces within the last three years, he had achieved his greatest finds at a time when he had not the advantage of her advice.</w:t>
      </w:r>
      <w:r>
        <w:br/>
      </w:r>
      <w:r>
        <w:t xml:space="preserve">    (a) told (a story)</w:t>
      </w:r>
      <w:r>
        <w:br/>
      </w:r>
      <w:r>
        <w:t xml:space="preserve">    (b) took territory</w:t>
      </w:r>
      <w:r>
        <w:br/>
      </w:r>
      <w:r>
        <w:t xml:space="preserve">    (c) not controlled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submitted, still with her pure, trusting smile, in which there was something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ineffably</w:t>
      </w:r>
      <w:r>
        <w:rPr>
          <w:b/>
          <w:bCs/>
        </w:rPr>
        <w:t xml:space="preserve"> </w:t>
      </w:r>
      <w:r>
        <w:rPr>
          <w:b/>
          <w:bCs/>
        </w:rPr>
        <w:t xml:space="preserve">passive.</w:t>
      </w:r>
      <w:r>
        <w:br/>
      </w:r>
      <w:r>
        <w:t xml:space="preserve">    (a) in the manner of something that is commonly repeated or obvious, yet treated as though insightful or instructive</w:t>
      </w:r>
      <w:r>
        <w:br/>
      </w:r>
      <w:r>
        <w:t xml:space="preserve">    (b) in a manner that uses a scale where each step is a multiple of the prior step rather than a fixed addition to it</w:t>
      </w:r>
      <w:r>
        <w:br/>
      </w:r>
      <w:r>
        <w:t xml:space="preserve">    (c) something that cannot be adequately described with words--perhaps something too wonderful or intense to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knew how good he was, and if 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fallacy</w:t>
      </w:r>
      <w:r>
        <w:rPr>
          <w:b/>
          <w:bCs/>
        </w:rPr>
        <w:t xml:space="preserve"> </w:t>
      </w:r>
      <w:r>
        <w:rPr>
          <w:b/>
          <w:bCs/>
        </w:rPr>
        <w:t xml:space="preserve">had not been so pernicious he could have laughed at it.</w:t>
      </w:r>
      <w:r>
        <w:br/>
      </w:r>
      <w:r>
        <w:t xml:space="preserve">    (a) a mistaken belief; or a common form of incorrect reasoning</w:t>
      </w:r>
      <w:r>
        <w:br/>
      </w:r>
      <w:r>
        <w:t xml:space="preserve">    (b) of Norway, Sweden, Denmark and sometimes Finland &amp; Iceland</w:t>
      </w:r>
      <w:r>
        <w:br/>
      </w:r>
      <w:r>
        <w:t xml:space="preserve">    (c) of Athens during the Golden Age of Greece (5th century BC)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knew how good he was, and if such a fallacy had not been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pernicious</w:t>
      </w:r>
      <w:r>
        <w:rPr>
          <w:b/>
          <w:bCs/>
        </w:rPr>
        <w:t xml:space="preserve"> </w:t>
      </w:r>
      <w:r>
        <w:rPr>
          <w:b/>
          <w:bCs/>
        </w:rPr>
        <w:t xml:space="preserve">he could have laughed at it.</w:t>
      </w:r>
      <w:r>
        <w:br/>
      </w:r>
      <w:r>
        <w:t xml:space="preserve">    (a) the quality of behaving in an instinctive, uninhibited, and unplanned manner</w:t>
      </w:r>
      <w:r>
        <w:br/>
      </w:r>
      <w:r>
        <w:t xml:space="preserve">    (b) harmful or something spreading harm -- especially in a gradual or subtle way</w:t>
      </w:r>
      <w:r>
        <w:br/>
      </w:r>
      <w:r>
        <w:t xml:space="preserve">    (c) the state or degree of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had given him indeed such an air of intending to live indefinitely that Mrs. Touchett, though more accessible to confusions of thought in the matter of this strange,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unremunerative</w:t>
      </w:r>
      <w:r>
        <w:rPr>
          <w:b/>
          <w:bCs/>
        </w:rPr>
        <w:t xml:space="preserve">—and unremunerated—son of hers than she had ever been before, had, as we have learned, not scrupled to embark for a distant land.</w:t>
      </w:r>
      <w:r>
        <w:br/>
      </w:r>
      <w:r>
        <w:t xml:space="preserve">    (a) not providing payment or profit</w:t>
      </w:r>
      <w:r>
        <w:br/>
      </w:r>
      <w:r>
        <w:t xml:space="preserve">    (b) poor ability to make a decision</w:t>
      </w:r>
      <w:r>
        <w:br/>
      </w:r>
      <w:r>
        <w:t xml:space="preserve">    (c) non-traditional or non-standard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true her aunt's complaint had been not so much of Madame Merle's activity as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duplicity</w:t>
      </w:r>
      <w:r>
        <w:rPr>
          <w:b/>
          <w:bCs/>
        </w:rPr>
        <w:t xml:space="preserve">: she had brought about the strange event and then she had denied her guilt.</w:t>
      </w:r>
      <w:r>
        <w:br/>
      </w:r>
      <w:r>
        <w:t xml:space="preserve">    (a) deception</w:t>
      </w:r>
      <w:r>
        <w:br/>
      </w:r>
      <w:r>
        <w:t xml:space="preserve">    (b) a secret agreement or plot</w:t>
      </w:r>
      <w:r>
        <w:br/>
      </w:r>
      <w:r>
        <w:t xml:space="preserve">    (c) the best or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words had been nothing superficially; but when in the light of deepening experience she had looked into them they had then appeared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portentous</w:t>
      </w:r>
      <w:r>
        <w:rPr>
          <w:b/>
          <w:bCs/>
        </w:rPr>
        <w:t xml:space="preserve">.</w:t>
      </w:r>
      <w:r>
        <w:br/>
      </w:r>
      <w:r>
        <w:t xml:space="preserve">    (a) very important; or indicating something important in the future -- often something that is threatening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acting overly important or serious</w:t>
      </w:r>
      <w:r>
        <w:br/>
      </w:r>
      <w:r>
        <w:t xml:space="preserve">    (b) relating to a Christian ceremony signifying spiritual cleansing and rebirth  OR  relating to a challenging experience that initiates or purifies</w:t>
      </w:r>
      <w:r>
        <w:br/>
      </w:r>
      <w:r>
        <w:t xml:space="preserve">    (c) relating to practice or belief that is long-established or was previously long-established  OR  relating to stories passed down through generations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not simply his words just then; it was others as well; it was the reference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continuity</w:t>
      </w:r>
      <w:r>
        <w:rPr>
          <w:b/>
          <w:bCs/>
        </w:rPr>
        <w:t xml:space="preserve">.</w:t>
      </w:r>
      <w:r>
        <w:br/>
      </w:r>
      <w:r>
        <w:t xml:space="preserve">    (a) storyteller</w:t>
      </w:r>
      <w:r>
        <w:br/>
      </w:r>
      <w:r>
        <w:t xml:space="preserve">    (b) translation</w:t>
      </w:r>
      <w:r>
        <w:br/>
      </w:r>
      <w:r>
        <w:t xml:space="preserve">    (c) consistency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Such a ceremony would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and monstrous; she tried to shut her eyes to it meanwhile.</w:t>
      </w:r>
      <w:r>
        <w:br/>
      </w:r>
      <w:r>
        <w:t xml:space="preserve">    (a) the degree to which something is able to change or is different</w:t>
      </w:r>
      <w:r>
        <w:br/>
      </w:r>
      <w:r>
        <w:t xml:space="preserve">    (b) not trustworthy, or improper, or attracting unwelcome attention</w:t>
      </w:r>
      <w:r>
        <w:br/>
      </w:r>
      <w:r>
        <w:t xml:space="preserve">    (c) extremely unpleasant, disgusting, dislikable, or worthy of hate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left her that morning with a sense of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 </w:t>
      </w:r>
      <w:r>
        <w:rPr>
          <w:b/>
          <w:bCs/>
        </w:rPr>
        <w:t xml:space="preserve">of shocks: it was like a collision between vessels in broad daylight.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more than is needed, desired, or required</w:t>
      </w:r>
      <w:r>
        <w:br/>
      </w:r>
      <w:r>
        <w:t xml:space="preserve">    (c) the quality of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accepted him as rather a brilliant personage of the amateurish kind, afflicted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redundancy</w:t>
      </w:r>
      <w:r>
        <w:rPr>
          <w:b/>
          <w:bCs/>
        </w:rPr>
        <w:t xml:space="preserve"> </w:t>
      </w:r>
      <w:r>
        <w:rPr>
          <w:b/>
          <w:bCs/>
        </w:rPr>
        <w:t xml:space="preserve">of leisure which it amused him to work off in little refinements of conversation.</w:t>
      </w:r>
      <w:r>
        <w:br/>
      </w:r>
      <w:r>
        <w:t xml:space="preserve">    (a) a musical play with orchestra in which most of the dialogue is sung (or the art form that consists of such musicals; or describing something as related to that art form)</w:t>
      </w:r>
      <w:r>
        <w:br/>
      </w:r>
      <w:r>
        <w:t xml:space="preserve">    (b)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(c) more than is needed -- often something that is unnecessarily repeated</w:t>
      </w:r>
      <w:r>
        <w:br/>
      </w:r>
      <w:r>
        <w:br/>
      </w:r>
      <w:r>
        <w:t xml:space="preserve">or in technical usage:  describing a secondary component designed to work if the primary component fails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this announcement Isabel stiffened; she was on the point of asking if there were no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egress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convent.</w:t>
      </w:r>
      <w:r>
        <w:br/>
      </w:r>
      <w:r>
        <w:t xml:space="preserve">    (a) a large group of fish</w:t>
      </w:r>
      <w:r>
        <w:br/>
      </w:r>
      <w:r>
        <w:t xml:space="preserve">    (b) exit (departure from)</w:t>
      </w:r>
      <w:r>
        <w:br/>
      </w:r>
      <w:r>
        <w:t xml:space="preserve">    (c) decrease in intensity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 a good deal older, but her eye was as bright as ever and her head as erect; her thin lips seemed a repository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meanings.</w:t>
      </w:r>
      <w:r>
        <w:br/>
      </w:r>
      <w:r>
        <w:t xml:space="preserve">    (a) potentially existing but not presently evident or active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the characteristic of tending to think back about things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2026-07-31T17:11:20Z</dcterms:created>
  <dcterms:modified xsi:type="dcterms:W3CDTF">2026-07-31T17:11:20Z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