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a04435f906a5e6182207f4d69a4593c054ee89"/>
    <w:p>
      <w:pPr>
        <w:pStyle w:val="Heading1"/>
      </w:pPr>
      <w:r>
        <w:rPr>
          <w:b/>
          <w:bCs/>
        </w:rPr>
        <w:t xml:space="preserve">The Portrait of a Lady - Volume 1</w:t>
      </w:r>
      <w:r>
        <w:br/>
      </w:r>
      <w:r>
        <w:rPr>
          <w:i/>
          <w:iCs/>
        </w:rPr>
        <w:t xml:space="preserve">Henry James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the danger of the noted "thinness"—which was to be averted, tooth and nail,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cultivation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lively.</w:t>
      </w:r>
      <w:r>
        <w:br/>
      </w:r>
      <w:r>
        <w:t xml:space="preserve">    (a) a power plant that produces energy by splitting atoms</w:t>
      </w:r>
      <w:r>
        <w:br/>
      </w:r>
      <w:r>
        <w:t xml:space="preserve">    (b) development, growth, or preparation for growing crops</w:t>
      </w:r>
      <w:r>
        <w:br/>
      </w:r>
      <w:r>
        <w:t xml:space="preserve">    (c) an unsettled state of mind (nervous or uncomfortable)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thought at first that the sister mentioned might be the sister of the clerk; but the subsequent mention of a niece seems to prove that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allusion</w:t>
      </w:r>
      <w:r>
        <w:rPr>
          <w:b/>
          <w:bCs/>
        </w:rPr>
        <w:t xml:space="preserve"> </w:t>
      </w:r>
      <w:r>
        <w:rPr>
          <w:b/>
          <w:bCs/>
        </w:rPr>
        <w:t xml:space="preserve">is to one of my aunts.</w:t>
      </w:r>
      <w:r>
        <w:br/>
      </w:r>
      <w:r>
        <w:t xml:space="preserve">    (a) a nerve or brain cell</w:t>
      </w:r>
      <w:r>
        <w:br/>
      </w:r>
      <w:r>
        <w:t xml:space="preserve">    (b) an indirect reference</w:t>
      </w:r>
      <w:r>
        <w:br/>
      </w:r>
      <w:r>
        <w:t xml:space="preserve">    (c) long eventful journey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old man placed his two hands on her shoulders, looked at her a moment with extreme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benevolence</w:t>
      </w:r>
      <w:r>
        <w:rPr>
          <w:b/>
          <w:bCs/>
        </w:rPr>
        <w:t xml:space="preserve"> </w:t>
      </w:r>
      <w:r>
        <w:rPr>
          <w:b/>
          <w:bCs/>
        </w:rPr>
        <w:t xml:space="preserve">and then gallantly kissed her.</w:t>
      </w:r>
      <w:r>
        <w:br/>
      </w:r>
      <w:r>
        <w:t xml:space="preserve">    (a) a nerve or brain cell</w:t>
      </w:r>
      <w:r>
        <w:br/>
      </w:r>
      <w:r>
        <w:t xml:space="preserve">    (b) kindness and goodwill</w:t>
      </w:r>
      <w:r>
        <w:br/>
      </w:r>
      <w:r>
        <w:t xml:space="preserve">    (c) long eventful journey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degree of alarm this young person took need not be exactly measured; she instantly rose, however, with a blush which was not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refutation</w:t>
      </w:r>
      <w:r>
        <w:rPr>
          <w:b/>
          <w:bCs/>
        </w:rPr>
        <w:t xml:space="preserve">.</w:t>
      </w:r>
      <w:r>
        <w:br/>
      </w:r>
      <w:r>
        <w:t xml:space="preserve">    (a) Nazi organization for children aged 10 to 18</w:t>
      </w:r>
      <w:r>
        <w:br/>
      </w:r>
      <w:r>
        <w:t xml:space="preserve">    (b) evidence or argument that something is false</w:t>
      </w:r>
      <w:r>
        <w:br/>
      </w:r>
      <w:r>
        <w:t xml:space="preserve">    (c) found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Ralph took a candlestick and moved about, pointing out the things he liked; Isabel, inclining to one picture after another,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indulged</w:t>
      </w:r>
      <w:r>
        <w:rPr>
          <w:b/>
          <w:bCs/>
        </w:rPr>
        <w:t xml:space="preserve"> </w:t>
      </w:r>
      <w:r>
        <w:rPr>
          <w:b/>
          <w:bCs/>
        </w:rPr>
        <w:t xml:space="preserve">in little exclamations and murmurs.</w:t>
      </w:r>
      <w:r>
        <w:br/>
      </w:r>
      <w:r>
        <w:t xml:space="preserve">    (a) guided or managed</w:t>
      </w:r>
      <w:r>
        <w:br/>
      </w:r>
      <w:r>
        <w:t xml:space="preserve">    (b) thought carefully</w:t>
      </w:r>
      <w:r>
        <w:br/>
      </w:r>
      <w:r>
        <w:t xml:space="preserve">    (c) enjoyed to excess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played no social part as mistress of Gardencourt, and it was not to be supposed that, in the surrounding country,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account should be kept of her comings and goings.</w:t>
      </w:r>
      <w:r>
        <w:br/>
      </w:r>
      <w:r>
        <w:t xml:space="preserve">    (a) the quality of holding something back or holding others down through oppression</w:t>
      </w:r>
      <w:r>
        <w:br/>
      </w:r>
      <w:r>
        <w:t xml:space="preserve">    (b)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  <w:r>
        <w:br/>
      </w:r>
      <w:r>
        <w:t xml:space="preserve">    (c) detailed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travelled over the whole American continent and can at least find her way about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island.</w:t>
      </w:r>
      <w:r>
        <w:br/>
      </w:r>
      <w:r>
        <w:t xml:space="preserve">    (a) exact</w:t>
      </w:r>
      <w:r>
        <w:br/>
      </w:r>
      <w:r>
        <w:t xml:space="preserve">    (b) awake</w:t>
      </w:r>
      <w:r>
        <w:br/>
      </w:r>
      <w:r>
        <w:t xml:space="preserve">    (c) small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accused him of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want of seriousness, of laughing at all things, beginning with himself.</w:t>
      </w:r>
      <w:r>
        <w:br/>
      </w:r>
      <w:r>
        <w:t xml:space="preserve">    (a) the degree to which something is able to change or is different</w:t>
      </w:r>
      <w:r>
        <w:br/>
      </w:r>
      <w:r>
        <w:t xml:space="preserve">    (b) extremely unpleasant, disgusting, dislikable, or worthy of hate</w:t>
      </w:r>
      <w:r>
        <w:br/>
      </w:r>
      <w:r>
        <w:t xml:space="preserve">    (c) not trustworthy, or improper, or attracting unwelcome attention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"Well now, there's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specimen</w:t>
      </w:r>
      <w:r>
        <w:rPr>
          <w:b/>
          <w:bCs/>
        </w:rPr>
        <w:t xml:space="preserve">," he said to her as they walked up from the riverside and he recognised Lord Warburton.</w:t>
      </w:r>
      <w:r>
        <w:br/>
      </w:r>
      <w:r>
        <w:t xml:space="preserve">    (a) the act of taking something on as one's own</w:t>
      </w:r>
      <w:r>
        <w:br/>
      </w:r>
      <w:r>
        <w:t xml:space="preserve">    (b) something that helps clarify or demonstrate</w:t>
      </w:r>
      <w:r>
        <w:br/>
      </w:r>
      <w:r>
        <w:t xml:space="preserve">    (c) an example regarded as typical of its class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must be added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 </w:t>
      </w:r>
      <w:r>
        <w:rPr>
          <w:b/>
          <w:bCs/>
        </w:rPr>
        <w:t xml:space="preserve">that an incident had occurred which might have seemed to put her good-humour to the test.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in addition to what has just been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Isabel was interested she asked a great many questions, and as her companion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talker she urged him on this occasion by no means in vain.</w:t>
      </w:r>
      <w:r>
        <w:br/>
      </w:r>
      <w:r>
        <w:t xml:space="preserve">    (a) able to be protected or kept unchanged</w:t>
      </w:r>
      <w:r>
        <w:br/>
      </w:r>
      <w:r>
        <w:t xml:space="preserve">    (b) able to accept as true (without proof)</w:t>
      </w:r>
      <w:r>
        <w:br/>
      </w:r>
      <w:r>
        <w:t xml:space="preserve">    (c) abundant (large in quantity or number)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first impressions (of the people at large) are not rose-coloured; but I wish to talk them over with you, and you know that, whatever I am, at least I'm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superficial</w:t>
      </w:r>
      <w:r>
        <w:rPr>
          <w:b/>
          <w:bCs/>
        </w:rPr>
        <w:t xml:space="preserve">.</w:t>
      </w:r>
      <w:r>
        <w:br/>
      </w:r>
      <w:r>
        <w:t xml:space="preserve">    (a) deep and creative</w:t>
      </w:r>
      <w:r>
        <w:br/>
      </w:r>
      <w:r>
        <w:t xml:space="preserve">    (b) relating to a surface rather than to anything deep or penetrating</w:t>
      </w:r>
      <w:r>
        <w:br/>
      </w:r>
      <w:r>
        <w:t xml:space="preserve">    (c) comprehensive (thorough)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Isabel judged best not to show this letter to her uncle; but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acquainted</w:t>
      </w:r>
      <w:r>
        <w:rPr>
          <w:b/>
          <w:bCs/>
        </w:rPr>
        <w:t xml:space="preserve"> </w:t>
      </w:r>
      <w:r>
        <w:rPr>
          <w:b/>
          <w:bCs/>
        </w:rPr>
        <w:t xml:space="preserve">him with its purport, and, as she expected, he begged her instantly to assure Miss Stackpole, in his name, that he should be delighted to receive her at Gardencourt.</w:t>
      </w:r>
      <w:r>
        <w:br/>
      </w:r>
      <w:r>
        <w:t xml:space="preserve">    (a) not having taken power or responsibility</w:t>
      </w:r>
      <w:r>
        <w:br/>
      </w:r>
      <w:r>
        <w:t xml:space="preserve">    (b) compensated for a loss; or paid a reward</w:t>
      </w:r>
      <w:r>
        <w:br/>
      </w:r>
      <w:r>
        <w:t xml:space="preserve">    (c) familiar with  OR  a friend or associate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may appear to some readers that the young lady was both precipitate and unduly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fastidious</w:t>
      </w:r>
      <w:r>
        <w:rPr>
          <w:b/>
          <w:bCs/>
        </w:rPr>
        <w:t xml:space="preserve">; but the latter of these facts, if the charge be true, may serve to exonerate her from the discredit of the former.</w:t>
      </w:r>
      <w:r>
        <w:br/>
      </w:r>
      <w:r>
        <w:t xml:space="preserve">    (a) giving careful attention to detail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excessively concerned with cleanliness or matters of taste</w:t>
      </w:r>
      <w:r>
        <w:br/>
      </w:r>
      <w:r>
        <w:t xml:space="preserve">    (b) not relevant (not related to the subject being considered, or not important enough to want to consider)</w:t>
      </w:r>
      <w:r>
        <w:br/>
      </w:r>
      <w:r>
        <w:t xml:space="preserve">    (c) a person who works from within to destroy an established order; or relating to such destructive efforts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may appear to some readers that the young lady was both precipitate and unduly fastidious; but the latter of these facts, if the charge be true, may serve to exonerate her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discredit</w:t>
      </w:r>
      <w:r>
        <w:rPr>
          <w:b/>
          <w:bCs/>
        </w:rPr>
        <w:t xml:space="preserve"> </w:t>
      </w:r>
      <w:r>
        <w:rPr>
          <w:b/>
          <w:bCs/>
        </w:rPr>
        <w:t xml:space="preserve">of the former.</w:t>
      </w:r>
      <w:r>
        <w:br/>
      </w:r>
      <w:r>
        <w:t xml:space="preserve">    (a) include consideration of</w:t>
      </w:r>
      <w:r>
        <w:br/>
      </w:r>
      <w:r>
        <w:t xml:space="preserve">    (b) damage the reputation of</w:t>
      </w:r>
      <w:r>
        <w:br/>
      </w:r>
      <w:r>
        <w:t xml:space="preserve">    (c) struggle or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"On this supposition," said Ralph, "he must regard her as a thorn on the stem of his rose; as an intercessor he must find her wanting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tact</w:t>
      </w:r>
      <w:r>
        <w:rPr>
          <w:b/>
          <w:bCs/>
        </w:rPr>
        <w:t xml:space="preserve">."</w:t>
      </w:r>
      <w:r>
        <w:br/>
      </w:r>
      <w:r>
        <w:t xml:space="preserve">    (a) having good judgment or good taste and/or perceiving things not easily perceived by most people</w:t>
      </w:r>
      <w:r>
        <w:br/>
      </w:r>
      <w:r>
        <w:t xml:space="preserve">    (b) measles -- a highly contagious viral disease marked by distinct red spots followed by a rash</w:t>
      </w:r>
      <w:r>
        <w:br/>
      </w:r>
      <w:r>
        <w:t xml:space="preserve">    (c) the ability or act of saying or handling things in such a way that others feel good about them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many of these amiable colonists Mrs. Touchett was intimate; she shared their expatriation,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convictions</w:t>
      </w:r>
      <w:r>
        <w:rPr>
          <w:b/>
          <w:bCs/>
        </w:rPr>
        <w:t xml:space="preserve">, their pastimes, their ennui.</w:t>
      </w:r>
      <w:r>
        <w:br/>
      </w:r>
      <w:r>
        <w:t xml:space="preserve">    (a) not working or not operating</w:t>
      </w:r>
      <w:r>
        <w:br/>
      </w:r>
      <w:r>
        <w:t xml:space="preserve">    (b) calculates or judges too low</w:t>
      </w:r>
      <w:r>
        <w:br/>
      </w:r>
      <w:r>
        <w:t xml:space="preserve">    (c) a strong, firmly held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dressed as a man dresses who takes little other trouble about it than to have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vulgar</w:t>
      </w:r>
      <w:r>
        <w:rPr>
          <w:b/>
          <w:bCs/>
        </w:rPr>
        <w:t xml:space="preserve"> </w:t>
      </w:r>
      <w:r>
        <w:rPr>
          <w:b/>
          <w:bCs/>
        </w:rPr>
        <w:t xml:space="preserve">things.</w:t>
      </w:r>
      <w:r>
        <w:br/>
      </w:r>
      <w:r>
        <w:t xml:space="preserve">    (a) the state of being unaware of one's mental activity</w:t>
      </w:r>
      <w:r>
        <w:br/>
      </w:r>
      <w:r>
        <w:t xml:space="preserve">    (b) increasing reason or general desire to do something</w:t>
      </w:r>
      <w:r>
        <w:br/>
      </w:r>
      <w:r>
        <w:t xml:space="preserve">    (c) of bad taste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indolence</w:t>
      </w:r>
      <w:r>
        <w:rPr>
          <w:b/>
          <w:bCs/>
        </w:rPr>
        <w:t xml:space="preserve">, at any rate, was one of the reasons I didn't go to Rome.</w:t>
      </w:r>
      <w:r>
        <w:br/>
      </w:r>
      <w:r>
        <w:t xml:space="preserve">    (a) not real</w:t>
      </w:r>
      <w:r>
        <w:br/>
      </w:r>
      <w:r>
        <w:t xml:space="preserve">    (b) laziness</w:t>
      </w:r>
      <w:r>
        <w:br/>
      </w:r>
      <w:r>
        <w:t xml:space="preserve">    (c) allowing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know I asked you some time ago never to speak to me of a creature who shouldn't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</w:t>
      </w:r>
      <w:r>
        <w:rPr>
          <w:b/>
          <w:bCs/>
        </w:rPr>
        <w:t xml:space="preserve"> </w:t>
      </w:r>
      <w:r>
        <w:rPr>
          <w:b/>
          <w:bCs/>
        </w:rPr>
        <w:t xml:space="preserve">to that description.</w:t>
      </w:r>
      <w:r>
        <w:br/>
      </w:r>
      <w:r>
        <w:t xml:space="preserve">    (a) to stick out, attract more attention than desired, or impose on others</w:t>
      </w:r>
      <w:r>
        <w:br/>
      </w:r>
      <w:r>
        <w:t xml:space="preserve">    (b) connect or fit together by being equivalent, proportionate, or matched</w:t>
      </w:r>
      <w:r>
        <w:br/>
      </w:r>
      <w:r>
        <w:t xml:space="preserve">    (c) speak in a manner that does not clearly express an opinion or decision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2026-07-31T17:10:33Z</dcterms:created>
  <dcterms:modified xsi:type="dcterms:W3CDTF">2026-07-31T17:10:33Z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