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31dd98bbf9044edc9c18728420ba6574a1542e"/>
    <w:p>
      <w:pPr>
        <w:pStyle w:val="Heading1"/>
      </w:pPr>
      <w:r>
        <w:rPr>
          <w:b/>
          <w:bCs/>
        </w:rPr>
        <w:t xml:space="preserve">The Poisonwood Bible</w:t>
      </w:r>
      <w:r>
        <w:br/>
      </w:r>
      <w:r>
        <w:rPr>
          <w:i/>
          <w:iCs/>
        </w:rPr>
        <w:t xml:space="preserve">Barbara Kingsolver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region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natural resources, from oil to fresh water.</w:t>
      </w:r>
      <w:r>
        <w:br/>
      </w:r>
      <w:r>
        <w:t xml:space="preserve">    (a) extremely scarce</w:t>
      </w:r>
      <w:r>
        <w:br/>
      </w:r>
      <w:r>
        <w:t xml:space="preserve">    (b) highly disputed</w:t>
      </w:r>
      <w:r>
        <w:br/>
      </w:r>
      <w:r>
        <w:t xml:space="preserve">    (c) widely available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doctor's appointment</w:t>
      </w:r>
      <w:r>
        <w:br/>
      </w:r>
      <w:r>
        <w:t xml:space="preserve">    (b) religious ceremony</w:t>
      </w:r>
      <w:r>
        <w:br/>
      </w:r>
      <w:r>
        <w:t xml:space="preserve">    (c) first birthday party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Marx's writings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 </w:t>
      </w:r>
      <w:r>
        <w:rPr>
          <w:b/>
          <w:bCs/>
        </w:rPr>
        <w:t xml:space="preserve">inspired revolutions across many countries in the 1900s.</w:t>
      </w:r>
      <w:r>
        <w:br/>
      </w:r>
      <w:r>
        <w:t xml:space="preserve">    (a) free market trade</w:t>
      </w:r>
      <w:r>
        <w:br/>
      </w:r>
      <w:r>
        <w:t xml:space="preserve">    (b) religious reform</w:t>
      </w:r>
      <w:r>
        <w:br/>
      </w:r>
      <w:r>
        <w:t xml:space="preserve">    (c) collective ownership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suspect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complicity</w:t>
      </w:r>
      <w:r>
        <w:rPr>
          <w:b/>
          <w:bCs/>
        </w:rPr>
        <w:t xml:space="preserve"> </w:t>
      </w:r>
      <w:r>
        <w:rPr>
          <w:b/>
          <w:bCs/>
        </w:rPr>
        <w:t xml:space="preserve">of top officials.</w:t>
      </w:r>
      <w:r>
        <w:br/>
      </w:r>
      <w:r>
        <w:t xml:space="preserve">    (a) ignorance</w:t>
      </w:r>
      <w:r>
        <w:br/>
      </w:r>
      <w:r>
        <w:t xml:space="preserve">    (b) innocence</w:t>
      </w:r>
      <w:r>
        <w:br/>
      </w:r>
      <w:r>
        <w:t xml:space="preserve">    (c) involvement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agree</w:t>
      </w:r>
      <w:r>
        <w:br/>
      </w:r>
      <w:r>
        <w:t xml:space="preserve">    (b) people who worship together</w:t>
      </w:r>
      <w:r>
        <w:br/>
      </w:r>
      <w:r>
        <w:t xml:space="preserve">    (c) people who meet periodically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unimportant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harmful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brought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deluge</w:t>
      </w:r>
      <w:r>
        <w:rPr>
          <w:b/>
          <w:bCs/>
        </w:rPr>
        <w:t xml:space="preserve"> </w:t>
      </w:r>
      <w:r>
        <w:rPr>
          <w:b/>
          <w:bCs/>
        </w:rPr>
        <w:t xml:space="preserve">of complaints from frustrated customers.</w:t>
      </w:r>
      <w:r>
        <w:br/>
      </w:r>
      <w:r>
        <w:t xml:space="preserve">    (a) an overwhelming amount</w:t>
      </w:r>
      <w:r>
        <w:br/>
      </w:r>
      <w:r>
        <w:t xml:space="preserve">    (b) a small handful</w:t>
      </w:r>
      <w:r>
        <w:br/>
      </w:r>
      <w:r>
        <w:t xml:space="preserve">    (c) a steady trickle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Hope was replaced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.</w:t>
      </w:r>
      <w:r>
        <w:br/>
      </w:r>
      <w:r>
        <w:t xml:space="preserve">    (a) sorrow</w:t>
      </w:r>
      <w:r>
        <w:br/>
      </w:r>
      <w:r>
        <w:t xml:space="preserve">    (b) satisfaction</w:t>
      </w:r>
      <w:r>
        <w:br/>
      </w:r>
      <w:r>
        <w:t xml:space="preserve">    (c) faith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see if her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continues when she's tired and under stress.</w:t>
      </w:r>
      <w:r>
        <w:br/>
      </w:r>
      <w:r>
        <w:t xml:space="preserve">    (a) generosity</w:t>
      </w:r>
      <w:r>
        <w:br/>
      </w:r>
      <w:r>
        <w:t xml:space="preserve">    (b) personality</w:t>
      </w:r>
      <w:r>
        <w:br/>
      </w:r>
      <w:r>
        <w:t xml:space="preserve">    (c) team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troops done in a strategic manner?</w:t>
      </w:r>
      <w:r>
        <w:br/>
      </w:r>
      <w:r>
        <w:t xml:space="preserve">    (a) training</w:t>
      </w:r>
      <w:r>
        <w:br/>
      </w:r>
      <w:r>
        <w:t xml:space="preserve">    (b) positioning</w:t>
      </w:r>
      <w:r>
        <w:br/>
      </w:r>
      <w:r>
        <w:t xml:space="preserve">    (c) withdrawal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refute (prove false)</w:t>
      </w:r>
      <w:r>
        <w:br/>
      </w:r>
      <w:r>
        <w:t xml:space="preserve">    (c) translate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understand</w:t>
      </w:r>
      <w:r>
        <w:br/>
      </w:r>
      <w:r>
        <w:t xml:space="preserve">    (b) ignore</w:t>
      </w:r>
      <w:r>
        <w:br/>
      </w:r>
      <w:r>
        <w:t xml:space="preserve">    (c) insist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Jesus often taught using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parable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a direct lecture.</w:t>
      </w:r>
      <w:r>
        <w:br/>
      </w:r>
      <w:r>
        <w:t xml:space="preserve">    (a) scientific report</w:t>
      </w:r>
      <w:r>
        <w:br/>
      </w:r>
      <w:r>
        <w:t xml:space="preserve">    (b) long autobiography</w:t>
      </w:r>
      <w:r>
        <w:br/>
      </w:r>
      <w:r>
        <w:t xml:space="preserve">    (c) moral teaching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pretty sure</w:t>
      </w:r>
      <w:r>
        <w:br/>
      </w:r>
      <w:r>
        <w:t xml:space="preserve">    (b) certain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harmful or damaging</w:t>
      </w:r>
      <w:r>
        <w:br/>
      </w:r>
      <w:r>
        <w:t xml:space="preserve">    (b) good or beneficial</w:t>
      </w:r>
      <w:r>
        <w:br/>
      </w:r>
      <w:r>
        <w:t xml:space="preserve">    (c) minor and unnoticed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children and their descendants</w:t>
      </w:r>
      <w:r>
        <w:br/>
      </w:r>
      <w:r>
        <w:t xml:space="preserve">    (b) scientific research</w:t>
      </w:r>
      <w:r>
        <w:br/>
      </w:r>
      <w:r>
        <w:t xml:space="preserve">    (c) move to an afterlife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cause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righteous</w:t>
      </w:r>
      <w:r>
        <w:rPr>
          <w:b/>
          <w:bCs/>
        </w:rPr>
        <w:t xml:space="preserve">.</w:t>
      </w:r>
      <w:r>
        <w:br/>
      </w:r>
      <w:r>
        <w:t xml:space="preserve">    (a) logically correct</w:t>
      </w:r>
      <w:r>
        <w:br/>
      </w:r>
      <w:r>
        <w:t xml:space="preserve">    (b) emotionally pleasing</w:t>
      </w:r>
      <w:r>
        <w:br/>
      </w:r>
      <w:r>
        <w:t xml:space="preserve">    (c) morally correct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warn and alert</w:t>
      </w:r>
      <w:r>
        <w:br/>
      </w:r>
      <w:r>
        <w:t xml:space="preserve">    (b) bore and annoy</w:t>
      </w:r>
      <w:r>
        <w:br/>
      </w:r>
      <w:r>
        <w:t xml:space="preserve">    (c) amaze and daze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2026-07-31T17:59:25Z</dcterms:created>
  <dcterms:modified xsi:type="dcterms:W3CDTF">2026-07-31T17:59:25Z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