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bb8f8bf3267559e5b11a1565cfe8845b3303270"/>
    <w:p>
      <w:pPr>
        <w:pStyle w:val="Heading1"/>
      </w:pPr>
      <w:r>
        <w:rPr>
          <w:b/>
          <w:bCs/>
        </w:rPr>
        <w:t xml:space="preserve">The Poisonwood Bible</w:t>
      </w:r>
      <w:r>
        <w:br/>
      </w:r>
      <w:r>
        <w:rPr>
          <w:i/>
          <w:iCs/>
        </w:rPr>
        <w:t xml:space="preserve">Barbara Kingsolver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saw a family of weaver birds work together for months on a nest that became such a monstrous lump of sticks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progeny</w:t>
      </w:r>
      <w:r>
        <w:rPr>
          <w:b/>
          <w:bCs/>
        </w:rPr>
        <w:t xml:space="preserve"> </w:t>
      </w:r>
      <w:r>
        <w:rPr>
          <w:b/>
          <w:bCs/>
        </w:rPr>
        <w:t xml:space="preserve">and nonsense that finally it brought their whole tree thundering down.</w:t>
      </w:r>
      <w:r>
        <w:br/>
      </w:r>
      <w:r>
        <w:t xml:space="preserve">    (a) a process of urging or commanding someone to do something; or a document for that purpose</w:t>
      </w:r>
      <w:r>
        <w:br/>
      </w:r>
      <w:r>
        <w:t xml:space="preserve">    (b) someone's child or children</w:t>
      </w:r>
      <w:r>
        <w:br/>
      </w:r>
      <w:r>
        <w:br/>
      </w:r>
      <w:r>
        <w:t xml:space="preserve">or less commonly: anything that develops from something else</w:t>
      </w:r>
      <w:r>
        <w:br/>
      </w:r>
      <w:r>
        <w:t xml:space="preserve">    (c) the belief that God created the universe, but that he doesn't interfere with how it runs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Our Father probably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interpreted</w:t>
      </w:r>
      <w:r>
        <w:rPr>
          <w:b/>
          <w:bCs/>
        </w:rPr>
        <w:t xml:space="preserve"> </w:t>
      </w:r>
      <w:r>
        <w:rPr>
          <w:b/>
          <w:bCs/>
        </w:rPr>
        <w:t xml:space="preserve">Broca's aphasia as God's Christmas bonus to one of His worthier employees.</w:t>
      </w:r>
      <w:r>
        <w:br/>
      </w:r>
      <w:r>
        <w:t xml:space="preserve">    (a) understood (in a particular way)</w:t>
      </w:r>
      <w:r>
        <w:br/>
      </w:r>
      <w:r>
        <w:t xml:space="preserve">    (b) not having accepted beliefs without critical question</w:t>
      </w:r>
      <w:r>
        <w:br/>
      </w:r>
      <w:r>
        <w:t xml:space="preserve">    (c) made more attractive or interesting through additions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 and more, mistrusting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interpreters</w:t>
      </w:r>
      <w:r>
        <w:rPr>
          <w:b/>
          <w:bCs/>
        </w:rPr>
        <w:t xml:space="preserve">, he tries to speak in Kikongo.</w:t>
      </w:r>
      <w:r>
        <w:br/>
      </w:r>
      <w:r>
        <w:t xml:space="preserve">    (a) people who translate spoken words into another language</w:t>
      </w:r>
      <w:r>
        <w:br/>
      </w:r>
      <w:r>
        <w:t xml:space="preserve">    (b) someone who diminishes (reduces the value of something)</w:t>
      </w:r>
      <w:r>
        <w:br/>
      </w:r>
      <w:r>
        <w:t xml:space="preserve">    (c) someone who waves something or exhibits it aggressively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father mopped his brow again and launched into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parable</w:t>
      </w:r>
      <w:r>
        <w:rPr>
          <w:b/>
          <w:bCs/>
        </w:rPr>
        <w:t xml:space="preserve"> </w:t>
      </w:r>
      <w:r>
        <w:rPr>
          <w:b/>
          <w:bCs/>
        </w:rPr>
        <w:t xml:space="preserve">of the one mustard seed falling on a barren place, and the other one on good soil.</w:t>
      </w:r>
      <w:r>
        <w:br/>
      </w:r>
      <w:r>
        <w:t xml:space="preserve">    (a) something accepted as true (without proof)</w:t>
      </w:r>
      <w:r>
        <w:br/>
      </w:r>
      <w:r>
        <w:t xml:space="preserve">    (b) a short story told to teach a moral lesson</w:t>
      </w:r>
      <w:r>
        <w:br/>
      </w:r>
      <w:r>
        <w:t xml:space="preserve">    (c) relating to properties of sound or hearing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feel I. Living in the Congo shakes open the prison house of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and lets all the wicked hoodoo Adahs run forth.</w:t>
      </w:r>
      <w:r>
        <w:br/>
      </w:r>
      <w:r>
        <w:t xml:space="preserve">    (a) normal way of behaving</w:t>
      </w:r>
      <w:r>
        <w:br/>
      </w:r>
      <w:r>
        <w:t xml:space="preserve">    (b) someone who is intolerant and prejudiced</w:t>
      </w:r>
      <w:r>
        <w:br/>
      </w:r>
      <w:r>
        <w:t xml:space="preserve">    (c) dreamlike state of altered consciousness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—from a roomful of white men who held in their manicured hands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of armies and atomic bombs, the power to extinguish every life on earth.</w:t>
      </w:r>
      <w:r>
        <w:br/>
      </w:r>
      <w:r>
        <w:t xml:space="preserve">    (a) an order issued by a court or judicial officer</w:t>
      </w:r>
      <w:r>
        <w:br/>
      </w:r>
      <w:r>
        <w:t xml:space="preserve">    (b) positioning</w:t>
      </w:r>
      <w:r>
        <w:br/>
      </w:r>
      <w:r>
        <w:t xml:space="preserve">    (c) the main building (or buildings) of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deluge</w:t>
      </w:r>
      <w:r>
        <w:rPr>
          <w:b/>
          <w:bCs/>
        </w:rPr>
        <w:t xml:space="preserve"> </w:t>
      </w:r>
      <w:r>
        <w:rPr>
          <w:b/>
          <w:bCs/>
        </w:rPr>
        <w:t xml:space="preserve">finally stopped just before sunset.</w:t>
      </w:r>
      <w:r>
        <w:br/>
      </w:r>
      <w:r>
        <w:t xml:space="preserve">    (a) an overwhelming amount; or to overwhelm -- especially said of water</w:t>
      </w:r>
      <w:r>
        <w:br/>
      </w:r>
      <w:r>
        <w:t xml:space="preserve">    (b) spend time with; or someone with whom a person spends a lot of time</w:t>
      </w:r>
      <w:r>
        <w:br/>
      </w:r>
      <w:r>
        <w:t xml:space="preserve">    (c) to show something -- such as to demonstrate, express, or represent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ordered men to go out in canoes and pitch dynamite in the river,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stupefying</w:t>
      </w:r>
      <w:r>
        <w:rPr>
          <w:b/>
          <w:bCs/>
        </w:rPr>
        <w:t xml:space="preserve"> </w:t>
      </w:r>
      <w:r>
        <w:rPr>
          <w:b/>
          <w:bCs/>
        </w:rPr>
        <w:t xml:space="preserve">everything within earshot.</w:t>
      </w:r>
      <w:r>
        <w:br/>
      </w:r>
      <w:r>
        <w:t xml:space="preserve">    (a) holding together (connecting or uniting) or wrapping</w:t>
      </w:r>
      <w:r>
        <w:br/>
      </w:r>
      <w:r>
        <w:t xml:space="preserve">    (b) controlling in advance (how something will turn out)</w:t>
      </w:r>
      <w:r>
        <w:br/>
      </w:r>
      <w:r>
        <w:t xml:space="preserve">    (c) making one unable to think; or completely surprising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baptism</w:t>
      </w:r>
      <w:r>
        <w:rPr>
          <w:b/>
          <w:bCs/>
        </w:rPr>
        <w:t xml:space="preserve">, and every one I have witnessed so far, took place in something like a large bathtub or small swimming pool in the Baptist Church.</w:t>
      </w:r>
      <w:r>
        <w:br/>
      </w:r>
      <w:r>
        <w:t xml:space="preserve">    (a) something created -- typically a work of music or writing; or the act of creating such a work; or the structure of such a work</w:t>
      </w:r>
      <w:r>
        <w:br/>
      </w:r>
      <w:r>
        <w:t xml:space="preserve">    (b) one of two defensive players who line up closest to the sideline to defend against passes -- especially to the wide receivers</w:t>
      </w:r>
      <w:r>
        <w:br/>
      </w:r>
      <w:r>
        <w:t xml:space="preserve">    (c) a Christian ceremony signifying spiritual cleansing and rebirth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Oh, it rains, it pours, Noah himself would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dismayed</w:t>
      </w:r>
      <w:r>
        <w:rPr>
          <w:b/>
          <w:bCs/>
        </w:rPr>
        <w:t xml:space="preserve">.</w:t>
      </w:r>
      <w:r>
        <w:br/>
      </w:r>
      <w:r>
        <w:t xml:space="preserve">    (a) (verb) created, started, settled, or set in a place  OR  (adjective) existing, or familiar</w:t>
      </w:r>
      <w:r>
        <w:br/>
      </w:r>
      <w:r>
        <w:t xml:space="preserve">    (b) saddened, worried, or discouraged</w:t>
      </w:r>
      <w:r>
        <w:br/>
      </w:r>
      <w:r>
        <w:t xml:space="preserve">    (c) persuaded someone to want something (often sex or love) by tempting with something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would not believe that the Jesus Bible, with its absolutely ...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abundance</w:t>
      </w:r>
      <w:r>
        <w:rPr>
          <w:b/>
          <w:bCs/>
        </w:rPr>
        <w:t xml:space="preserve"> </w:t>
      </w:r>
      <w:r>
        <w:rPr>
          <w:b/>
          <w:bCs/>
        </w:rPr>
        <w:t xml:space="preserve">of words, gave no specific instructions to mothers of newborn twins.</w:t>
      </w:r>
      <w:r>
        <w:br/>
      </w:r>
      <w:r>
        <w:t xml:space="preserve">    (a) sharpness or intenseness</w:t>
      </w:r>
      <w:r>
        <w:br/>
      </w:r>
      <w:r>
        <w:t xml:space="preserve">    (b) conflict or disagreement</w:t>
      </w:r>
      <w:r>
        <w:br/>
      </w:r>
      <w:r>
        <w:t xml:space="preserve">    (c) large quantity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Bravery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righteousness</w:t>
      </w:r>
      <w:r>
        <w:rPr>
          <w:b/>
          <w:bCs/>
        </w:rPr>
        <w:t xml:space="preserve">--those are two things that cannot go unrewarded in the sight of the Lord.</w:t>
      </w:r>
      <w:r>
        <w:br/>
      </w:r>
      <w:r>
        <w:t xml:space="preserve">    (a) morally correct behavior</w:t>
      </w:r>
      <w:r>
        <w:br/>
      </w:r>
      <w:r>
        <w:t xml:space="preserve">    (b) social event or ceremony</w:t>
      </w:r>
      <w:r>
        <w:br/>
      </w:r>
      <w:r>
        <w:t xml:space="preserve">    (c) Islamic religious leader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views Leah's bow and arrows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development in our household after so many other discouraging ones, such as the death, for all practical purposes, of Ruth May.</w:t>
      </w:r>
      <w:r>
        <w:br/>
      </w:r>
      <w:r>
        <w:t xml:space="preserve">    (a) impossible to find</w:t>
      </w:r>
      <w:r>
        <w:br/>
      </w:r>
      <w:r>
        <w:t xml:space="preserve">    (b) not representative</w:t>
      </w:r>
      <w:r>
        <w:br/>
      </w:r>
      <w:r>
        <w:t xml:space="preserve">    (c) good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 tell you with absolute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positivity</w:t>
      </w:r>
      <w:r>
        <w:rPr>
          <w:b/>
          <w:bCs/>
        </w:rPr>
        <w:t xml:space="preserve"> </w:t>
      </w:r>
      <w:r>
        <w:rPr>
          <w:b/>
          <w:bCs/>
        </w:rPr>
        <w:t xml:space="preserve">that I am soon going to be Mrs. Daniel Attaché-to-the-Ambassador DuPrée.</w:t>
      </w:r>
      <w:r>
        <w:br/>
      </w:r>
      <w:r>
        <w:t xml:space="preserve">    (a) the process or result of a detailed examination of something</w:t>
      </w:r>
      <w:r>
        <w:br/>
      </w:r>
      <w:r>
        <w:t xml:space="preserve">    (b) certainty</w:t>
      </w:r>
      <w:r>
        <w:br/>
      </w:r>
      <w:r>
        <w:t xml:space="preserve">    (c) to again think carefully and make a judgment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fails to see that Anatole is breaking rules for her, and this will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consequences</w:t>
      </w:r>
      <w:r>
        <w:rPr>
          <w:b/>
          <w:bCs/>
        </w:rPr>
        <w:t xml:space="preserve">.</w:t>
      </w:r>
      <w:r>
        <w:br/>
      </w:r>
      <w:r>
        <w:t xml:space="preserve">    (a) battles</w:t>
      </w:r>
      <w:r>
        <w:br/>
      </w:r>
      <w:r>
        <w:t xml:space="preserve">    (b) desires</w:t>
      </w:r>
      <w:r>
        <w:br/>
      </w:r>
      <w:r>
        <w:t xml:space="preserve">    (c) results (unintended side-effects)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guess that is about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consequential</w:t>
      </w:r>
      <w:r>
        <w:rPr>
          <w:b/>
          <w:bCs/>
        </w:rPr>
        <w:t xml:space="preserve"> </w:t>
      </w:r>
      <w:r>
        <w:rPr>
          <w:b/>
          <w:bCs/>
        </w:rPr>
        <w:t xml:space="preserve">as it gets.</w:t>
      </w:r>
      <w:r>
        <w:br/>
      </w:r>
      <w:r>
        <w:t xml:space="preserve">    (a) disbelief</w:t>
      </w:r>
      <w:r>
        <w:br/>
      </w:r>
      <w:r>
        <w:t xml:space="preserve">    (b) important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turned toward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air of a preacher himself.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people who worship together in the same building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wonder what you'll name my sin: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Complicity</w:t>
      </w:r>
      <w:r>
        <w:rPr>
          <w:b/>
          <w:bCs/>
        </w:rPr>
        <w:t xml:space="preserve">?</w:t>
      </w:r>
      <w:r>
        <w:br/>
      </w:r>
      <w:r>
        <w:t xml:space="preserve">    (a) a Muslim religious teacher or leader</w:t>
      </w:r>
      <w:r>
        <w:br/>
      </w:r>
      <w:r>
        <w:t xml:space="preserve">    (b) lacking experience or sophistication</w:t>
      </w:r>
      <w:r>
        <w:br/>
      </w:r>
      <w:r>
        <w:t xml:space="preserve">    (c) act of helping in a crime or offense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I'm sure the Congolese heard it every day for a hundred years while they had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</w:t>
      </w:r>
      <w:r>
        <w:rPr>
          <w:b/>
          <w:bCs/>
        </w:rPr>
        <w:t xml:space="preserve"> </w:t>
      </w:r>
      <w:r>
        <w:rPr>
          <w:b/>
          <w:bCs/>
        </w:rPr>
        <w:t xml:space="preserve">the Belgians.</w:t>
      </w:r>
      <w:r>
        <w:br/>
      </w:r>
      <w:r>
        <w:t xml:space="preserve">    (a) tolerate; or refrain from acting</w:t>
      </w:r>
      <w:r>
        <w:br/>
      </w:r>
      <w:r>
        <w:t xml:space="preserve">    (b) where attention is concentrated</w:t>
      </w:r>
      <w:r>
        <w:br/>
      </w:r>
      <w:r>
        <w:t xml:space="preserve">    (c) the ability to take on or adopt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Besides, Angola is an extremely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Communistic</w:t>
      </w:r>
      <w:r>
        <w:rPr>
          <w:b/>
          <w:bCs/>
        </w:rPr>
        <w:t xml:space="preserve"> </w:t>
      </w:r>
      <w:r>
        <w:rPr>
          <w:b/>
          <w:bCs/>
        </w:rPr>
        <w:t xml:space="preserve">nation if you ask me.</w:t>
      </w:r>
      <w:r>
        <w:br/>
      </w:r>
      <w:r>
        <w:t xml:space="preserve">    (a) related to expressing personal artistic ideas or feelings while performing (or performing to) someone else's work</w:t>
      </w:r>
      <w:r>
        <w:br/>
      </w:r>
      <w:r>
        <w:t xml:space="preserve">    (b) working against psychosis (any severe mental disorder in which contact with reality is lost or highly distorted)</w:t>
      </w:r>
      <w:r>
        <w:br/>
      </w:r>
      <w:r>
        <w:t xml:space="preserve">    (c) having an economic system that abolishes private ownership of property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2026-07-31T17:59:25Z</dcterms:created>
  <dcterms:modified xsi:type="dcterms:W3CDTF">2026-07-31T17:59:25Z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