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f16c35446459720b67c0de0fc51d324fc412e01"/>
    <w:p>
      <w:pPr>
        <w:pStyle w:val="Heading1"/>
      </w:pPr>
      <w:r>
        <w:rPr>
          <w:b/>
          <w:bCs/>
        </w:rPr>
        <w:t xml:space="preserve">The Plague</w:t>
      </w:r>
      <w:r>
        <w:br/>
      </w:r>
      <w:r>
        <w:rPr>
          <w:i/>
          <w:iCs/>
        </w:rPr>
        <w:t xml:space="preserve">Albert Camus</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unusual events described in this</w:t>
      </w:r>
      <w:r>
        <w:rPr>
          <w:b/>
          <w:bCs/>
        </w:rPr>
        <w:t xml:space="preserve"> </w:t>
      </w:r>
      <w:r>
        <w:rPr>
          <w:b/>
          <w:bCs/>
          <w:u w:val="single"/>
        </w:rPr>
        <w:t xml:space="preserve">chronicle</w:t>
      </w:r>
      <w:r>
        <w:rPr>
          <w:b/>
          <w:bCs/>
        </w:rPr>
        <w:t xml:space="preserve"> </w:t>
      </w:r>
      <w:r>
        <w:rPr>
          <w:b/>
          <w:bCs/>
        </w:rPr>
        <w:t xml:space="preserve">occurred in 194at Oran.</w:t>
      </w:r>
      <w:r>
        <w:br/>
      </w:r>
      <w:r>
        <w:t xml:space="preserve">    (a) a record of events; or the act of creating such a record or telling others of the events</w:t>
      </w:r>
      <w:r>
        <w:br/>
      </w:r>
      <w:r>
        <w:t xml:space="preserve">    (b) to dominate harshly and unfairly  OR  to deny equal rights to others or make them suffer</w:t>
      </w:r>
      <w:r>
        <w:br/>
      </w:r>
      <w:r>
        <w:t xml:space="preserve">    (c) persuade someone to want something (often sex or love) by tempting with something desired</w:t>
      </w:r>
    </w:p>
    <w:p>
      <w:pPr>
        <w:pStyle w:val="Compact"/>
        <w:numPr>
          <w:ilvl w:val="0"/>
          <w:numId w:val="1001"/>
        </w:numPr>
      </w:pPr>
      <w:r>
        <w:rPr>
          <w:b/>
          <w:bCs/>
        </w:rPr>
        <w:t xml:space="preserve">But, obviously, a</w:t>
      </w:r>
      <w:r>
        <w:rPr>
          <w:b/>
          <w:bCs/>
        </w:rPr>
        <w:t xml:space="preserve"> </w:t>
      </w:r>
      <w:r>
        <w:rPr>
          <w:b/>
          <w:bCs/>
          <w:u w:val="single"/>
        </w:rPr>
        <w:t xml:space="preserve">narrator</w:t>
      </w:r>
      <w:r>
        <w:rPr>
          <w:b/>
          <w:bCs/>
        </w:rPr>
        <w:t xml:space="preserve"> </w:t>
      </w:r>
      <w:r>
        <w:rPr>
          <w:b/>
          <w:bCs/>
        </w:rPr>
        <w:t xml:space="preserve">cannot take account of these differences of outlook.</w:t>
      </w:r>
      <w:r>
        <w:br/>
      </w:r>
      <w:r>
        <w:t xml:space="preserve">    (a) quiet voice</w:t>
      </w:r>
      <w:r>
        <w:br/>
      </w:r>
      <w:r>
        <w:t xml:space="preserve">    (b) storyteller</w:t>
      </w:r>
      <w:r>
        <w:br/>
      </w:r>
      <w:r>
        <w:t xml:space="preserve">    (c) translation</w:t>
      </w:r>
    </w:p>
    <w:p>
      <w:pPr>
        <w:pStyle w:val="Compact"/>
        <w:numPr>
          <w:ilvl w:val="0"/>
          <w:numId w:val="1001"/>
        </w:numPr>
      </w:pPr>
      <w:r>
        <w:rPr>
          <w:b/>
          <w:bCs/>
        </w:rPr>
        <w:t xml:space="preserve">He found his first patient, an</w:t>
      </w:r>
      <w:r>
        <w:rPr>
          <w:b/>
          <w:bCs/>
        </w:rPr>
        <w:t xml:space="preserve"> </w:t>
      </w:r>
      <w:r>
        <w:rPr>
          <w:b/>
          <w:bCs/>
          <w:u w:val="single"/>
        </w:rPr>
        <w:t xml:space="preserve">asthma</w:t>
      </w:r>
      <w:r>
        <w:rPr>
          <w:b/>
          <w:bCs/>
        </w:rPr>
        <w:t xml:space="preserve"> </w:t>
      </w:r>
      <w:r>
        <w:rPr>
          <w:b/>
          <w:bCs/>
        </w:rPr>
        <w:t xml:space="preserve">case of long standing, in bed, in a room that served as both dining-room and bedroom and overlooked the street.</w:t>
      </w:r>
      <w:r>
        <w:br/>
      </w:r>
      <w:r>
        <w:t xml:space="preserve">    (a) the green substance in plants that absorbs light energy and converts it to chemical energy through photosynthesis</w:t>
      </w:r>
      <w:r>
        <w:br/>
      </w:r>
      <w:r>
        <w:t xml:space="preserve">    (b) a common lung disorder characterized by wheezing, shortness of breath, chest tightness, and sometimes coughing</w:t>
      </w:r>
      <w:r>
        <w:br/>
      </w:r>
      <w:r>
        <w:t xml:space="preserve">    (c) windpipe (the air tube that conveys inhaled air to the lungs from just under the larynx or</w:t>
      </w:r>
      <w:r>
        <w:t xml:space="preserve"> </w:t>
      </w:r>
      <w:r>
        <w:rPr>
          <w:i/>
          <w:iCs/>
        </w:rPr>
        <w:t xml:space="preserve">voice box</w:t>
      </w:r>
      <w:r>
        <w:t xml:space="preserve">)</w:t>
      </w:r>
    </w:p>
    <w:p>
      <w:pPr>
        <w:pStyle w:val="Compact"/>
        <w:numPr>
          <w:ilvl w:val="0"/>
          <w:numId w:val="1001"/>
        </w:numPr>
      </w:pPr>
      <w:r>
        <w:rPr>
          <w:b/>
          <w:bCs/>
        </w:rPr>
        <w:t xml:space="preserve">As he was leaving the platform, near the exit he met M. Othon, the police</w:t>
      </w:r>
      <w:r>
        <w:rPr>
          <w:b/>
          <w:bCs/>
        </w:rPr>
        <w:t xml:space="preserve"> </w:t>
      </w:r>
      <w:r>
        <w:rPr>
          <w:b/>
          <w:bCs/>
          <w:u w:val="single"/>
        </w:rPr>
        <w:t xml:space="preserve">magistrate</w:t>
      </w:r>
      <w:r>
        <w:rPr>
          <w:b/>
          <w:bCs/>
        </w:rPr>
        <w:t xml:space="preserve">, holding his small boy by the hand.</w:t>
      </w:r>
      <w:r>
        <w:br/>
      </w:r>
      <w:r>
        <w:t xml:space="preserve">    (a) someone who shows</w:t>
      </w:r>
      <w:r>
        <w:br/>
      </w:r>
      <w:r>
        <w:t xml:space="preserve">    (b) judicial official</w:t>
      </w:r>
      <w:r>
        <w:br/>
      </w:r>
      <w:r>
        <w:t xml:space="preserve">    (c) people who attack</w:t>
      </w:r>
    </w:p>
    <w:p>
      <w:pPr>
        <w:pStyle w:val="Compact"/>
        <w:numPr>
          <w:ilvl w:val="0"/>
          <w:numId w:val="1001"/>
        </w:numPr>
      </w:pPr>
      <w:r>
        <w:rPr>
          <w:b/>
          <w:bCs/>
        </w:rPr>
        <w:t xml:space="preserve">On the landing he told Grand that he was obliged to make a report, but would ask the police inspector to hold up the</w:t>
      </w:r>
      <w:r>
        <w:rPr>
          <w:b/>
          <w:bCs/>
        </w:rPr>
        <w:t xml:space="preserve"> </w:t>
      </w:r>
      <w:r>
        <w:rPr>
          <w:b/>
          <w:bCs/>
          <w:u w:val="single"/>
        </w:rPr>
        <w:t xml:space="preserve">inquiry</w:t>
      </w:r>
      <w:r>
        <w:rPr>
          <w:b/>
          <w:bCs/>
        </w:rPr>
        <w:t xml:space="preserve"> </w:t>
      </w:r>
      <w:r>
        <w:rPr>
          <w:b/>
          <w:bCs/>
        </w:rPr>
        <w:t xml:space="preserve">for a couple of days.</w:t>
      </w:r>
      <w:r>
        <w:br/>
      </w:r>
      <w:r>
        <w:t xml:space="preserve">    (a) reason (for doing something)</w:t>
      </w:r>
      <w:r>
        <w:br/>
      </w:r>
      <w:r>
        <w:t xml:space="preserve">    (b) small quantity or indication</w:t>
      </w:r>
      <w:r>
        <w:br/>
      </w:r>
      <w:r>
        <w:t xml:space="preserve">    (c) questioning or investigating</w:t>
      </w:r>
    </w:p>
    <w:p>
      <w:pPr>
        <w:pStyle w:val="Compact"/>
        <w:numPr>
          <w:ilvl w:val="0"/>
          <w:numId w:val="1001"/>
        </w:numPr>
      </w:pPr>
      <w:r>
        <w:rPr>
          <w:b/>
          <w:bCs/>
        </w:rPr>
        <w:t xml:space="preserve">Reviewing that first phase in the light of</w:t>
      </w:r>
      <w:r>
        <w:rPr>
          <w:b/>
          <w:bCs/>
        </w:rPr>
        <w:t xml:space="preserve"> </w:t>
      </w:r>
      <w:r>
        <w:rPr>
          <w:b/>
          <w:bCs/>
          <w:u w:val="single"/>
        </w:rPr>
        <w:t xml:space="preserve">subsequent</w:t>
      </w:r>
      <w:r>
        <w:rPr>
          <w:b/>
          <w:bCs/>
        </w:rPr>
        <w:t xml:space="preserve"> </w:t>
      </w:r>
      <w:r>
        <w:rPr>
          <w:b/>
          <w:bCs/>
        </w:rPr>
        <w:t xml:space="preserve">events, our townsfolk realized that they had never dreamed it possible that our little town should be chosen out for the scene of such grotesque happenings as the wholesale death of rats in broad daylight or the decease of concierges through exotic maladies.</w:t>
      </w:r>
      <w:r>
        <w:br/>
      </w:r>
      <w:r>
        <w:t xml:space="preserve">    (a) the state of being awake</w:t>
      </w:r>
      <w:r>
        <w:br/>
      </w:r>
      <w:r>
        <w:t xml:space="preserve">    (b) following something else</w:t>
      </w:r>
      <w:r>
        <w:br/>
      </w:r>
      <w:r>
        <w:t xml:space="preserve">    (c) able to take on or adopt</w:t>
      </w:r>
    </w:p>
    <w:p>
      <w:pPr>
        <w:pStyle w:val="Compact"/>
        <w:numPr>
          <w:ilvl w:val="0"/>
          <w:numId w:val="1001"/>
        </w:numPr>
      </w:pPr>
      <w:r>
        <w:rPr>
          <w:b/>
          <w:bCs/>
        </w:rPr>
        <w:t xml:space="preserve">The town-topics column, usually very</w:t>
      </w:r>
      <w:r>
        <w:rPr>
          <w:b/>
          <w:bCs/>
        </w:rPr>
        <w:t xml:space="preserve"> </w:t>
      </w:r>
      <w:r>
        <w:rPr>
          <w:b/>
          <w:bCs/>
          <w:u w:val="single"/>
        </w:rPr>
        <w:t xml:space="preserve">varied</w:t>
      </w:r>
      <w:r>
        <w:rPr>
          <w:b/>
          <w:bCs/>
        </w:rPr>
        <w:t xml:space="preserve">, is now devoted exclusively to a campaign against the local authorities.</w:t>
      </w:r>
      <w:r>
        <w:br/>
      </w:r>
      <w:r>
        <w:t xml:space="preserve">    (a) took on as one's own</w:t>
      </w:r>
      <w:r>
        <w:br/>
      </w:r>
      <w:r>
        <w:t xml:space="preserve">    (b) began fighting again</w:t>
      </w:r>
      <w:r>
        <w:br/>
      </w:r>
      <w:r>
        <w:t xml:space="preserve">    (c) differed; or changed</w:t>
      </w:r>
    </w:p>
    <w:p>
      <w:pPr>
        <w:pStyle w:val="Compact"/>
        <w:numPr>
          <w:ilvl w:val="0"/>
          <w:numId w:val="1001"/>
        </w:numPr>
      </w:pPr>
      <w:r>
        <w:rPr>
          <w:b/>
          <w:bCs/>
        </w:rPr>
        <w:t xml:space="preserve">A</w:t>
      </w:r>
      <w:r>
        <w:rPr>
          <w:b/>
          <w:bCs/>
        </w:rPr>
        <w:t xml:space="preserve"> </w:t>
      </w:r>
      <w:r>
        <w:rPr>
          <w:b/>
          <w:bCs/>
          <w:u w:val="single"/>
        </w:rPr>
        <w:t xml:space="preserve">pestilence</w:t>
      </w:r>
      <w:r>
        <w:rPr>
          <w:b/>
          <w:bCs/>
        </w:rPr>
        <w:t xml:space="preserve"> </w:t>
      </w:r>
      <w:r>
        <w:rPr>
          <w:b/>
          <w:bCs/>
        </w:rPr>
        <w:t xml:space="preserve">isn't a thing made to man's measure; therefore we tell ourselves that pestilence is a mere bogy of the mind, a bad dream that will pass away.</w:t>
      </w:r>
      <w:r>
        <w:br/>
      </w:r>
      <w:r>
        <w:t xml:space="preserve">    (a) a South African whose first language is Afrikaans -- typically descendants of 17th century Dutch settlers</w:t>
      </w:r>
      <w:r>
        <w:br/>
      </w:r>
      <w:r>
        <w:t xml:space="preserve">    (b) something that is not obvious, but noticeable by someone with adequate sensitivity and relevant knowledge</w:t>
      </w:r>
      <w:r>
        <w:br/>
      </w:r>
      <w:r>
        <w:t xml:space="preserve">    (c) widespread disease (usually severe); or any severely harmful or evil influence that is hard to get rid of</w:t>
      </w:r>
    </w:p>
    <w:p>
      <w:pPr>
        <w:pStyle w:val="Compact"/>
        <w:numPr>
          <w:ilvl w:val="0"/>
          <w:numId w:val="1001"/>
        </w:numPr>
      </w:pPr>
      <w:r>
        <w:rPr>
          <w:b/>
          <w:bCs/>
        </w:rPr>
        <w:t xml:space="preserve">Looking from his window at the town, outwardly quite unchanged, the doctor felt little more than a faint</w:t>
      </w:r>
      <w:r>
        <w:rPr>
          <w:b/>
          <w:bCs/>
        </w:rPr>
        <w:t xml:space="preserve"> </w:t>
      </w:r>
      <w:r>
        <w:rPr>
          <w:b/>
          <w:bCs/>
          <w:u w:val="single"/>
        </w:rPr>
        <w:t xml:space="preserve">qualm</w:t>
      </w:r>
      <w:r>
        <w:rPr>
          <w:b/>
          <w:bCs/>
        </w:rPr>
        <w:t xml:space="preserve"> </w:t>
      </w:r>
      <w:r>
        <w:rPr>
          <w:b/>
          <w:bCs/>
        </w:rPr>
        <w:t xml:space="preserve">for the future, a vague unease.</w:t>
      </w:r>
      <w:r>
        <w:br/>
      </w:r>
      <w:r>
        <w:t xml:space="preserve">    (a) long eventful journey</w:t>
      </w:r>
      <w:r>
        <w:br/>
      </w:r>
      <w:r>
        <w:t xml:space="preserve">    (b) feeling of uneasiness</w:t>
      </w:r>
      <w:r>
        <w:br/>
      </w:r>
      <w:r>
        <w:t xml:space="preserve">    (c) a nerve or brain cell</w:t>
      </w:r>
    </w:p>
    <w:p>
      <w:pPr>
        <w:pStyle w:val="Compact"/>
        <w:numPr>
          <w:ilvl w:val="0"/>
          <w:numId w:val="1001"/>
        </w:numPr>
      </w:pPr>
      <w:r>
        <w:rPr>
          <w:b/>
          <w:bCs/>
        </w:rPr>
        <w:t xml:space="preserve">But naturally that was impossible to put into practice;</w:t>
      </w:r>
      <w:r>
        <w:rPr>
          <w:b/>
          <w:bCs/>
        </w:rPr>
        <w:t xml:space="preserve"> </w:t>
      </w:r>
      <w:r>
        <w:rPr>
          <w:b/>
          <w:bCs/>
          <w:u w:val="single"/>
        </w:rPr>
        <w:t xml:space="preserve">moreover</w:t>
      </w:r>
      <w:r>
        <w:rPr>
          <w:b/>
          <w:bCs/>
        </w:rPr>
        <w:t xml:space="preserve">, what man knows ten thousand faces?</w:t>
      </w:r>
      <w:r>
        <w:br/>
      </w:r>
      <w:r>
        <w:t xml:space="preserve">    (a) in addition to what has just been said</w:t>
      </w:r>
      <w:r>
        <w:br/>
      </w:r>
      <w:r>
        <w:t xml:space="preserve">    (b) even though -- used to connect contrasting ideas</w:t>
      </w:r>
      <w:r>
        <w:br/>
      </w:r>
      <w:r>
        <w:t xml:space="preserve">    (c) despite that (used to connect contrasting ideas)</w:t>
      </w:r>
    </w:p>
    <w:p>
      <w:pPr>
        <w:pStyle w:val="Compact"/>
        <w:numPr>
          <w:ilvl w:val="0"/>
          <w:numId w:val="1001"/>
        </w:numPr>
      </w:pPr>
      <w:r>
        <w:rPr>
          <w:b/>
          <w:bCs/>
        </w:rPr>
        <w:t xml:space="preserve">All he desired was the prospect of a life suitably insured on the material side by honest work,</w:t>
      </w:r>
      <w:r>
        <w:rPr>
          <w:b/>
          <w:bCs/>
        </w:rPr>
        <w:t xml:space="preserve"> </w:t>
      </w:r>
      <w:r>
        <w:rPr>
          <w:b/>
          <w:bCs/>
          <w:u w:val="single"/>
        </w:rPr>
        <w:t xml:space="preserve">enabling</w:t>
      </w:r>
      <w:r>
        <w:rPr>
          <w:b/>
          <w:bCs/>
        </w:rPr>
        <w:t xml:space="preserve"> </w:t>
      </w:r>
      <w:r>
        <w:rPr>
          <w:b/>
          <w:bCs/>
        </w:rPr>
        <w:t xml:space="preserve">him to devote his leisure to his hobbies.</w:t>
      </w:r>
      <w:r>
        <w:br/>
      </w:r>
      <w:r>
        <w:t xml:space="preserve">    (a) making possible</w:t>
      </w:r>
      <w:r>
        <w:br/>
      </w:r>
      <w:r>
        <w:t xml:space="preserve">    (b) being a sign of</w:t>
      </w:r>
      <w:r>
        <w:br/>
      </w:r>
      <w:r>
        <w:t xml:space="preserve">    (c) moving downward</w:t>
      </w:r>
    </w:p>
    <w:p>
      <w:pPr>
        <w:pStyle w:val="Compact"/>
        <w:numPr>
          <w:ilvl w:val="0"/>
          <w:numId w:val="1001"/>
        </w:numPr>
      </w:pPr>
      <w:r>
        <w:rPr>
          <w:b/>
          <w:bCs/>
        </w:rPr>
        <w:t xml:space="preserve">In the early days a favored few managed to persuade the</w:t>
      </w:r>
      <w:r>
        <w:rPr>
          <w:b/>
          <w:bCs/>
        </w:rPr>
        <w:t xml:space="preserve"> </w:t>
      </w:r>
      <w:r>
        <w:rPr>
          <w:b/>
          <w:bCs/>
          <w:u w:val="single"/>
        </w:rPr>
        <w:t xml:space="preserve">sentries</w:t>
      </w:r>
      <w:r>
        <w:rPr>
          <w:b/>
          <w:bCs/>
        </w:rPr>
        <w:t xml:space="preserve"> </w:t>
      </w:r>
      <w:r>
        <w:rPr>
          <w:b/>
          <w:bCs/>
        </w:rPr>
        <w:t xml:space="preserve">at the gates to allow them to get messages through to the outside world.</w:t>
      </w:r>
      <w:r>
        <w:br/>
      </w:r>
      <w:r>
        <w:t xml:space="preserve">    (a) shows or demonstrates</w:t>
      </w:r>
      <w:r>
        <w:br/>
      </w:r>
      <w:r>
        <w:t xml:space="preserve">    (b) things that stand out</w:t>
      </w:r>
      <w:r>
        <w:br/>
      </w:r>
      <w:r>
        <w:t xml:space="preserve">    (c) people standing guard</w:t>
      </w:r>
    </w:p>
    <w:p>
      <w:pPr>
        <w:pStyle w:val="Compact"/>
        <w:numPr>
          <w:ilvl w:val="0"/>
          <w:numId w:val="1001"/>
        </w:numPr>
      </w:pPr>
      <w:r>
        <w:rPr>
          <w:b/>
          <w:bCs/>
        </w:rPr>
        <w:t xml:space="preserve">Sons who had lived beside their mothers hardly giving them a glance fell to picturing with</w:t>
      </w:r>
      <w:r>
        <w:rPr>
          <w:b/>
          <w:bCs/>
        </w:rPr>
        <w:t xml:space="preserve"> </w:t>
      </w:r>
      <w:r>
        <w:rPr>
          <w:b/>
          <w:bCs/>
          <w:u w:val="single"/>
        </w:rPr>
        <w:t xml:space="preserve">poignant</w:t>
      </w:r>
      <w:r>
        <w:rPr>
          <w:b/>
          <w:bCs/>
        </w:rPr>
        <w:t xml:space="preserve"> </w:t>
      </w:r>
      <w:r>
        <w:rPr>
          <w:b/>
          <w:bCs/>
        </w:rPr>
        <w:t xml:space="preserve">regret each wrinkle in the absent face that memory cast upon the screen.</w:t>
      </w:r>
      <w:r>
        <w:br/>
      </w:r>
      <w:r>
        <w:t xml:space="preserve">    (a) likely to change</w:t>
      </w:r>
      <w:r>
        <w:br/>
      </w:r>
      <w:r>
        <w:t xml:space="preserve">    (b) able to be found</w:t>
      </w:r>
      <w:r>
        <w:br/>
      </w:r>
      <w:r>
        <w:t xml:space="preserve">    (c) sharp or intense</w:t>
      </w:r>
    </w:p>
    <w:p>
      <w:pPr>
        <w:pStyle w:val="Compact"/>
        <w:numPr>
          <w:ilvl w:val="0"/>
          <w:numId w:val="1001"/>
        </w:numPr>
      </w:pPr>
      <w:r>
        <w:rPr>
          <w:b/>
          <w:bCs/>
        </w:rPr>
        <w:t xml:space="preserve">Thus, too, they came to know the incorrigible sorrow of all prisoners and</w:t>
      </w:r>
      <w:r>
        <w:rPr>
          <w:b/>
          <w:bCs/>
        </w:rPr>
        <w:t xml:space="preserve"> </w:t>
      </w:r>
      <w:r>
        <w:rPr>
          <w:b/>
          <w:bCs/>
          <w:u w:val="single"/>
        </w:rPr>
        <w:t xml:space="preserve">exiles</w:t>
      </w:r>
      <w:r>
        <w:rPr>
          <w:b/>
          <w:bCs/>
        </w:rPr>
        <w:t xml:space="preserve">, which is to live in company with a memory that serves no purpose.</w:t>
      </w:r>
      <w:r>
        <w:br/>
      </w:r>
      <w:r>
        <w:t xml:space="preserve">    (a) recommends or requires what should be done  OR  (of a medical doctor) gives medical instructions -- such as writing that a patient should take antibiotics</w:t>
      </w:r>
      <w:r>
        <w:br/>
      </w:r>
      <w:r>
        <w:t xml:space="preserve">    (b) (noun) things that are lighter and draw attention -- such as areas of a painting  OR  (verb) making some things lighter -- such as areas of a painting</w:t>
      </w:r>
      <w:r>
        <w:br/>
      </w:r>
      <w:r>
        <w:t xml:space="preserve">    (c) to force someone to live outside of their homeland; or living in such a condition</w:t>
      </w:r>
      <w:r>
        <w:br/>
      </w:r>
      <w:r>
        <w:br/>
      </w:r>
      <w:r>
        <w:t xml:space="preserve">or more rarely:  voluntary absence from a place someone would rather be</w:t>
      </w:r>
    </w:p>
    <w:p>
      <w:pPr>
        <w:pStyle w:val="Compact"/>
        <w:numPr>
          <w:ilvl w:val="0"/>
          <w:numId w:val="1001"/>
        </w:numPr>
      </w:pPr>
      <w:r>
        <w:rPr>
          <w:b/>
          <w:bCs/>
        </w:rPr>
        <w:t xml:space="preserve">The Prefect's riposte to criticisms echoed by the press-Could not the regulations be modified and made less</w:t>
      </w:r>
      <w:r>
        <w:rPr>
          <w:b/>
          <w:bCs/>
        </w:rPr>
        <w:t xml:space="preserve"> </w:t>
      </w:r>
      <w:r>
        <w:rPr>
          <w:b/>
          <w:bCs/>
          <w:u w:val="single"/>
        </w:rPr>
        <w:t xml:space="preserve">stringent</w:t>
      </w:r>
      <w:r>
        <w:rPr>
          <w:b/>
          <w:bCs/>
        </w:rPr>
        <w:t xml:space="preserve">?</w:t>
      </w:r>
      <w:r>
        <w:br/>
      </w:r>
      <w:r>
        <w:t xml:space="preserve">    (a) sloped</w:t>
      </w:r>
      <w:r>
        <w:br/>
      </w:r>
      <w:r>
        <w:t xml:space="preserve">    (b) hidden</w:t>
      </w:r>
      <w:r>
        <w:br/>
      </w:r>
      <w:r>
        <w:t xml:space="preserve">    (c) strict</w:t>
      </w:r>
    </w:p>
    <w:p>
      <w:pPr>
        <w:pStyle w:val="Compact"/>
        <w:numPr>
          <w:ilvl w:val="0"/>
          <w:numId w:val="1001"/>
        </w:numPr>
      </w:pPr>
      <w:r>
        <w:rPr>
          <w:b/>
          <w:bCs/>
        </w:rPr>
        <w:t xml:space="preserve">And on the Sunday of the sermon a huge</w:t>
      </w:r>
      <w:r>
        <w:rPr>
          <w:b/>
          <w:bCs/>
        </w:rPr>
        <w:t xml:space="preserve"> </w:t>
      </w:r>
      <w:r>
        <w:rPr>
          <w:b/>
          <w:bCs/>
          <w:u w:val="single"/>
        </w:rPr>
        <w:t xml:space="preserve">congregation</w:t>
      </w:r>
      <w:r>
        <w:rPr>
          <w:b/>
          <w:bCs/>
        </w:rPr>
        <w:t xml:space="preserve"> </w:t>
      </w:r>
      <w:r>
        <w:rPr>
          <w:b/>
          <w:bCs/>
        </w:rPr>
        <w:t xml:space="preserve">filled the nave, overflowing onto the steps and precincts.</w:t>
      </w:r>
      <w:r>
        <w:br/>
      </w:r>
      <w:r>
        <w:t xml:space="preserve">    (a) people who worship together in the same building</w:t>
      </w:r>
      <w:r>
        <w:br/>
      </w:r>
      <w:r>
        <w:t xml:space="preserve">    (b) a general feeling of not being as good as others</w:t>
      </w:r>
      <w:r>
        <w:br/>
      </w:r>
      <w:r>
        <w:t xml:space="preserve">    (c) the act, process, or instance of telling a story</w:t>
      </w:r>
    </w:p>
    <w:p>
      <w:pPr>
        <w:pStyle w:val="Compact"/>
        <w:numPr>
          <w:ilvl w:val="0"/>
          <w:numId w:val="1001"/>
        </w:numPr>
      </w:pPr>
      <w:r>
        <w:rPr>
          <w:b/>
          <w:bCs/>
        </w:rPr>
        <w:t xml:space="preserve">Only one, at the far end of the ward, was screaming, or rather uttering little exclamations at regular intervals, which seemed to</w:t>
      </w:r>
      <w:r>
        <w:rPr>
          <w:b/>
          <w:bCs/>
        </w:rPr>
        <w:t xml:space="preserve"> </w:t>
      </w:r>
      <w:r>
        <w:rPr>
          <w:b/>
          <w:bCs/>
          <w:u w:val="single"/>
        </w:rPr>
        <w:t xml:space="preserve">convey</w:t>
      </w:r>
      <w:r>
        <w:rPr>
          <w:b/>
          <w:bCs/>
        </w:rPr>
        <w:t xml:space="preserve"> </w:t>
      </w:r>
      <w:r>
        <w:rPr>
          <w:b/>
          <w:bCs/>
        </w:rPr>
        <w:t xml:space="preserve">surprise more than pain.</w:t>
      </w:r>
      <w:r>
        <w:br/>
      </w:r>
      <w:r>
        <w:t xml:space="preserve">    (a) communicate or express</w:t>
      </w:r>
      <w:r>
        <w:br/>
      </w:r>
      <w:r>
        <w:t xml:space="preserve">    (b) create dramatic change</w:t>
      </w:r>
      <w:r>
        <w:br/>
      </w:r>
      <w:r>
        <w:t xml:space="preserve">    (c) mirror back (an image)</w:t>
      </w:r>
    </w:p>
    <w:p>
      <w:pPr>
        <w:pStyle w:val="Compact"/>
        <w:numPr>
          <w:ilvl w:val="0"/>
          <w:numId w:val="1001"/>
        </w:numPr>
      </w:pPr>
      <w:r>
        <w:rPr>
          <w:b/>
          <w:bCs/>
        </w:rPr>
        <w:t xml:space="preserve">She was greatly struck by the</w:t>
      </w:r>
      <w:r>
        <w:rPr>
          <w:b/>
          <w:bCs/>
        </w:rPr>
        <w:t xml:space="preserve"> </w:t>
      </w:r>
      <w:r>
        <w:rPr>
          <w:b/>
          <w:bCs/>
          <w:u w:val="single"/>
        </w:rPr>
        <w:t xml:space="preserve">apathy</w:t>
      </w:r>
      <w:r>
        <w:rPr>
          <w:b/>
          <w:bCs/>
        </w:rPr>
        <w:t xml:space="preserve"> </w:t>
      </w:r>
      <w:r>
        <w:rPr>
          <w:b/>
          <w:bCs/>
        </w:rPr>
        <w:t xml:space="preserve">of his voice when, on her asking how he was feeling, he replied that he was in a bad way, he did not need a doctor, and all he wished was to be taken to the hospital, so as to comply with the regulations.</w:t>
      </w:r>
      <w:r>
        <w:br/>
      </w:r>
      <w:r>
        <w:t xml:space="preserve">    (a) lack of interest and enthusiasm</w:t>
      </w:r>
      <w:r>
        <w:br/>
      </w:r>
      <w:r>
        <w:t xml:space="preserve">    (b) non-traditional or non-standard</w:t>
      </w:r>
      <w:r>
        <w:br/>
      </w:r>
      <w:r>
        <w:t xml:space="preserve">    (c) poor ability to make a decision</w:t>
      </w:r>
    </w:p>
    <w:p>
      <w:pPr>
        <w:pStyle w:val="Compact"/>
        <w:numPr>
          <w:ilvl w:val="0"/>
          <w:numId w:val="1001"/>
        </w:numPr>
      </w:pPr>
      <w:r>
        <w:rPr>
          <w:b/>
          <w:bCs/>
        </w:rPr>
        <w:t xml:space="preserve">My notions on the subject were purely</w:t>
      </w:r>
      <w:r>
        <w:rPr>
          <w:b/>
          <w:bCs/>
        </w:rPr>
        <w:t xml:space="preserve"> </w:t>
      </w:r>
      <w:r>
        <w:rPr>
          <w:b/>
          <w:bCs/>
          <w:u w:val="single"/>
        </w:rPr>
        <w:t xml:space="preserve">abstract</w:t>
      </w:r>
      <w:r>
        <w:rPr>
          <w:b/>
          <w:bCs/>
        </w:rPr>
        <w:t xml:space="preserve">, and I'd never given it serious thought.</w:t>
      </w:r>
      <w:r>
        <w:br/>
      </w:r>
      <w:r>
        <w:t xml:space="preserve">    (a) the characteristic of being excessively unhappy and unsociable</w:t>
      </w:r>
      <w:r>
        <w:br/>
      </w:r>
      <w:r>
        <w:t xml:space="preserve">    (b) having been granted the right to keep a job as long as desired</w:t>
      </w:r>
      <w:r>
        <w:br/>
      </w:r>
      <w:r>
        <w:t xml:space="preserve">    (c) a concept or idea not associated with any specific instance</w:t>
      </w:r>
    </w:p>
    <w:p>
      <w:pPr>
        <w:pStyle w:val="Compact"/>
        <w:numPr>
          <w:ilvl w:val="0"/>
          <w:numId w:val="1001"/>
        </w:numPr>
      </w:pPr>
      <w:r>
        <w:rPr>
          <w:b/>
          <w:bCs/>
        </w:rPr>
        <w:t xml:space="preserve">... and poverty had taught her</w:t>
      </w:r>
      <w:r>
        <w:rPr>
          <w:b/>
          <w:bCs/>
        </w:rPr>
        <w:t xml:space="preserve"> </w:t>
      </w:r>
      <w:r>
        <w:rPr>
          <w:b/>
          <w:bCs/>
          <w:u w:val="single"/>
        </w:rPr>
        <w:t xml:space="preserve">resignation</w:t>
      </w:r>
      <w:r>
        <w:rPr>
          <w:b/>
          <w:bCs/>
        </w:rPr>
        <w:t xml:space="preserve">.</w:t>
      </w:r>
      <w:r>
        <w:br/>
      </w:r>
      <w:r>
        <w:t xml:space="preserve">    (a) the act of finding fault and telling others; or a description of faults</w:t>
      </w:r>
      <w:r>
        <w:br/>
      </w:r>
      <w:r>
        <w:t xml:space="preserve">    (b) the process of thinking carefully and making a judgment about something</w:t>
      </w:r>
      <w:r>
        <w:br/>
      </w:r>
      <w:r>
        <w:t xml:space="preserve">    (c) acceptance of something undesired as unavoidable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2026-07-31T18:28:30Z</dcterms:created>
  <dcterms:modified xsi:type="dcterms:W3CDTF">2026-07-31T18:28:30Z</dcterms:modified>
</cp:coreProperties>
</file>

<file path=docProps/custom.xml><?xml version="1.0" encoding="utf-8"?>
<Properties xmlns="http://schemas.openxmlformats.org/officeDocument/2006/custom-properties" xmlns:vt="http://schemas.openxmlformats.org/officeDocument/2006/docPropsVTypes"/>
</file>