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d133c98acc9a36da4712e6c84e38b7d0a6f1b0"/>
    <w:p>
      <w:pPr>
        <w:pStyle w:val="Heading1"/>
      </w:pPr>
      <w:r>
        <w:rPr>
          <w:b/>
          <w:bCs/>
        </w:rPr>
        <w:t xml:space="preserve">The Pit and the Pendulum</w:t>
      </w:r>
      <w:r>
        <w:br/>
      </w:r>
      <w:r>
        <w:rPr>
          <w:i/>
          <w:iCs/>
        </w:rPr>
        <w:t xml:space="preserve">Edgar Allan Poe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foot is stuck on the accelerator, and we are headed towards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abyss</w:t>
      </w:r>
      <w:r>
        <w:rPr>
          <w:b/>
          <w:bCs/>
        </w:rPr>
        <w:t xml:space="preserve">.</w:t>
      </w:r>
      <w:r>
        <w:br/>
      </w:r>
      <w:r>
        <w:t xml:space="preserve">    (a) turning point</w:t>
      </w:r>
      <w:r>
        <w:br/>
      </w:r>
      <w:r>
        <w:t xml:space="preserve">    (b) dangerous situation</w:t>
      </w:r>
      <w:r>
        <w:br/>
      </w:r>
      <w:r>
        <w:t xml:space="preserve">    (c) major opportunity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cried out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agony</w:t>
      </w:r>
      <w:r>
        <w:rPr>
          <w:b/>
          <w:bCs/>
        </w:rPr>
        <w:t xml:space="preserve">.</w:t>
      </w:r>
      <w:r>
        <w:br/>
      </w:r>
      <w:r>
        <w:t xml:space="preserve">    (a) intense suffering</w:t>
      </w:r>
      <w:r>
        <w:br/>
      </w:r>
      <w:r>
        <w:t xml:space="preserve">    (b) intense anger</w:t>
      </w:r>
      <w:r>
        <w:br/>
      </w:r>
      <w:r>
        <w:t xml:space="preserve">    (c) sudden surprise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Washington fails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comprehend</w:t>
      </w:r>
      <w:r>
        <w:rPr>
          <w:b/>
          <w:bCs/>
        </w:rPr>
        <w:t xml:space="preserve"> </w:t>
      </w:r>
      <w:r>
        <w:rPr>
          <w:b/>
          <w:bCs/>
        </w:rPr>
        <w:t xml:space="preserve">the change in China's strategy.</w:t>
      </w:r>
      <w:r>
        <w:br/>
      </w:r>
      <w:r>
        <w:t xml:space="preserve">    (a) fully understand</w:t>
      </w:r>
      <w:r>
        <w:br/>
      </w:r>
      <w:r>
        <w:t xml:space="preserve">    (b) respond adequately to</w:t>
      </w:r>
      <w:r>
        <w:br/>
      </w:r>
      <w:r>
        <w:t xml:space="preserve">    (c) regard respectfully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trusts only what she can measure or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deduce</w:t>
      </w:r>
      <w:r>
        <w:rPr>
          <w:b/>
          <w:bCs/>
        </w:rPr>
        <w:t xml:space="preserve"> </w:t>
      </w:r>
      <w:r>
        <w:rPr>
          <w:b/>
          <w:bCs/>
        </w:rPr>
        <w:t xml:space="preserve">from measurement.</w:t>
      </w:r>
      <w:r>
        <w:br/>
      </w:r>
      <w:r>
        <w:t xml:space="preserve">    (a) describe in detail</w:t>
      </w:r>
      <w:r>
        <w:br/>
      </w:r>
      <w:r>
        <w:t xml:space="preserve">    (b) conclude by reasoning</w:t>
      </w:r>
      <w:r>
        <w:br/>
      </w:r>
      <w:r>
        <w:t xml:space="preserve">    (c) find in a book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rescued me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poverty</w:t>
      </w:r>
      <w:r>
        <w:br/>
      </w:r>
      <w:r>
        <w:t xml:space="preserve">    (b) fear</w:t>
      </w:r>
      <w:r>
        <w:br/>
      </w:r>
      <w:r>
        <w:t xml:space="preserve">    (c) hopelessness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casual, go-with-the-flow personality and doesn't appreciate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earnestness</w:t>
      </w:r>
      <w:r>
        <w:rPr>
          <w:b/>
          <w:bCs/>
        </w:rPr>
        <w:t xml:space="preserve">.</w:t>
      </w:r>
      <w:r>
        <w:br/>
      </w:r>
      <w:r>
        <w:t xml:space="preserve">    (a) frivolous attitude</w:t>
      </w:r>
      <w:r>
        <w:br/>
      </w:r>
      <w:r>
        <w:t xml:space="preserve">    (b) seriousness</w:t>
      </w:r>
      <w:r>
        <w:br/>
      </w:r>
      <w:r>
        <w:t xml:space="preserve">    (c) falseness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 smartphones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enable</w:t>
      </w:r>
      <w:r>
        <w:rPr>
          <w:b/>
          <w:bCs/>
        </w:rPr>
        <w:t xml:space="preserve"> </w:t>
      </w:r>
      <w:r>
        <w:rPr>
          <w:b/>
          <w:bCs/>
        </w:rPr>
        <w:t xml:space="preserve">people to work from almost anywhere.</w:t>
      </w:r>
      <w:r>
        <w:br/>
      </w:r>
      <w:r>
        <w:t xml:space="preserve">    (a) allow</w:t>
      </w:r>
      <w:r>
        <w:br/>
      </w:r>
      <w:r>
        <w:t xml:space="preserve">    (b) require</w:t>
      </w:r>
      <w:r>
        <w:br/>
      </w:r>
      <w:r>
        <w:t xml:space="preserve">    (c) remind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 </w:t>
      </w:r>
      <w:r>
        <w:rPr>
          <w:b/>
          <w:bCs/>
        </w:rPr>
        <w:t xml:space="preserve">to finish by Friday.</w:t>
      </w:r>
      <w:r>
        <w:br/>
      </w:r>
      <w:r>
        <w:t xml:space="preserve">    (a) try</w:t>
      </w:r>
      <w:r>
        <w:br/>
      </w:r>
      <w:r>
        <w:t xml:space="preserve">    (b) promise</w:t>
      </w:r>
      <w:r>
        <w:br/>
      </w:r>
      <w:r>
        <w:t xml:space="preserve">    (c) not be 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hideous</w:t>
      </w:r>
      <w:r>
        <w:rPr>
          <w:b/>
          <w:bCs/>
        </w:rPr>
        <w:t xml:space="preserve"> </w:t>
      </w:r>
      <w:r>
        <w:rPr>
          <w:b/>
          <w:bCs/>
        </w:rPr>
        <w:t xml:space="preserve">scar running from his forehead to his jaw.</w:t>
      </w:r>
      <w:r>
        <w:br/>
      </w:r>
      <w:r>
        <w:t xml:space="preserve">    (a) perfectly healed</w:t>
      </w:r>
      <w:r>
        <w:br/>
      </w:r>
      <w:r>
        <w:t xml:space="preserve">    (b) extremely ugly</w:t>
      </w:r>
      <w:r>
        <w:br/>
      </w:r>
      <w:r>
        <w:t xml:space="preserve">    (c) barely noticeable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graduates have high college debt.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too many of them haven't found good-paying jobs.</w:t>
      </w:r>
      <w:r>
        <w:br/>
      </w:r>
      <w:r>
        <w:t xml:space="preserve">    (a) in addition to that</w:t>
      </w:r>
      <w:r>
        <w:br/>
      </w:r>
      <w:r>
        <w:t xml:space="preserve">    (b) in contrast to that</w:t>
      </w:r>
      <w:r>
        <w:br/>
      </w:r>
      <w:r>
        <w:t xml:space="preserve">    (c) as a result of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budget was approved,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notwithstanding</w:t>
      </w:r>
      <w:r>
        <w:rPr>
          <w:b/>
          <w:bCs/>
        </w:rPr>
        <w:t xml:space="preserve"> </w:t>
      </w:r>
      <w:r>
        <w:rPr>
          <w:b/>
          <w:bCs/>
        </w:rPr>
        <w:t xml:space="preserve">the loud protests from the opposition.</w:t>
      </w:r>
      <w:r>
        <w:br/>
      </w:r>
      <w:r>
        <w:t xml:space="preserve">    (a) in spite of</w:t>
      </w:r>
      <w:r>
        <w:br/>
      </w:r>
      <w:r>
        <w:t xml:space="preserve">    (b) as a result of</w:t>
      </w:r>
      <w:r>
        <w:br/>
      </w:r>
      <w:r>
        <w:t xml:space="preserve">    (c) in addition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clock's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pendulum</w:t>
      </w:r>
      <w:r>
        <w:rPr>
          <w:b/>
          <w:bCs/>
        </w:rPr>
        <w:t xml:space="preserve"> </w:t>
      </w:r>
      <w:r>
        <w:rPr>
          <w:b/>
          <w:bCs/>
        </w:rPr>
        <w:t xml:space="preserve">swung steadily from side to side.</w:t>
      </w:r>
      <w:r>
        <w:br/>
      </w:r>
      <w:r>
        <w:t xml:space="preserve">    (a) swinging weight</w:t>
      </w:r>
      <w:r>
        <w:br/>
      </w:r>
      <w:r>
        <w:t xml:space="preserve">    (b) measuring mark</w:t>
      </w:r>
      <w:r>
        <w:br/>
      </w:r>
      <w:r>
        <w:t xml:space="preserve">    (c) fixed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walking with a barely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perceptible</w:t>
      </w:r>
      <w:r>
        <w:rPr>
          <w:b/>
          <w:bCs/>
        </w:rPr>
        <w:t xml:space="preserve"> </w:t>
      </w:r>
      <w:r>
        <w:rPr>
          <w:b/>
          <w:bCs/>
        </w:rPr>
        <w:t xml:space="preserve">limp.</w:t>
      </w:r>
      <w:r>
        <w:br/>
      </w:r>
      <w:r>
        <w:t xml:space="preserve">    (a) painful</w:t>
      </w:r>
      <w:r>
        <w:br/>
      </w:r>
      <w:r>
        <w:t xml:space="preserve">    (b) noticeable</w:t>
      </w:r>
      <w:r>
        <w:br/>
      </w:r>
      <w:r>
        <w:t xml:space="preserve">    (c) new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work together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separately.</w:t>
      </w:r>
      <w:r>
        <w:br/>
      </w:r>
      <w:r>
        <w:t xml:space="preserve">    (a) fail</w:t>
      </w:r>
      <w:r>
        <w:br/>
      </w:r>
      <w:r>
        <w:t xml:space="preserve">    (b) die</w:t>
      </w:r>
      <w:r>
        <w:br/>
      </w:r>
      <w:r>
        <w:t xml:space="preserve">    (c)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country where corruption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pervades</w:t>
      </w:r>
      <w:r>
        <w:rPr>
          <w:b/>
          <w:bCs/>
        </w:rPr>
        <w:t xml:space="preserve"> </w:t>
      </w:r>
      <w:r>
        <w:rPr>
          <w:b/>
          <w:bCs/>
        </w:rPr>
        <w:t xml:space="preserve">their government at every level.</w:t>
      </w:r>
      <w:r>
        <w:br/>
      </w:r>
      <w:r>
        <w:t xml:space="preserve">    (a) is stopped by</w:t>
      </w:r>
      <w:r>
        <w:br/>
      </w:r>
      <w:r>
        <w:t xml:space="preserve">    (b) is remembered by</w:t>
      </w:r>
      <w:r>
        <w:br/>
      </w:r>
      <w:r>
        <w:t xml:space="preserve">    (c) is spread 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pondered</w:t>
      </w:r>
      <w:r>
        <w:rPr>
          <w:b/>
          <w:bCs/>
        </w:rPr>
        <w:t xml:space="preserve"> </w:t>
      </w:r>
      <w:r>
        <w:rPr>
          <w:b/>
          <w:bCs/>
        </w:rPr>
        <w:t xml:space="preserve">our fate.</w:t>
      </w:r>
      <w:r>
        <w:br/>
      </w:r>
      <w:r>
        <w:t xml:space="preserve">    (a) thought about</w:t>
      </w:r>
      <w:r>
        <w:br/>
      </w:r>
      <w:r>
        <w:t xml:space="preserve">    (b) feared for</w:t>
      </w:r>
      <w:r>
        <w:br/>
      </w:r>
      <w:r>
        <w:t xml:space="preserve">    (c) actively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prostrate</w:t>
      </w:r>
      <w:r>
        <w:rPr>
          <w:b/>
          <w:bCs/>
        </w:rPr>
        <w:t xml:space="preserve"> </w:t>
      </w:r>
      <w:r>
        <w:rPr>
          <w:b/>
          <w:bCs/>
        </w:rPr>
        <w:t xml:space="preserve">on the floor after collapsing from exhaustion.</w:t>
      </w:r>
      <w:r>
        <w:br/>
      </w:r>
      <w:r>
        <w:t xml:space="preserve">    (a) lying face-down</w:t>
      </w:r>
      <w:r>
        <w:br/>
      </w:r>
      <w:r>
        <w:t xml:space="preserve">    (b) curled up tightly</w:t>
      </w:r>
      <w:r>
        <w:br/>
      </w:r>
      <w:r>
        <w:t xml:space="preserve">    (c) sitting upright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never drink again.</w:t>
      </w:r>
      <w:r>
        <w:br/>
      </w:r>
      <w:r>
        <w:t xml:space="preserve">    (a) was encouraged</w:t>
      </w:r>
      <w:r>
        <w:br/>
      </w:r>
      <w:r>
        <w:t xml:space="preserve">    (b) firmly decided</w:t>
      </w:r>
      <w:r>
        <w:br/>
      </w:r>
      <w:r>
        <w:t xml:space="preserve">    (c) was 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Is there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sufficient</w:t>
      </w:r>
      <w:r>
        <w:rPr>
          <w:b/>
          <w:bCs/>
        </w:rPr>
        <w:t xml:space="preserve"> </w:t>
      </w:r>
      <w:r>
        <w:rPr>
          <w:b/>
          <w:bCs/>
        </w:rPr>
        <w:t xml:space="preserve">cause for a search warrant?</w:t>
      </w:r>
      <w:r>
        <w:br/>
      </w:r>
      <w:r>
        <w:t xml:space="preserve">    (a) clear or obvious</w:t>
      </w:r>
      <w:r>
        <w:br/>
      </w:r>
      <w:r>
        <w:t xml:space="preserve">    (b) dangerous</w:t>
      </w:r>
      <w:r>
        <w:br/>
      </w:r>
      <w:r>
        <w:t xml:space="preserve">    (c) adequate (enough)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hear her over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tumult</w:t>
      </w:r>
      <w:r>
        <w:rPr>
          <w:b/>
          <w:bCs/>
        </w:rPr>
        <w:t xml:space="preserve">.</w:t>
      </w:r>
      <w:r>
        <w:br/>
      </w:r>
      <w:r>
        <w:t xml:space="preserve">    (a) loud machinery</w:t>
      </w:r>
      <w:r>
        <w:br/>
      </w:r>
      <w:r>
        <w:t xml:space="preserve">    (b) loud unpleasant music</w:t>
      </w:r>
      <w:r>
        <w:br/>
      </w:r>
      <w:r>
        <w:t xml:space="preserve">    (c) loud disorderly noise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2026-07-31T17:12:50Z</dcterms:created>
  <dcterms:modified xsi:type="dcterms:W3CDTF">2026-07-31T17:12:50Z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