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0ce3474b346c72682b58f6a9c57f13bde4371e"/>
    <w:p>
      <w:pPr>
        <w:pStyle w:val="Heading1"/>
      </w:pPr>
      <w:r>
        <w:rPr>
          <w:b/>
          <w:bCs/>
        </w:rPr>
        <w:t xml:space="preserve">The Pioneers</w:t>
      </w:r>
      <w:r>
        <w:br/>
      </w:r>
      <w:r>
        <w:rPr>
          <w:i/>
          <w:iCs/>
        </w:rPr>
        <w:t xml:space="preserve">James Fenimore Cooper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</w:t>
      </w:r>
      <w:r>
        <w:rPr>
          <w:b/>
          <w:bCs/>
        </w:rPr>
        <w:t xml:space="preserve"> </w:t>
      </w:r>
      <w:r>
        <w:rPr>
          <w:b/>
          <w:bCs/>
        </w:rPr>
        <w:t xml:space="preserve">the witness to testify?</w:t>
      </w:r>
      <w:r>
        <w:br/>
      </w:r>
      <w:r>
        <w:t xml:space="preserve">    (a) force</w:t>
      </w:r>
      <w:r>
        <w:br/>
      </w:r>
      <w:r>
        <w:t xml:space="preserve">    (b) prevent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voted to approve appointment of the new minister.</w:t>
      </w:r>
      <w:r>
        <w:br/>
      </w:r>
      <w:r>
        <w:t xml:space="preserve">    (a) people who meet periodically</w:t>
      </w:r>
      <w:r>
        <w:br/>
      </w:r>
      <w:r>
        <w:t xml:space="preserve">    (b) people who worship together</w:t>
      </w:r>
      <w:r>
        <w:br/>
      </w:r>
      <w:r>
        <w:t xml:space="preserve">    (c) people who 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similarity</w:t>
      </w:r>
      <w:r>
        <w:br/>
      </w:r>
      <w:r>
        <w:t xml:space="preserve">    (b) notable difference</w:t>
      </w:r>
      <w:r>
        <w:br/>
      </w:r>
      <w:r>
        <w:t xml:space="preserve">    (c) covering of all styles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express</w:t>
      </w:r>
      <w:r>
        <w:br/>
      </w:r>
      <w:r>
        <w:t xml:space="preserve">    (b) accept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hired a carriage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us to the city.</w:t>
      </w:r>
      <w:r>
        <w:br/>
      </w:r>
      <w:r>
        <w:t xml:space="preserve">    (a) give service of</w:t>
      </w:r>
      <w:r>
        <w:br/>
      </w:r>
      <w:r>
        <w:t xml:space="preserve">    (b) explain</w:t>
      </w:r>
      <w:r>
        <w:br/>
      </w:r>
      <w:r>
        <w:t xml:space="preserve">    (c) transport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a method of counting</w:t>
      </w:r>
      <w:r>
        <w:br/>
      </w:r>
      <w:r>
        <w:t xml:space="preserve">    (c)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discourage</w:t>
      </w:r>
      <w:r>
        <w:br/>
      </w:r>
      <w:r>
        <w:t xml:space="preserve">    (b) show favor for</w:t>
      </w:r>
      <w:r>
        <w:br/>
      </w:r>
      <w:r>
        <w:t xml:space="preserve">    (c) provide funds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represent</w:t>
      </w:r>
      <w:r>
        <w:br/>
      </w:r>
      <w:r>
        <w:t xml:space="preserve">    (b) scatter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not be able</w:t>
      </w:r>
      <w:r>
        <w:br/>
      </w:r>
      <w:r>
        <w:t xml:space="preserve">    (b) promise</w:t>
      </w:r>
      <w:r>
        <w:br/>
      </w:r>
      <w:r>
        <w:t xml:space="preserve">    (c) 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cautious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the sense of tradition in the Latin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liturgy</w:t>
      </w:r>
      <w:r>
        <w:rPr>
          <w:b/>
          <w:bCs/>
        </w:rPr>
        <w:t xml:space="preserve">.</w:t>
      </w:r>
      <w:r>
        <w:br/>
      </w:r>
      <w:r>
        <w:t xml:space="preserve">    (a) form of public worship</w:t>
      </w:r>
      <w:r>
        <w:br/>
      </w:r>
      <w:r>
        <w:t xml:space="preserve">    (b) decorative church window</w:t>
      </w:r>
      <w:r>
        <w:br/>
      </w:r>
      <w:r>
        <w:t xml:space="preserve">    (c) ancient legal code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magistrate</w:t>
      </w:r>
      <w:r>
        <w:rPr>
          <w:b/>
          <w:bCs/>
        </w:rPr>
        <w:t xml:space="preserve"> </w:t>
      </w:r>
      <w:r>
        <w:rPr>
          <w:b/>
          <w:bCs/>
        </w:rPr>
        <w:t xml:space="preserve">set bail at $10,000.</w:t>
      </w:r>
      <w:r>
        <w:br/>
      </w:r>
      <w:r>
        <w:t xml:space="preserve">    (a) attorney</w:t>
      </w:r>
      <w:r>
        <w:br/>
      </w:r>
      <w:r>
        <w:t xml:space="preserve">    (b) judge</w:t>
      </w:r>
      <w:r>
        <w:br/>
      </w:r>
      <w:r>
        <w:t xml:space="preserve">    (c) queen or 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sad</w:t>
      </w:r>
      <w:r>
        <w:br/>
      </w:r>
      <w:r>
        <w:t xml:space="preserve">    (b) happy</w:t>
      </w:r>
      <w:r>
        <w:br/>
      </w:r>
      <w:r>
        <w:t xml:space="preserve">    (c) feel like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in spite of</w:t>
      </w:r>
      <w:r>
        <w:br/>
      </w:r>
      <w:r>
        <w:t xml:space="preserve">    (b) as a result of</w:t>
      </w:r>
      <w:r>
        <w:br/>
      </w:r>
      <w:r>
        <w:t xml:space="preserve">    (c) in addition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follow</w:t>
      </w:r>
      <w:r>
        <w:br/>
      </w:r>
      <w:r>
        <w:t xml:space="preserve">    (b) describe</w:t>
      </w:r>
      <w:r>
        <w:br/>
      </w:r>
      <w:r>
        <w:t xml:space="preserve">    (c) go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fear</w:t>
      </w:r>
      <w:r>
        <w:br/>
      </w:r>
      <w:r>
        <w:t xml:space="preserve">    (b) avoidance</w:t>
      </w:r>
      <w:r>
        <w:br/>
      </w:r>
      <w:r>
        <w:t xml:space="preserve">    (c) tendency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support</w:t>
      </w:r>
      <w:r>
        <w:br/>
      </w:r>
      <w:r>
        <w:t xml:space="preserve">    (b) good sense</w:t>
      </w:r>
      <w:r>
        <w:br/>
      </w:r>
      <w:r>
        <w:t xml:space="preserve">    (c) good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pronounce properly</w:t>
      </w:r>
      <w:r>
        <w:br/>
      </w:r>
      <w:r>
        <w:t xml:space="preserve">    (b) remember</w:t>
      </w:r>
      <w:r>
        <w:br/>
      </w:r>
      <w:r>
        <w:t xml:space="preserve">    (c) spell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introduction</w:t>
      </w:r>
      <w:r>
        <w:br/>
      </w:r>
      <w:r>
        <w:t xml:space="preserve">    (b) smile</w:t>
      </w:r>
      <w:r>
        <w:br/>
      </w:r>
      <w:r>
        <w:t xml:space="preserve">    (c)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Power in the city is divided amongst the mayor, city council,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sundry</w:t>
      </w:r>
      <w:r>
        <w:rPr>
          <w:b/>
          <w:bCs/>
        </w:rPr>
        <w:t xml:space="preserve"> </w:t>
      </w:r>
      <w:r>
        <w:rPr>
          <w:b/>
          <w:bCs/>
        </w:rPr>
        <w:t xml:space="preserve">city commissions.</w:t>
      </w:r>
      <w:r>
        <w:br/>
      </w:r>
      <w:r>
        <w:t xml:space="preserve">    (a) various</w:t>
      </w:r>
      <w:r>
        <w:br/>
      </w:r>
      <w:r>
        <w:t xml:space="preserve">    (b) skillful</w:t>
      </w:r>
      <w:r>
        <w:br/>
      </w:r>
      <w:r>
        <w:t xml:space="preserve">    (c) elected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2026-07-31T17:31:21Z</dcterms:created>
  <dcterms:modified xsi:type="dcterms:W3CDTF">2026-07-31T17:31:21Z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