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a668654ef29539d19ec9aff3f59eac0ab596fd"/>
    <w:p>
      <w:pPr>
        <w:pStyle w:val="Heading1"/>
      </w:pPr>
      <w:r>
        <w:rPr>
          <w:b/>
          <w:bCs/>
        </w:rPr>
        <w:t xml:space="preserve">The Picture of Dorian Gray</w:t>
      </w:r>
      <w:r>
        <w:br/>
      </w:r>
      <w:r>
        <w:rPr>
          <w:i/>
          <w:iCs/>
        </w:rPr>
        <w:t xml:space="preserve">Oscar Wilde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choose my friends for their good looks, my acquaintances for their good characters, and my enemies for their good</w:t>
      </w:r>
      <w:r>
        <w:rPr>
          <w:b/>
          <w:bCs/>
        </w:rPr>
        <w:t xml:space="preserve"> </w:t>
      </w:r>
      <w:r>
        <w:rPr>
          <w:b/>
          <w:bCs/>
          <w:u w:val="single"/>
        </w:rPr>
        <w:t xml:space="preserve">intellects</w:t>
      </w:r>
      <w:r>
        <w:rPr>
          <w:b/>
          <w:bCs/>
        </w:rPr>
        <w:t xml:space="preserve">.</w:t>
      </w:r>
      <w:r>
        <w:br/>
      </w:r>
      <w:r>
        <w:t xml:space="preserve">    (a) to whatever degree (regardless of how much; or whatever unspecified amount)</w:t>
      </w:r>
      <w:r>
        <w:br/>
      </w:r>
      <w:r>
        <w:t xml:space="preserve">    (b) people who are good at or spend much time studying, thinking, and reasoning</w:t>
      </w:r>
      <w:r>
        <w:br/>
      </w:r>
      <w:r>
        <w:t xml:space="preserve">    (c) aka analysis -- psychiatric treatment; or a theory of psychiatric treatment</w:t>
      </w:r>
    </w:p>
    <w:p>
      <w:pPr>
        <w:pStyle w:val="Compact"/>
        <w:numPr>
          <w:ilvl w:val="0"/>
          <w:numId w:val="1001"/>
        </w:numPr>
      </w:pPr>
      <w:r>
        <w:rPr>
          <w:b/>
          <w:bCs/>
        </w:rPr>
        <w:t xml:space="preserve">Because, without intending it, I have put into it some expression of all this curious artistic</w:t>
      </w:r>
      <w:r>
        <w:rPr>
          <w:b/>
          <w:bCs/>
        </w:rPr>
        <w:t xml:space="preserve"> </w:t>
      </w:r>
      <w:r>
        <w:rPr>
          <w:b/>
          <w:bCs/>
          <w:u w:val="single"/>
        </w:rPr>
        <w:t xml:space="preserve">idolatry</w:t>
      </w:r>
      <w:r>
        <w:rPr>
          <w:b/>
          <w:bCs/>
        </w:rPr>
        <w:t xml:space="preserve">, of which, of course, I have never cared to speak to him.</w:t>
      </w:r>
      <w:r>
        <w:br/>
      </w:r>
      <w:r>
        <w:t xml:space="preserve">    (a) Greek Mythology: one of the giant-sized gods who ruled the Earth until overthrown by Zeus (also the name of Saturn's largest moon)</w:t>
      </w:r>
      <w:r>
        <w:br/>
      </w:r>
      <w:r>
        <w:t xml:space="preserve">    (b) something that indirectly shows something else -- such as an indication, demonstration, expression, or representation of something</w:t>
      </w:r>
      <w:r>
        <w:br/>
      </w:r>
      <w:r>
        <w:t xml:space="preserve">    (c) the worship of idols (physical objects representative of gods)</w:t>
      </w:r>
      <w:r>
        <w:br/>
      </w:r>
      <w:r>
        <w:br/>
      </w:r>
      <w:r>
        <w:t xml:space="preserve">or:</w:t>
      </w:r>
      <w:r>
        <w:br/>
      </w:r>
      <w:r>
        <w:br/>
      </w:r>
      <w:r>
        <w:t xml:space="preserve">excessive admiration and devotion to something or someone</w:t>
      </w:r>
    </w:p>
    <w:p>
      <w:pPr>
        <w:pStyle w:val="Compact"/>
        <w:numPr>
          <w:ilvl w:val="0"/>
          <w:numId w:val="1001"/>
        </w:numPr>
      </w:pPr>
      <w:r>
        <w:rPr>
          <w:b/>
          <w:bCs/>
        </w:rPr>
        <w:t xml:space="preserve">Then had come Lord Henry Wotton with his strange panegyric on youth, his terrible warning of its</w:t>
      </w:r>
      <w:r>
        <w:rPr>
          <w:b/>
          <w:bCs/>
        </w:rPr>
        <w:t xml:space="preserve"> </w:t>
      </w:r>
      <w:r>
        <w:rPr>
          <w:b/>
          <w:bCs/>
          <w:u w:val="single"/>
        </w:rPr>
        <w:t xml:space="preserve">brevity</w:t>
      </w:r>
      <w:r>
        <w:rPr>
          <w:b/>
          <w:bCs/>
        </w:rPr>
        <w:t xml:space="preserve">.</w:t>
      </w:r>
      <w:r>
        <w:br/>
      </w:r>
      <w:r>
        <w:t xml:space="preserve">    (a) the process of excessive encouragement or excitement</w:t>
      </w:r>
      <w:r>
        <w:br/>
      </w:r>
      <w:r>
        <w:t xml:space="preserve">    (b) the ability to take or adopt power or responsibility</w:t>
      </w:r>
      <w:r>
        <w:br/>
      </w:r>
      <w:r>
        <w:t xml:space="preserve">    (c) the use of just a few words; or lasting a short time</w:t>
      </w:r>
    </w:p>
    <w:p>
      <w:pPr>
        <w:pStyle w:val="Compact"/>
        <w:numPr>
          <w:ilvl w:val="0"/>
          <w:numId w:val="1001"/>
        </w:numPr>
      </w:pPr>
      <w:r>
        <w:rPr>
          <w:b/>
          <w:bCs/>
        </w:rPr>
        <w:t xml:space="preserve">He would become dreadful, hideous, and</w:t>
      </w:r>
      <w:r>
        <w:rPr>
          <w:b/>
          <w:bCs/>
        </w:rPr>
        <w:t xml:space="preserve"> </w:t>
      </w:r>
      <w:r>
        <w:rPr>
          <w:b/>
          <w:bCs/>
          <w:u w:val="single"/>
        </w:rPr>
        <w:t xml:space="preserve">uncouth</w:t>
      </w:r>
      <w:r>
        <w:rPr>
          <w:b/>
          <w:bCs/>
        </w:rPr>
        <w:t xml:space="preserve">.</w:t>
      </w:r>
      <w:r>
        <w:br/>
      </w:r>
      <w:r>
        <w:t xml:space="preserve">    (a) relating to a surface rather than to anything deep or penetrating</w:t>
      </w:r>
      <w:r>
        <w:br/>
      </w:r>
      <w:r>
        <w:t xml:space="preserve">    (b) related to the spreading of a disease to another part of the body</w:t>
      </w:r>
      <w:r>
        <w:br/>
      </w:r>
      <w:r>
        <w:t xml:space="preserve">    (c) rude or unpleasant due to a lack of manners, refinement, or taste</w:t>
      </w:r>
    </w:p>
    <w:p>
      <w:pPr>
        <w:pStyle w:val="Compact"/>
        <w:numPr>
          <w:ilvl w:val="0"/>
          <w:numId w:val="1001"/>
        </w:numPr>
      </w:pPr>
      <w:r>
        <w:rPr>
          <w:b/>
          <w:bCs/>
        </w:rPr>
        <w:t xml:space="preserve">His father had been our ambassador at Madrid when Isabella was young, and Prim unthought of, but had retired from the Diplomatic Service in a capricious moment of annoyance at not being offered the Embassy at Paris, a post to which he considered that he was fully entitled by reason of his birth, his indolence, the good English of his despatches, and his</w:t>
      </w:r>
      <w:r>
        <w:rPr>
          <w:b/>
          <w:bCs/>
        </w:rPr>
        <w:t xml:space="preserve"> </w:t>
      </w:r>
      <w:r>
        <w:rPr>
          <w:b/>
          <w:bCs/>
          <w:u w:val="single"/>
        </w:rPr>
        <w:t xml:space="preserve">inordinate</w:t>
      </w:r>
      <w:r>
        <w:rPr>
          <w:b/>
          <w:bCs/>
        </w:rPr>
        <w:t xml:space="preserve"> </w:t>
      </w:r>
      <w:r>
        <w:rPr>
          <w:b/>
          <w:bCs/>
        </w:rPr>
        <w:t xml:space="preserve">passion for pleasure.</w:t>
      </w:r>
      <w:r>
        <w:br/>
      </w:r>
      <w:r>
        <w:t xml:space="preserve">    (a) with the involvement of other people or things</w:t>
      </w:r>
      <w:r>
        <w:br/>
      </w:r>
      <w:r>
        <w:t xml:space="preserve">    (b) excessive or more than is reasonable or normal</w:t>
      </w:r>
      <w:r>
        <w:br/>
      </w:r>
      <w:r>
        <w:t xml:space="preserve">    (c) mental activity of which one is not self-aware</w:t>
      </w:r>
    </w:p>
    <w:p>
      <w:pPr>
        <w:pStyle w:val="Compact"/>
        <w:numPr>
          <w:ilvl w:val="0"/>
          <w:numId w:val="1001"/>
        </w:numPr>
      </w:pPr>
      <w:r>
        <w:rPr>
          <w:b/>
          <w:bCs/>
        </w:rPr>
        <w:t xml:space="preserve">"I am told, on excellent authority, that her father keeps an American dry-goods store," said Sir Thomas Burdon, looking</w:t>
      </w:r>
      <w:r>
        <w:rPr>
          <w:b/>
          <w:bCs/>
        </w:rPr>
        <w:t xml:space="preserve"> </w:t>
      </w:r>
      <w:r>
        <w:rPr>
          <w:b/>
          <w:bCs/>
          <w:u w:val="single"/>
        </w:rPr>
        <w:t xml:space="preserve">supercilious</w:t>
      </w:r>
      <w:r>
        <w:rPr>
          <w:b/>
          <w:bCs/>
        </w:rPr>
        <w:t xml:space="preserve">.</w:t>
      </w:r>
      <w:r>
        <w:br/>
      </w:r>
      <w:r>
        <w:t xml:space="preserve">    (a) absolute</w:t>
      </w:r>
      <w:r>
        <w:br/>
      </w:r>
      <w:r>
        <w:t xml:space="preserve">    (b) pleasing</w:t>
      </w:r>
      <w:r>
        <w:br/>
      </w:r>
      <w:r>
        <w:t xml:space="preserve">    (c) arrogant</w:t>
      </w:r>
    </w:p>
    <w:p>
      <w:pPr>
        <w:pStyle w:val="Compact"/>
        <w:numPr>
          <w:ilvl w:val="0"/>
          <w:numId w:val="1001"/>
        </w:numPr>
      </w:pPr>
      <w:r>
        <w:rPr>
          <w:b/>
          <w:bCs/>
        </w:rPr>
        <w:t xml:space="preserve">No glamour ever</w:t>
      </w:r>
      <w:r>
        <w:rPr>
          <w:b/>
          <w:bCs/>
        </w:rPr>
        <w:t xml:space="preserve"> </w:t>
      </w:r>
      <w:r>
        <w:rPr>
          <w:b/>
          <w:bCs/>
          <w:u w:val="single"/>
        </w:rPr>
        <w:t xml:space="preserve">transfigures</w:t>
      </w:r>
      <w:r>
        <w:rPr>
          <w:b/>
          <w:bCs/>
        </w:rPr>
        <w:t xml:space="preserve"> </w:t>
      </w:r>
      <w:r>
        <w:rPr>
          <w:b/>
          <w:bCs/>
        </w:rPr>
        <w:t xml:space="preserve">them.</w:t>
      </w:r>
      <w:r>
        <w:br/>
      </w:r>
      <w:r>
        <w:t xml:space="preserve">    (a) change completely the nature or appearance of -- especially in a positive way</w:t>
      </w:r>
      <w:r>
        <w:br/>
      </w:r>
      <w:r>
        <w:t xml:space="preserve">    (b) stimulates or impresses; or reflects a brilliant light in a flickering manner</w:t>
      </w:r>
      <w:r>
        <w:br/>
      </w:r>
      <w:r>
        <w:t xml:space="preserve">    (c) surgically interrupts nerve tracts to and from the frontal lobe of the brain</w:t>
      </w:r>
    </w:p>
    <w:p>
      <w:pPr>
        <w:pStyle w:val="Compact"/>
        <w:numPr>
          <w:ilvl w:val="0"/>
          <w:numId w:val="1001"/>
        </w:numPr>
      </w:pPr>
      <w:r>
        <w:rPr>
          <w:b/>
          <w:bCs/>
        </w:rPr>
        <w:t xml:space="preserve">The mere fact of having published a book of second-rate</w:t>
      </w:r>
      <w:r>
        <w:rPr>
          <w:b/>
          <w:bCs/>
        </w:rPr>
        <w:t xml:space="preserve"> </w:t>
      </w:r>
      <w:r>
        <w:rPr>
          <w:b/>
          <w:bCs/>
          <w:u w:val="single"/>
        </w:rPr>
        <w:t xml:space="preserve">sonnets</w:t>
      </w:r>
      <w:r>
        <w:rPr>
          <w:b/>
          <w:bCs/>
        </w:rPr>
        <w:t xml:space="preserve"> </w:t>
      </w:r>
      <w:r>
        <w:rPr>
          <w:b/>
          <w:bCs/>
        </w:rPr>
        <w:t xml:space="preserve">makes a man quite irresistible.</w:t>
      </w:r>
      <w:r>
        <w:br/>
      </w:r>
      <w:r>
        <w:t xml:space="preserve">    (a) members of Nazi organization for children aged 10 to 18</w:t>
      </w:r>
      <w:r>
        <w:br/>
      </w:r>
      <w:r>
        <w:t xml:space="preserve">    (b) a poem consisting of 14 lines with a fixed rhyme scheme</w:t>
      </w:r>
      <w:r>
        <w:br/>
      </w:r>
      <w:r>
        <w:t xml:space="preserve">    (c) extremely dense collapsed stars made mostly of neutrons</w:t>
      </w:r>
    </w:p>
    <w:p>
      <w:pPr>
        <w:pStyle w:val="Compact"/>
        <w:numPr>
          <w:ilvl w:val="0"/>
          <w:numId w:val="1001"/>
        </w:numPr>
      </w:pPr>
      <w:r>
        <w:rPr>
          <w:b/>
          <w:bCs/>
        </w:rPr>
        <w:t xml:space="preserve">What there was in it of the purely</w:t>
      </w:r>
      <w:r>
        <w:rPr>
          <w:b/>
          <w:bCs/>
        </w:rPr>
        <w:t xml:space="preserve"> </w:t>
      </w:r>
      <w:r>
        <w:rPr>
          <w:b/>
          <w:bCs/>
          <w:u w:val="single"/>
        </w:rPr>
        <w:t xml:space="preserve">sensuous</w:t>
      </w:r>
      <w:r>
        <w:rPr>
          <w:b/>
          <w:bCs/>
        </w:rPr>
        <w:t xml:space="preserve"> </w:t>
      </w:r>
      <w:r>
        <w:rPr>
          <w:b/>
          <w:bCs/>
        </w:rPr>
        <w:t xml:space="preserve">instinct of boyhood had been transformed by the workings of the imagination, changed into something that seemed to the lad himself to be remote from sense, and was for that very reason all the more dangerous.</w:t>
      </w:r>
      <w:r>
        <w:br/>
      </w:r>
      <w:r>
        <w:t xml:space="preserve">    (a) most extreme as in final, best, worst, most important, or most fundamental</w:t>
      </w:r>
      <w:r>
        <w:br/>
      </w:r>
      <w:r>
        <w:t xml:space="preserve">    (b) the state or degree of having found a condition or substance to be present</w:t>
      </w:r>
      <w:r>
        <w:br/>
      </w:r>
      <w:r>
        <w:t xml:space="preserve">    (c) relating to pleasure from the body's senses rather than from the intellect</w:t>
      </w:r>
    </w:p>
    <w:p>
      <w:pPr>
        <w:pStyle w:val="Compact"/>
        <w:numPr>
          <w:ilvl w:val="0"/>
          <w:numId w:val="1001"/>
        </w:numPr>
      </w:pPr>
      <w:r>
        <w:rPr>
          <w:b/>
          <w:bCs/>
        </w:rPr>
        <w:t xml:space="preserve">You cut life to pieces with your</w:t>
      </w:r>
      <w:r>
        <w:rPr>
          <w:b/>
          <w:bCs/>
        </w:rPr>
        <w:t xml:space="preserve"> </w:t>
      </w:r>
      <w:r>
        <w:rPr>
          <w:b/>
          <w:bCs/>
          <w:u w:val="single"/>
        </w:rPr>
        <w:t xml:space="preserve">epigrams</w:t>
      </w:r>
      <w:r>
        <w:rPr>
          <w:b/>
          <w:bCs/>
        </w:rPr>
        <w:t xml:space="preserve">.</w:t>
      </w:r>
      <w:r>
        <w:br/>
      </w:r>
      <w:r>
        <w:t xml:space="preserve">    (a) a short saying that expresses an idea in a clever manner</w:t>
      </w:r>
      <w:r>
        <w:br/>
      </w:r>
      <w:r>
        <w:t xml:space="preserve">    (b) people who study dinosaurs and/or other prehistoric life</w:t>
      </w:r>
      <w:r>
        <w:br/>
      </w:r>
      <w:r>
        <w:t xml:space="preserve">    (c) acts of taking someone up or receiving someone in heaven</w:t>
      </w:r>
    </w:p>
    <w:p>
      <w:pPr>
        <w:pStyle w:val="Compact"/>
        <w:numPr>
          <w:ilvl w:val="0"/>
          <w:numId w:val="1001"/>
        </w:numPr>
      </w:pPr>
      <w:r>
        <w:rPr>
          <w:b/>
          <w:bCs/>
        </w:rPr>
        <w:t xml:space="preserve">And what an utter intellectual</w:t>
      </w:r>
      <w:r>
        <w:rPr>
          <w:b/>
          <w:bCs/>
        </w:rPr>
        <w:t xml:space="preserve"> </w:t>
      </w:r>
      <w:r>
        <w:rPr>
          <w:b/>
          <w:bCs/>
          <w:u w:val="single"/>
        </w:rPr>
        <w:t xml:space="preserve">stagnation</w:t>
      </w:r>
      <w:r>
        <w:rPr>
          <w:b/>
          <w:bCs/>
        </w:rPr>
        <w:t xml:space="preserve"> </w:t>
      </w:r>
      <w:r>
        <w:rPr>
          <w:b/>
          <w:bCs/>
        </w:rPr>
        <w:t xml:space="preserve">it reveals!</w:t>
      </w:r>
      <w:r>
        <w:br/>
      </w:r>
      <w:r>
        <w:t xml:space="preserve">    (a) calculating or judging too high</w:t>
      </w:r>
      <w:r>
        <w:br/>
      </w:r>
      <w:r>
        <w:t xml:space="preserve">    (b) the ability to take on or adopt</w:t>
      </w:r>
      <w:r>
        <w:br/>
      </w:r>
      <w:r>
        <w:t xml:space="preserve">    (c) lack of development</w:t>
      </w:r>
    </w:p>
    <w:p>
      <w:pPr>
        <w:pStyle w:val="Compact"/>
        <w:numPr>
          <w:ilvl w:val="0"/>
          <w:numId w:val="1001"/>
        </w:numPr>
      </w:pPr>
      <w:r>
        <w:rPr>
          <w:b/>
          <w:bCs/>
        </w:rPr>
        <w:t xml:space="preserve">When his servant entered.... The man was quite impassive, and waited for his orders. Dorian ... could see the reflection of Victor's face perfectly. It was like a placid mask of</w:t>
      </w:r>
      <w:r>
        <w:rPr>
          <w:b/>
          <w:bCs/>
        </w:rPr>
        <w:t xml:space="preserve"> </w:t>
      </w:r>
      <w:r>
        <w:rPr>
          <w:b/>
          <w:bCs/>
          <w:u w:val="single"/>
        </w:rPr>
        <w:t xml:space="preserve">servility</w:t>
      </w:r>
      <w:r>
        <w:rPr>
          <w:b/>
          <w:bCs/>
        </w:rPr>
        <w:t xml:space="preserve">.</w:t>
      </w:r>
      <w:r>
        <w:br/>
      </w:r>
      <w:r>
        <w:t xml:space="preserve">    (a) a government policy in which significantly less money is spent than normal; or any notable absence of luxury, comfort, or decoration</w:t>
      </w:r>
      <w:r>
        <w:br/>
      </w:r>
      <w:r>
        <w:t xml:space="preserve">    (b) the process of accepting someone's membership though a special procedure such as a ceremony and/or period of instruction and/or test</w:t>
      </w:r>
      <w:r>
        <w:br/>
      </w:r>
      <w:r>
        <w:t xml:space="preserve">    (c) submissiveness</w:t>
      </w:r>
    </w:p>
    <w:p>
      <w:pPr>
        <w:pStyle w:val="Compact"/>
        <w:numPr>
          <w:ilvl w:val="0"/>
          <w:numId w:val="1001"/>
        </w:numPr>
      </w:pPr>
      <w:r>
        <w:rPr>
          <w:b/>
          <w:bCs/>
        </w:rPr>
        <w:t xml:space="preserve">The style in which it was written was that curious jewelled style, vivid and obscure at once, full of</w:t>
      </w:r>
      <w:r>
        <w:rPr>
          <w:b/>
          <w:bCs/>
        </w:rPr>
        <w:t xml:space="preserve"> </w:t>
      </w:r>
      <w:r>
        <w:rPr>
          <w:b/>
          <w:bCs/>
          <w:i/>
          <w:iCs/>
        </w:rPr>
        <w:t xml:space="preserve">argot</w:t>
      </w:r>
      <w:r>
        <w:rPr>
          <w:b/>
          <w:bCs/>
        </w:rPr>
        <w:t xml:space="preserve"> </w:t>
      </w:r>
      <w:r>
        <w:rPr>
          <w:b/>
          <w:bCs/>
        </w:rPr>
        <w:t xml:space="preserve">and of archaisms, of technical expressions and of elaborate</w:t>
      </w:r>
      <w:r>
        <w:rPr>
          <w:b/>
          <w:bCs/>
        </w:rPr>
        <w:t xml:space="preserve"> </w:t>
      </w:r>
      <w:r>
        <w:rPr>
          <w:b/>
          <w:bCs/>
          <w:u w:val="single"/>
        </w:rPr>
        <w:t xml:space="preserve">paraphrases</w:t>
      </w:r>
      <w:r>
        <w:rPr>
          <w:b/>
          <w:bCs/>
        </w:rPr>
        <w:t xml:space="preserve">, that characterises the work of some of the finest artists of the French school of</w:t>
      </w:r>
      <w:r>
        <w:rPr>
          <w:b/>
          <w:bCs/>
        </w:rPr>
        <w:t xml:space="preserve"> </w:t>
      </w:r>
      <w:r>
        <w:rPr>
          <w:b/>
          <w:bCs/>
          <w:i/>
          <w:iCs/>
        </w:rPr>
        <w:t xml:space="preserve">Symbolistes</w:t>
      </w:r>
      <w:r>
        <w:rPr>
          <w:b/>
          <w:bCs/>
        </w:rPr>
        <w:t xml:space="preserve">.</w:t>
      </w:r>
      <w:r>
        <w:br/>
      </w:r>
      <w:r>
        <w:t xml:space="preserve">    (a) provides evidence of something -- especially oral evidence in court</w:t>
      </w:r>
      <w:r>
        <w:br/>
      </w:r>
      <w:r>
        <w:t xml:space="preserve">    (b) (noun) causes of dissatisfaction  OR  (verb) causes dissatisfaction</w:t>
      </w:r>
      <w:r>
        <w:br/>
      </w:r>
      <w:r>
        <w:t xml:space="preserve">    (c) express the same message in different (or slightly different) words</w:t>
      </w:r>
    </w:p>
    <w:p>
      <w:pPr>
        <w:pStyle w:val="Compact"/>
        <w:numPr>
          <w:ilvl w:val="0"/>
          <w:numId w:val="1001"/>
        </w:numPr>
      </w:pPr>
      <w:r>
        <w:rPr>
          <w:b/>
          <w:bCs/>
        </w:rPr>
        <w:t xml:space="preserve">There were moments, indeed, at night, when, lying sleepless in his own delicately-scented chamber, or in the sordid room of the little ill-famed tavern near the Docks, which, under an assumed name, and in disguise, it was his habit to frequent, he would think of the ruin he had brought upon his soul, with a pity that was all the more</w:t>
      </w:r>
      <w:r>
        <w:rPr>
          <w:b/>
          <w:bCs/>
        </w:rPr>
        <w:t xml:space="preserve"> </w:t>
      </w:r>
      <w:r>
        <w:rPr>
          <w:b/>
          <w:bCs/>
          <w:u w:val="single"/>
        </w:rPr>
        <w:t xml:space="preserve">poignant</w:t>
      </w:r>
      <w:r>
        <w:rPr>
          <w:b/>
          <w:bCs/>
        </w:rPr>
        <w:t xml:space="preserve"> </w:t>
      </w:r>
      <w:r>
        <w:rPr>
          <w:b/>
          <w:bCs/>
        </w:rPr>
        <w:t xml:space="preserve">because it was purely selfish.</w:t>
      </w:r>
      <w:r>
        <w:br/>
      </w:r>
      <w:r>
        <w:t xml:space="preserve">    (a) likely to change</w:t>
      </w:r>
      <w:r>
        <w:br/>
      </w:r>
      <w:r>
        <w:t xml:space="preserve">    (b) able to be found</w:t>
      </w:r>
      <w:r>
        <w:br/>
      </w:r>
      <w:r>
        <w:t xml:space="preserve">    (c) sharp or intense</w:t>
      </w:r>
    </w:p>
    <w:p>
      <w:pPr>
        <w:pStyle w:val="Compact"/>
        <w:numPr>
          <w:ilvl w:val="0"/>
          <w:numId w:val="1001"/>
        </w:numPr>
      </w:pPr>
      <w:r>
        <w:rPr>
          <w:b/>
          <w:bCs/>
        </w:rPr>
        <w:t xml:space="preserve">Of the asceticism that deadens the senses, as of the vulgar</w:t>
      </w:r>
      <w:r>
        <w:rPr>
          <w:b/>
          <w:bCs/>
        </w:rPr>
        <w:t xml:space="preserve"> </w:t>
      </w:r>
      <w:r>
        <w:rPr>
          <w:b/>
          <w:bCs/>
          <w:u w:val="single"/>
        </w:rPr>
        <w:t xml:space="preserve">profligacy</w:t>
      </w:r>
      <w:r>
        <w:rPr>
          <w:b/>
          <w:bCs/>
        </w:rPr>
        <w:t xml:space="preserve"> </w:t>
      </w:r>
      <w:r>
        <w:rPr>
          <w:b/>
          <w:bCs/>
        </w:rPr>
        <w:t xml:space="preserve">that dulls them, it was to know nothing.</w:t>
      </w:r>
      <w:r>
        <w:br/>
      </w:r>
      <w:r>
        <w:t xml:space="preserve">    (a) related to intelligence -- such as requiring, appealing to, or possessing intelligence</w:t>
      </w:r>
      <w:r>
        <w:br/>
      </w:r>
      <w:r>
        <w:t xml:space="preserve">    (b) (adjective) designed to stop something  OR  (noun) something that stops something else</w:t>
      </w:r>
      <w:r>
        <w:br/>
      </w:r>
      <w:r>
        <w:t xml:space="preserve">    (c) carelessly and wastefully extravagant -- especially with money, resources, or behavior</w:t>
      </w:r>
    </w:p>
    <w:p>
      <w:pPr>
        <w:pStyle w:val="Compact"/>
        <w:numPr>
          <w:ilvl w:val="0"/>
          <w:numId w:val="1001"/>
        </w:numPr>
      </w:pPr>
      <w:r>
        <w:rPr>
          <w:b/>
          <w:bCs/>
        </w:rPr>
        <w:t xml:space="preserve">Mysticism, with its marvellous power of making common things strange to us, and the subtle antinomianism that always seems to accompany it, moved him for a season; and for a season he inclined to the</w:t>
      </w:r>
      <w:r>
        <w:rPr>
          <w:b/>
          <w:bCs/>
        </w:rPr>
        <w:t xml:space="preserve"> </w:t>
      </w:r>
      <w:r>
        <w:rPr>
          <w:b/>
          <w:bCs/>
          <w:u w:val="single"/>
        </w:rPr>
        <w:t xml:space="preserve">materialistic</w:t>
      </w:r>
      <w:r>
        <w:rPr>
          <w:b/>
          <w:bCs/>
        </w:rPr>
        <w:t xml:space="preserve"> </w:t>
      </w:r>
      <w:r>
        <w:rPr>
          <w:b/>
          <w:bCs/>
        </w:rPr>
        <w:t xml:space="preserve">doctrines of the</w:t>
      </w:r>
      <w:r>
        <w:rPr>
          <w:b/>
          <w:bCs/>
        </w:rPr>
        <w:t xml:space="preserve"> </w:t>
      </w:r>
      <w:r>
        <w:rPr>
          <w:b/>
          <w:bCs/>
          <w:i/>
          <w:iCs/>
        </w:rPr>
        <w:t xml:space="preserve">Darwinismus</w:t>
      </w:r>
      <w:r>
        <w:rPr>
          <w:b/>
          <w:bCs/>
        </w:rPr>
        <w:t xml:space="preserve"> </w:t>
      </w:r>
      <w:r>
        <w:rPr>
          <w:b/>
          <w:bCs/>
        </w:rPr>
        <w:t xml:space="preserve">movement in Germany, and found a curious pleasure in tracing the thoughts and passions of men to some pearly cell in the brain, or some white nerve in the body, delighting in the conception of the absolute dependence of the spirit on certain physical conditions, morbid or healthy, normal or diseased.</w:t>
      </w:r>
      <w:r>
        <w:br/>
      </w:r>
      <w:r>
        <w:t xml:space="preserve">    (a) without purpose, job, or natural activity</w:t>
      </w:r>
      <w:r>
        <w:br/>
      </w:r>
      <w:r>
        <w:t xml:space="preserve">    (b) unable or difficult to meet and talk with</w:t>
      </w:r>
      <w:r>
        <w:br/>
      </w:r>
      <w:r>
        <w:t xml:space="preserve">    (c) too concerned with wealth and possessions</w:t>
      </w:r>
    </w:p>
    <w:p>
      <w:pPr>
        <w:pStyle w:val="Compact"/>
        <w:numPr>
          <w:ilvl w:val="0"/>
          <w:numId w:val="1001"/>
        </w:numPr>
      </w:pPr>
      <w:r>
        <w:rPr>
          <w:b/>
          <w:bCs/>
        </w:rPr>
        <w:t xml:space="preserve">Had the lover of Giovanna of Naples</w:t>
      </w:r>
      <w:r>
        <w:rPr>
          <w:b/>
          <w:bCs/>
        </w:rPr>
        <w:t xml:space="preserve"> </w:t>
      </w:r>
      <w:r>
        <w:rPr>
          <w:b/>
          <w:bCs/>
          <w:u w:val="single"/>
        </w:rPr>
        <w:t xml:space="preserve">bequeathed</w:t>
      </w:r>
      <w:r>
        <w:rPr>
          <w:b/>
          <w:bCs/>
        </w:rPr>
        <w:t xml:space="preserve"> </w:t>
      </w:r>
      <w:r>
        <w:rPr>
          <w:b/>
          <w:bCs/>
        </w:rPr>
        <w:t xml:space="preserve">him some inheritance of sin and shame?</w:t>
      </w:r>
      <w:r>
        <w:br/>
      </w:r>
      <w:r>
        <w:t xml:space="preserve">    (a) give or pass down</w:t>
      </w:r>
      <w:r>
        <w:br/>
      </w:r>
      <w:r>
        <w:t xml:space="preserve">    (b) guided or managed</w:t>
      </w:r>
      <w:r>
        <w:br/>
      </w:r>
      <w:r>
        <w:t xml:space="preserve">    (c) helped make clear</w:t>
      </w:r>
    </w:p>
    <w:p>
      <w:pPr>
        <w:pStyle w:val="Compact"/>
        <w:numPr>
          <w:ilvl w:val="0"/>
          <w:numId w:val="1001"/>
        </w:numPr>
      </w:pPr>
      <w:r>
        <w:rPr>
          <w:b/>
          <w:bCs/>
        </w:rPr>
        <w:t xml:space="preserve">Did I teach the one his vices, and the other his</w:t>
      </w:r>
      <w:r>
        <w:rPr>
          <w:b/>
          <w:bCs/>
        </w:rPr>
        <w:t xml:space="preserve"> </w:t>
      </w:r>
      <w:r>
        <w:rPr>
          <w:b/>
          <w:bCs/>
          <w:u w:val="single"/>
        </w:rPr>
        <w:t xml:space="preserve">debauchery</w:t>
      </w:r>
      <w:r>
        <w:rPr>
          <w:b/>
          <w:bCs/>
        </w:rPr>
        <w:t xml:space="preserve">?</w:t>
      </w:r>
      <w:r>
        <w:br/>
      </w:r>
      <w:r>
        <w:t xml:space="preserve">    (a) excessive indulgence in things like alcohol, drugs, or sex</w:t>
      </w:r>
      <w:r>
        <w:br/>
      </w:r>
      <w:r>
        <w:t xml:space="preserve">    (b) of Norway, Sweden, Denmark and sometimes Finland &amp; Iceland</w:t>
      </w:r>
      <w:r>
        <w:br/>
      </w:r>
      <w:r>
        <w:t xml:space="preserve">    (c) involvement in or the suggestion that someone was involved</w:t>
      </w:r>
    </w:p>
    <w:p>
      <w:pPr>
        <w:pStyle w:val="Compact"/>
        <w:numPr>
          <w:ilvl w:val="0"/>
          <w:numId w:val="1001"/>
        </w:numPr>
      </w:pPr>
      <w:r>
        <w:rPr>
          <w:b/>
          <w:bCs/>
        </w:rPr>
        <w:t xml:space="preserve">It is pure</w:t>
      </w:r>
      <w:r>
        <w:rPr>
          <w:b/>
          <w:bCs/>
        </w:rPr>
        <w:t xml:space="preserve"> </w:t>
      </w:r>
      <w:r>
        <w:rPr>
          <w:b/>
          <w:bCs/>
          <w:u w:val="single"/>
        </w:rPr>
        <w:t xml:space="preserve">unadulterated</w:t>
      </w:r>
      <w:r>
        <w:rPr>
          <w:b/>
          <w:bCs/>
        </w:rPr>
        <w:t xml:space="preserve"> </w:t>
      </w:r>
      <w:r>
        <w:rPr>
          <w:b/>
          <w:bCs/>
        </w:rPr>
        <w:t xml:space="preserve">country life.</w:t>
      </w:r>
      <w:r>
        <w:br/>
      </w:r>
      <w:r>
        <w:t xml:space="preserve">    (a) strongly desired</w:t>
      </w:r>
      <w:r>
        <w:br/>
      </w:r>
      <w:r>
        <w:t xml:space="preserve">    (b) not concentrated</w:t>
      </w:r>
      <w:r>
        <w:br/>
      </w:r>
      <w:r>
        <w:t xml:space="preserve">    (c) pure or complete</w:t>
      </w:r>
    </w:p>
    <w:p>
      <w:pPr>
        <w:pStyle w:val="Compact"/>
        <w:numPr>
          <w:ilvl w:val="0"/>
          <w:numId w:val="1001"/>
        </w:numPr>
      </w:pPr>
      <w:r>
        <w:rPr>
          <w:b/>
          <w:bCs/>
        </w:rPr>
        <w:t xml:space="preserve">Suddenly from a lumpy tussock of old grass, some twenty yards in front of them, with black-tipped ears erect, and long</w:t>
      </w:r>
      <w:r>
        <w:rPr>
          <w:b/>
          <w:bCs/>
        </w:rPr>
        <w:t xml:space="preserve"> </w:t>
      </w:r>
      <w:r>
        <w:rPr>
          <w:b/>
          <w:bCs/>
          <w:u w:val="single"/>
        </w:rPr>
        <w:t xml:space="preserve">hinder</w:t>
      </w:r>
      <w:r>
        <w:rPr>
          <w:b/>
          <w:bCs/>
        </w:rPr>
        <w:t xml:space="preserve"> </w:t>
      </w:r>
      <w:r>
        <w:rPr>
          <w:b/>
          <w:bCs/>
        </w:rPr>
        <w:t xml:space="preserve">limbs throwing it forward, started a hare.</w:t>
      </w:r>
      <w:r>
        <w:br/>
      </w:r>
      <w:r>
        <w:t xml:space="preserve">    (a) slowed down or caused problems for</w:t>
      </w:r>
      <w:r>
        <w:br/>
      </w:r>
      <w:r>
        <w:t xml:space="preserve">    (b) make different; or show difference</w:t>
      </w:r>
      <w:r>
        <w:br/>
      </w:r>
      <w:r>
        <w:t xml:space="preserve">    (c) to cause something to move forward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2026-07-31T14:56:33Z</dcterms:created>
  <dcterms:modified xsi:type="dcterms:W3CDTF">2026-07-31T14:56:33Z</dcterms:modified>
</cp:coreProperties>
</file>

<file path=docProps/custom.xml><?xml version="1.0" encoding="utf-8"?>
<Properties xmlns="http://schemas.openxmlformats.org/officeDocument/2006/custom-properties" xmlns:vt="http://schemas.openxmlformats.org/officeDocument/2006/docPropsVTypes"/>
</file>