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fad91f15ddf4f860349716b8798186e9859779"/>
    <w:p>
      <w:pPr>
        <w:pStyle w:val="Heading1"/>
      </w:pPr>
      <w:r>
        <w:rPr>
          <w:b/>
          <w:bCs/>
        </w:rPr>
        <w:t xml:space="preserve">The Picture of Dorian Gray</w:t>
      </w:r>
      <w:r>
        <w:br/>
      </w:r>
      <w:r>
        <w:rPr>
          <w:i/>
          <w:iCs/>
        </w:rPr>
        <w:t xml:space="preserve">Oscar Wilde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criticism</w:t>
      </w:r>
      <w:r>
        <w:br/>
      </w:r>
      <w:r>
        <w:t xml:space="preserve">    (b) disinterest</w:t>
      </w:r>
      <w:r>
        <w:br/>
      </w:r>
      <w:r>
        <w:t xml:space="preserve">    (c)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loud noise</w:t>
      </w:r>
      <w:r>
        <w:br/>
      </w:r>
      <w:r>
        <w:t xml:space="preserve">    (b) conflict</w:t>
      </w:r>
      <w:r>
        <w:br/>
      </w:r>
      <w:r>
        <w:t xml:space="preserve">    (c) uncritical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unpleasant sound</w:t>
      </w:r>
      <w:r>
        <w:br/>
      </w:r>
      <w:r>
        <w:t xml:space="preserve">    (b) attractive sound</w:t>
      </w:r>
      <w:r>
        <w:br/>
      </w:r>
      <w:r>
        <w:t xml:space="preserve">    (c) loud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 claimed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br/>
      </w:r>
      <w:r>
        <w:t xml:space="preserve">    (a) perfect or wonderful</w:t>
      </w:r>
      <w:r>
        <w:br/>
      </w:r>
      <w:r>
        <w:t xml:space="preserve">    (b) from birth</w:t>
      </w:r>
      <w:r>
        <w:br/>
      </w:r>
      <w:r>
        <w:t xml:space="preserve">    (c) coming from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disease causes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grotesque</w:t>
      </w:r>
      <w:r>
        <w:rPr>
          <w:b/>
          <w:bCs/>
        </w:rPr>
        <w:t xml:space="preserve"> </w:t>
      </w:r>
      <w:r>
        <w:rPr>
          <w:b/>
          <w:bCs/>
        </w:rPr>
        <w:t xml:space="preserve">deformity.</w:t>
      </w:r>
      <w:r>
        <w:br/>
      </w:r>
      <w:r>
        <w:t xml:space="preserve">    (a) hidden (internal)</w:t>
      </w:r>
      <w:r>
        <w:br/>
      </w:r>
      <w:r>
        <w:t xml:space="preserve">    (b) ugly or distorted</w:t>
      </w:r>
      <w:r>
        <w:br/>
      </w:r>
      <w:r>
        <w:t xml:space="preserve">    (c) as from aging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mentioned Nixon's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infamous</w:t>
      </w:r>
      <w:r>
        <w:rPr>
          <w:b/>
          <w:bCs/>
        </w:rPr>
        <w:t xml:space="preserve"> </w:t>
      </w:r>
      <w:r>
        <w:rPr>
          <w:b/>
          <w:bCs/>
        </w:rPr>
        <w:t xml:space="preserve">firing of the Attorney General.</w:t>
      </w:r>
      <w:r>
        <w:br/>
      </w:r>
      <w:r>
        <w:t xml:space="preserve">    (a) famous (for something bad)</w:t>
      </w:r>
      <w:r>
        <w:br/>
      </w:r>
      <w:r>
        <w:t xml:space="preserve">    (b) famous (for something clever)</w:t>
      </w:r>
      <w:r>
        <w:br/>
      </w:r>
      <w:r>
        <w:t xml:space="preserve">    (c) famous (for something daring)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coroner's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</w:t>
      </w:r>
      <w:r>
        <w:rPr>
          <w:b/>
          <w:bCs/>
        </w:rPr>
        <w:t xml:space="preserve"> </w:t>
      </w:r>
      <w:r>
        <w:rPr>
          <w:b/>
          <w:bCs/>
        </w:rPr>
        <w:t xml:space="preserve">determined that the death was from natural causes.</w:t>
      </w:r>
      <w:r>
        <w:br/>
      </w:r>
      <w:r>
        <w:t xml:space="preserve">    (a) vote</w:t>
      </w:r>
      <w:r>
        <w:br/>
      </w:r>
      <w:r>
        <w:t xml:space="preserve">    (b) formal investigation</w:t>
      </w:r>
      <w:r>
        <w:br/>
      </w:r>
      <w:r>
        <w:t xml:space="preserve">    (c) assistant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greeted us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languid</w:t>
      </w:r>
      <w:r>
        <w:rPr>
          <w:b/>
          <w:bCs/>
        </w:rPr>
        <w:t xml:space="preserve"> </w:t>
      </w:r>
      <w:r>
        <w:rPr>
          <w:b/>
          <w:bCs/>
        </w:rPr>
        <w:t xml:space="preserve">wave of the hand.</w:t>
      </w:r>
      <w:r>
        <w:br/>
      </w:r>
      <w:r>
        <w:t xml:space="preserve">    (a) quick and sharp</w:t>
      </w:r>
      <w:r>
        <w:br/>
      </w:r>
      <w:r>
        <w:t xml:space="preserve">    (b) slow and relaxed</w:t>
      </w:r>
      <w:r>
        <w:br/>
      </w:r>
      <w:r>
        <w:t xml:space="preserve">    (c) stiff and formal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her fate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listless</w:t>
      </w:r>
      <w:r>
        <w:rPr>
          <w:b/>
          <w:bCs/>
        </w:rPr>
        <w:t xml:space="preserve"> </w:t>
      </w:r>
      <w:r>
        <w:rPr>
          <w:b/>
          <w:bCs/>
        </w:rPr>
        <w:t xml:space="preserve">resignation.</w:t>
      </w:r>
      <w:r>
        <w:br/>
      </w:r>
      <w:r>
        <w:t xml:space="preserve">    (a) frustrated</w:t>
      </w:r>
      <w:r>
        <w:br/>
      </w:r>
      <w:r>
        <w:t xml:space="preserve">    (b) lonely</w:t>
      </w:r>
      <w:r>
        <w:br/>
      </w:r>
      <w:r>
        <w:t xml:space="preserve">    (c) unenergetic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that man. He ruined my life.</w:t>
      </w:r>
      <w:r>
        <w:br/>
      </w:r>
      <w:r>
        <w:t xml:space="preserve">    (a) hate</w:t>
      </w:r>
      <w:r>
        <w:br/>
      </w:r>
      <w:r>
        <w:t xml:space="preserve">    (b) fear</w:t>
      </w:r>
      <w:r>
        <w:br/>
      </w:r>
      <w:r>
        <w:t xml:space="preserve">    (c)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happy</w:t>
      </w:r>
      <w:r>
        <w:br/>
      </w:r>
      <w:r>
        <w:t xml:space="preserve">    (b) sad</w:t>
      </w:r>
      <w:r>
        <w:br/>
      </w:r>
      <w:r>
        <w:t xml:space="preserve">    (c) feel like singing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We're going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opera</w:t>
      </w:r>
      <w:r>
        <w:rPr>
          <w:b/>
          <w:bCs/>
        </w:rPr>
        <w:t xml:space="preserve"> </w:t>
      </w:r>
      <w:r>
        <w:rPr>
          <w:b/>
          <w:bCs/>
        </w:rPr>
        <w:t xml:space="preserve">this evening.</w:t>
      </w:r>
      <w:r>
        <w:br/>
      </w:r>
      <w:r>
        <w:t xml:space="preserve">    (a) musical theater performance</w:t>
      </w:r>
      <w:r>
        <w:br/>
      </w:r>
      <w:r>
        <w:t xml:space="preserve">    (b) outdoor sporting event</w:t>
      </w:r>
      <w:r>
        <w:br/>
      </w:r>
      <w:r>
        <w:t xml:space="preserve">    (c) casual dinner gathering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 alarmed the nurse on duty.</w:t>
      </w:r>
      <w:r>
        <w:br/>
      </w:r>
      <w:r>
        <w:t xml:space="preserve">    (a) heavily wrinkled</w:t>
      </w:r>
      <w:r>
        <w:br/>
      </w:r>
      <w:r>
        <w:t xml:space="preserve">    (b) deeply flushed</w:t>
      </w:r>
      <w:r>
        <w:br/>
      </w:r>
      <w:r>
        <w:t xml:space="preserve">    (c) unhealthily pale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poem captured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pathos</w:t>
      </w:r>
      <w:r>
        <w:rPr>
          <w:b/>
          <w:bCs/>
        </w:rPr>
        <w:t xml:space="preserve"> </w:t>
      </w:r>
      <w:r>
        <w:rPr>
          <w:b/>
          <w:bCs/>
        </w:rPr>
        <w:t xml:space="preserve">of wartime loss.</w:t>
      </w:r>
      <w:r>
        <w:br/>
      </w:r>
      <w:r>
        <w:t xml:space="preserve">    (a) cheerful spirit</w:t>
      </w:r>
      <w:r>
        <w:br/>
      </w:r>
      <w:r>
        <w:t xml:space="preserve">    (b) angry tone</w:t>
      </w:r>
      <w:r>
        <w:br/>
      </w:r>
      <w:r>
        <w:t xml:space="preserve">    (c) moving sadness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billionaire's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philanthropy</w:t>
      </w:r>
      <w:r>
        <w:rPr>
          <w:b/>
          <w:bCs/>
        </w:rPr>
        <w:t xml:space="preserve"> </w:t>
      </w:r>
      <w:r>
        <w:rPr>
          <w:b/>
          <w:bCs/>
        </w:rPr>
        <w:t xml:space="preserve">supported hospitals around the world.</w:t>
      </w:r>
      <w:r>
        <w:br/>
      </w:r>
      <w:r>
        <w:t xml:space="preserve">    (a) charitable giving</w:t>
      </w:r>
      <w:r>
        <w:br/>
      </w:r>
      <w:r>
        <w:t xml:space="preserve">    (b) loud boasting</w:t>
      </w:r>
      <w:r>
        <w:br/>
      </w:r>
      <w:r>
        <w:t xml:space="preserve">    (c) selfish hoarding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criticize</w:t>
      </w:r>
      <w:r>
        <w:br/>
      </w:r>
      <w:r>
        <w:t xml:space="preserve">    (b) congratulate</w:t>
      </w:r>
      <w:r>
        <w:br/>
      </w:r>
      <w:r>
        <w:t xml:space="preserve">    (c) accept honor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find it relaxing to wash the holiday dishes, but she finds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tedious</w:t>
      </w:r>
      <w:r>
        <w:rPr>
          <w:b/>
          <w:bCs/>
        </w:rPr>
        <w:t xml:space="preserve">.</w:t>
      </w:r>
      <w:r>
        <w:br/>
      </w:r>
      <w:r>
        <w:t xml:space="preserve">    (a) stressful</w:t>
      </w:r>
      <w:r>
        <w:br/>
      </w:r>
      <w:r>
        <w:t xml:space="preserve">    (b) punishing</w:t>
      </w:r>
      <w:r>
        <w:br/>
      </w:r>
      <w:r>
        <w:t xml:space="preserve">    (c) boring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calm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temperament</w:t>
      </w:r>
      <w:r>
        <w:rPr>
          <w:b/>
          <w:bCs/>
        </w:rPr>
        <w:t xml:space="preserve"> </w:t>
      </w:r>
      <w:r>
        <w:rPr>
          <w:b/>
          <w:bCs/>
        </w:rPr>
        <w:t xml:space="preserve">helped her stay patient during the long delay.</w:t>
      </w:r>
      <w:r>
        <w:br/>
      </w:r>
      <w:r>
        <w:t xml:space="preserve">    (a) usual nature</w:t>
      </w:r>
      <w:r>
        <w:br/>
      </w:r>
      <w:r>
        <w:t xml:space="preserve">    (b) sudden mistake</w:t>
      </w:r>
      <w:r>
        <w:br/>
      </w:r>
      <w:r>
        <w:t xml:space="preserve">    (c) formal training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to sound confident, but her voice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tremulous</w:t>
      </w:r>
      <w:r>
        <w:rPr>
          <w:b/>
          <w:bCs/>
        </w:rPr>
        <w:t xml:space="preserve">.</w:t>
      </w:r>
      <w:r>
        <w:br/>
      </w:r>
      <w:r>
        <w:t xml:space="preserve">    (a) quivering (shaky)</w:t>
      </w:r>
      <w:r>
        <w:br/>
      </w:r>
      <w:r>
        <w:t xml:space="preserve">    (b) grating (rough)</w:t>
      </w:r>
      <w:r>
        <w:br/>
      </w:r>
      <w:r>
        <w:t xml:space="preserve">    (c) frail (weak or soft)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vulgar</w:t>
      </w:r>
      <w:r>
        <w:rPr>
          <w:b/>
          <w:bCs/>
        </w:rPr>
        <w:t xml:space="preserve"> </w:t>
      </w:r>
      <w:r>
        <w:rPr>
          <w:b/>
          <w:bCs/>
        </w:rPr>
        <w:t xml:space="preserve">jokes embarrassed everyone at the formal dinner party.</w:t>
      </w:r>
      <w:r>
        <w:br/>
      </w:r>
      <w:r>
        <w:t xml:space="preserve">    (a) crude</w:t>
      </w:r>
      <w:r>
        <w:br/>
      </w:r>
      <w:r>
        <w:t xml:space="preserve">    (b) clever</w:t>
      </w:r>
      <w:r>
        <w:br/>
      </w:r>
      <w:r>
        <w:t xml:space="preserve">    (c) stale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2026-07-31T14:56:57Z</dcterms:created>
  <dcterms:modified xsi:type="dcterms:W3CDTF">2026-07-31T14:56:57Z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