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2589c0c3ffb8d2ba61068b6fe765a41ae0c2dc"/>
    <w:p>
      <w:pPr>
        <w:pStyle w:val="Heading1"/>
      </w:pPr>
      <w:r>
        <w:rPr>
          <w:b/>
          <w:bCs/>
        </w:rPr>
        <w:t xml:space="preserve">The Picture of Dorian Gray</w:t>
      </w:r>
      <w:r>
        <w:br/>
      </w:r>
      <w:r>
        <w:rPr>
          <w:i/>
          <w:iCs/>
        </w:rPr>
        <w:t xml:space="preserve">Oscar Wilde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aunt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me her pearl necklace.</w:t>
      </w:r>
      <w:r>
        <w:br/>
      </w:r>
      <w:r>
        <w:t xml:space="preserve">    (a) gave</w:t>
      </w:r>
      <w:r>
        <w:br/>
      </w:r>
      <w:r>
        <w:t xml:space="preserve">    (b) took</w:t>
      </w:r>
      <w:r>
        <w:br/>
      </w:r>
      <w:r>
        <w:t xml:space="preserve">    (c) loaned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varied texts</w:t>
      </w:r>
      <w:r>
        <w:br/>
      </w:r>
      <w:r>
        <w:t xml:space="preserve">    (b) short texts</w:t>
      </w:r>
      <w:r>
        <w:br/>
      </w:r>
      <w:r>
        <w:t xml:space="preserve">    (c) clever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unfaithful to anyone</w:t>
      </w:r>
      <w:r>
        <w:br/>
      </w:r>
      <w:r>
        <w:t xml:space="preserve">    (b) a virgin</w:t>
      </w:r>
      <w:r>
        <w:br/>
      </w:r>
      <w:r>
        <w:t xml:space="preserve">    (c) disillusioned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Smoking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detrimental</w:t>
      </w:r>
      <w:r>
        <w:rPr>
          <w:b/>
          <w:bCs/>
        </w:rPr>
        <w:t xml:space="preserve"> </w:t>
      </w:r>
      <w:r>
        <w:rPr>
          <w:b/>
          <w:bCs/>
        </w:rPr>
        <w:t xml:space="preserve">to your health and increases the risk of cancer.</w:t>
      </w:r>
      <w:r>
        <w:br/>
      </w:r>
      <w:r>
        <w:t xml:space="preserve">    (a) unrelated</w:t>
      </w:r>
      <w:r>
        <w:br/>
      </w:r>
      <w:r>
        <w:t xml:space="preserve">    (b) preferable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harbors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 </w:t>
      </w:r>
      <w:r>
        <w:rPr>
          <w:b/>
          <w:bCs/>
        </w:rPr>
        <w:t xml:space="preserve">towards her ex-husband.</w:t>
      </w:r>
      <w:r>
        <w:br/>
      </w:r>
      <w:r>
        <w:t xml:space="preserve">    (a) hatred</w:t>
      </w:r>
      <w:r>
        <w:br/>
      </w:r>
      <w:r>
        <w:t xml:space="preserve">    (b) disrespect</w:t>
      </w:r>
      <w:r>
        <w:br/>
      </w:r>
      <w:r>
        <w:t xml:space="preserve">    (c) love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hall is decorated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florid</w:t>
      </w:r>
      <w:r>
        <w:rPr>
          <w:b/>
          <w:bCs/>
        </w:rPr>
        <w:t xml:space="preserve"> </w:t>
      </w:r>
      <w:r>
        <w:rPr>
          <w:b/>
          <w:bCs/>
        </w:rPr>
        <w:t xml:space="preserve">banners, carvings, and artwork.</w:t>
      </w:r>
      <w:r>
        <w:br/>
      </w:r>
      <w:r>
        <w:t xml:space="preserve">    (a) the state or degree of being very large</w:t>
      </w:r>
      <w:r>
        <w:br/>
      </w:r>
      <w:r>
        <w:t xml:space="preserve">    (b) the quality of relating to intelligence</w:t>
      </w:r>
      <w:r>
        <w:br/>
      </w:r>
      <w:r>
        <w:t xml:space="preserve">    (c) with much decorative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rejection of all beliefs</w:t>
      </w:r>
      <w:r>
        <w:br/>
      </w:r>
      <w:r>
        <w:t xml:space="preserve">    (b) worship of physical idols</w:t>
      </w:r>
      <w:r>
        <w:br/>
      </w:r>
      <w:r>
        <w:t xml:space="preserve">    (c) doubt about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concerned with wealth and possessions</w:t>
      </w:r>
      <w:r>
        <w:br/>
      </w:r>
      <w:r>
        <w:t xml:space="preserve">    (b) unwilling to spend any money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only average</w:t>
      </w:r>
      <w:r>
        <w:br/>
      </w:r>
      <w:r>
        <w:t xml:space="preserve">    (b) clearly terrible</w:t>
      </w:r>
      <w:r>
        <w:br/>
      </w:r>
      <w:r>
        <w:t xml:space="preserve">    (c) truly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words were too perfect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</w:t>
      </w:r>
      <w:r>
        <w:rPr>
          <w:b/>
          <w:bCs/>
        </w:rPr>
        <w:t xml:space="preserve">, so I will quote.</w:t>
      </w:r>
      <w:r>
        <w:br/>
      </w:r>
      <w:r>
        <w:t xml:space="preserve">    (a) summarize</w:t>
      </w:r>
      <w:r>
        <w:br/>
      </w:r>
      <w:r>
        <w:t xml:space="preserve">    (b) forget</w:t>
      </w:r>
      <w:r>
        <w:br/>
      </w:r>
      <w:r>
        <w:t xml:space="preserve">    (c) reword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logically compelling</w:t>
      </w:r>
      <w:r>
        <w:br/>
      </w:r>
      <w:r>
        <w:t xml:space="preserve">    (b) arousing deep emotion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wastefully extravagant</w:t>
      </w:r>
      <w:r>
        <w:br/>
      </w:r>
      <w:r>
        <w:t xml:space="preserve">    (b) (adjective) designed to stop something  OR  (noun) something that stops something else</w:t>
      </w:r>
      <w:r>
        <w:br/>
      </w:r>
      <w:r>
        <w:t xml:space="preserve">    (c) related to intelligence -- such as requiring, appealing to, or possessing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cool to the touch</w:t>
      </w:r>
      <w:r>
        <w:br/>
      </w:r>
      <w:r>
        <w:t xml:space="preserve">    (b) pleasing to touch</w:t>
      </w:r>
      <w:r>
        <w:br/>
      </w:r>
      <w:r>
        <w:t xml:space="preserve">    (c) smooth to the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irresponsible</w:t>
      </w:r>
      <w:r>
        <w:br/>
      </w:r>
      <w:r>
        <w:t xml:space="preserve">    (b) submissive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Romeo and Juliet</w:t>
      </w:r>
      <w:r>
        <w:rPr>
          <w:b/>
          <w:bCs/>
        </w:rPr>
        <w:t xml:space="preserve"> </w:t>
      </w:r>
      <w:r>
        <w:rPr>
          <w:b/>
          <w:bCs/>
        </w:rPr>
        <w:t xml:space="preserve">opens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</w:t>
      </w:r>
      <w:r>
        <w:rPr>
          <w:b/>
          <w:bCs/>
        </w:rPr>
        <w:t xml:space="preserve">.</w:t>
      </w:r>
      <w:r>
        <w:br/>
      </w:r>
      <w:r>
        <w:t xml:space="preserve">    (a) moralizing song</w:t>
      </w:r>
      <w:r>
        <w:br/>
      </w:r>
      <w:r>
        <w:t xml:space="preserve">    (b) poem of a particular form</w:t>
      </w:r>
      <w:r>
        <w:br/>
      </w:r>
      <w:r>
        <w:t xml:space="preserve">    (c) narrator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company doesn't innovate, it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stagnate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its competitive edge.</w:t>
      </w:r>
      <w:r>
        <w:br/>
      </w:r>
      <w:r>
        <w:t xml:space="preserve">    (a) stop developing</w:t>
      </w:r>
      <w:r>
        <w:br/>
      </w:r>
      <w:r>
        <w:t xml:space="preserve">    (b) lose customers</w:t>
      </w:r>
      <w:r>
        <w:br/>
      </w:r>
      <w:r>
        <w:t xml:space="preserve">    (c) get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transfigured</w:t>
      </w:r>
      <w:r>
        <w:rPr>
          <w:b/>
          <w:bCs/>
        </w:rPr>
        <w:t xml:space="preserve"> </w:t>
      </w:r>
      <w:r>
        <w:rPr>
          <w:b/>
          <w:bCs/>
        </w:rPr>
        <w:t xml:space="preserve">by a spiritual awakening.</w:t>
      </w:r>
      <w:r>
        <w:br/>
      </w:r>
      <w:r>
        <w:t xml:space="preserve">    (a) barely affected</w:t>
      </w:r>
      <w:r>
        <w:br/>
      </w:r>
      <w:r>
        <w:t xml:space="preserve">    (b) completely changed</w:t>
      </w:r>
      <w:r>
        <w:br/>
      </w:r>
      <w:r>
        <w:t xml:space="preserve">    (c) deeply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rude or unpleasant</w:t>
      </w:r>
      <w:r>
        <w:br/>
      </w:r>
      <w:r>
        <w:t xml:space="preserve">    (c) drunken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awkward and clumsy</w:t>
      </w:r>
      <w:r>
        <w:br/>
      </w:r>
      <w:r>
        <w:t xml:space="preserve">    (b) graceful and elegant</w:t>
      </w:r>
      <w:r>
        <w:br/>
      </w:r>
      <w:r>
        <w:t xml:space="preserve">    (c) shy and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gave</w:t>
      </w:r>
      <w:r>
        <w:br/>
      </w:r>
      <w:r>
        <w:t xml:space="preserve">    (b) took</w:t>
      </w:r>
      <w:r>
        <w:br/>
      </w:r>
      <w:r>
        <w:t xml:space="preserve">    (c) understood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2026-07-31T14:56:58Z</dcterms:created>
  <dcterms:modified xsi:type="dcterms:W3CDTF">2026-07-31T14:56:58Z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