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a668654ef29539d19ec9aff3f59eac0ab596fd"/>
    <w:p>
      <w:pPr>
        <w:pStyle w:val="Heading1"/>
      </w:pPr>
      <w:r>
        <w:rPr>
          <w:b/>
          <w:bCs/>
        </w:rPr>
        <w:t xml:space="preserve">The Picture of Dorian Gray</w:t>
      </w:r>
      <w:r>
        <w:br/>
      </w:r>
      <w:r>
        <w:rPr>
          <w:i/>
          <w:iCs/>
        </w:rPr>
        <w:t xml:space="preserve">Oscar Wilde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"You don't understand what friendship is, Harry," he murmured,—"or what</w:t>
      </w:r>
      <w:r>
        <w:rPr>
          <w:b/>
          <w:bCs/>
        </w:rPr>
        <w:t xml:space="preserve"> </w:t>
      </w:r>
      <w:r>
        <w:rPr>
          <w:b/>
          <w:bCs/>
          <w:u w:val="single"/>
        </w:rPr>
        <w:t xml:space="preserve">enmity</w:t>
      </w:r>
      <w:r>
        <w:rPr>
          <w:b/>
          <w:bCs/>
        </w:rPr>
        <w:t xml:space="preserve"> </w:t>
      </w:r>
      <w:r>
        <w:rPr>
          <w:b/>
          <w:bCs/>
        </w:rPr>
        <w:t xml:space="preserve">is, for that matter."</w:t>
      </w:r>
      <w:r>
        <w:br/>
      </w:r>
      <w:r>
        <w:t xml:space="preserve">    (a) battle</w:t>
      </w:r>
      <w:r>
        <w:br/>
      </w:r>
      <w:r>
        <w:t xml:space="preserve">    (b) memory</w:t>
      </w:r>
      <w:r>
        <w:br/>
      </w:r>
      <w:r>
        <w:t xml:space="preserve">    (c) hatred</w:t>
      </w:r>
    </w:p>
    <w:p>
      <w:pPr>
        <w:pStyle w:val="Compact"/>
        <w:numPr>
          <w:ilvl w:val="0"/>
          <w:numId w:val="1001"/>
        </w:numPr>
      </w:pPr>
      <w:r>
        <w:rPr>
          <w:b/>
          <w:bCs/>
        </w:rPr>
        <w:t xml:space="preserve">Then had come Lord Henry, with his strange panegyric on youth, his terrible warning of its</w:t>
      </w:r>
      <w:r>
        <w:rPr>
          <w:b/>
          <w:bCs/>
        </w:rPr>
        <w:t xml:space="preserve"> </w:t>
      </w:r>
      <w:r>
        <w:rPr>
          <w:b/>
          <w:bCs/>
          <w:u w:val="single"/>
        </w:rPr>
        <w:t xml:space="preserve">brevity</w:t>
      </w:r>
      <w:r>
        <w:rPr>
          <w:b/>
          <w:bCs/>
        </w:rPr>
        <w:t xml:space="preserve">.</w:t>
      </w:r>
      <w:r>
        <w:br/>
      </w:r>
      <w:r>
        <w:t xml:space="preserve">    (a) the use of just a few words; or lasting a short time</w:t>
      </w:r>
      <w:r>
        <w:br/>
      </w:r>
      <w:r>
        <w:t xml:space="preserve">    (b) the process of excessive encouragement or excitement</w:t>
      </w:r>
      <w:r>
        <w:br/>
      </w:r>
      <w:r>
        <w:t xml:space="preserve">    (c) the ability to take or adopt power or responsibility</w:t>
      </w:r>
    </w:p>
    <w:p>
      <w:pPr>
        <w:pStyle w:val="Compact"/>
        <w:numPr>
          <w:ilvl w:val="0"/>
          <w:numId w:val="1001"/>
        </w:numPr>
      </w:pPr>
      <w:r>
        <w:rPr>
          <w:b/>
          <w:bCs/>
        </w:rPr>
        <w:t xml:space="preserve">He would become ignoble, hideous, and</w:t>
      </w:r>
      <w:r>
        <w:rPr>
          <w:b/>
          <w:bCs/>
        </w:rPr>
        <w:t xml:space="preserve"> </w:t>
      </w:r>
      <w:r>
        <w:rPr>
          <w:b/>
          <w:bCs/>
          <w:u w:val="single"/>
        </w:rPr>
        <w:t xml:space="preserve">uncouth</w:t>
      </w:r>
      <w:r>
        <w:rPr>
          <w:b/>
          <w:bCs/>
        </w:rPr>
        <w:t xml:space="preserve">.</w:t>
      </w:r>
      <w:r>
        <w:br/>
      </w:r>
      <w:r>
        <w:t xml:space="preserve">    (a) rude or unpleasant due to a lack of manners, refinement, or taste</w:t>
      </w:r>
      <w:r>
        <w:br/>
      </w:r>
      <w:r>
        <w:t xml:space="preserve">    (b) related to the spreading of a disease to another part of the body</w:t>
      </w:r>
      <w:r>
        <w:br/>
      </w:r>
      <w:r>
        <w:t xml:space="preserve">    (c) relating to a surface rather than to anything deep or penetrating</w:t>
      </w:r>
    </w:p>
    <w:p>
      <w:pPr>
        <w:pStyle w:val="Compact"/>
        <w:numPr>
          <w:ilvl w:val="0"/>
          <w:numId w:val="1001"/>
        </w:numPr>
      </w:pPr>
      <w:r>
        <w:rPr>
          <w:b/>
          <w:bCs/>
        </w:rPr>
        <w:t xml:space="preserve">No glamour ever</w:t>
      </w:r>
      <w:r>
        <w:rPr>
          <w:b/>
          <w:bCs/>
        </w:rPr>
        <w:t xml:space="preserve"> </w:t>
      </w:r>
      <w:r>
        <w:rPr>
          <w:b/>
          <w:bCs/>
          <w:u w:val="single"/>
        </w:rPr>
        <w:t xml:space="preserve">transfigures</w:t>
      </w:r>
      <w:r>
        <w:rPr>
          <w:b/>
          <w:bCs/>
        </w:rPr>
        <w:t xml:space="preserve"> </w:t>
      </w:r>
      <w:r>
        <w:rPr>
          <w:b/>
          <w:bCs/>
        </w:rPr>
        <w:t xml:space="preserve">them.</w:t>
      </w:r>
      <w:r>
        <w:br/>
      </w:r>
      <w:r>
        <w:t xml:space="preserve">    (a) change completely the nature or appearance of -- especially in a positive way</w:t>
      </w:r>
      <w:r>
        <w:br/>
      </w:r>
      <w:r>
        <w:t xml:space="preserve">    (b) surgically interrupts nerve tracts to and from the frontal lobe of the brain</w:t>
      </w:r>
      <w:r>
        <w:br/>
      </w:r>
      <w:r>
        <w:t xml:space="preserve">    (c) stimulates or impresses; or reflects a brilliant light in a flickering manner</w:t>
      </w:r>
    </w:p>
    <w:p>
      <w:pPr>
        <w:pStyle w:val="Compact"/>
        <w:numPr>
          <w:ilvl w:val="0"/>
          <w:numId w:val="1001"/>
        </w:numPr>
      </w:pPr>
      <w:r>
        <w:rPr>
          <w:b/>
          <w:bCs/>
        </w:rPr>
        <w:t xml:space="preserve">The mere fact of having published a book of second-rate</w:t>
      </w:r>
      <w:r>
        <w:rPr>
          <w:b/>
          <w:bCs/>
        </w:rPr>
        <w:t xml:space="preserve"> </w:t>
      </w:r>
      <w:r>
        <w:rPr>
          <w:b/>
          <w:bCs/>
          <w:u w:val="single"/>
        </w:rPr>
        <w:t xml:space="preserve">sonnets</w:t>
      </w:r>
      <w:r>
        <w:rPr>
          <w:b/>
          <w:bCs/>
        </w:rPr>
        <w:t xml:space="preserve"> </w:t>
      </w:r>
      <w:r>
        <w:rPr>
          <w:b/>
          <w:bCs/>
        </w:rPr>
        <w:t xml:space="preserve">makes a man quite irresistible.</w:t>
      </w:r>
      <w:r>
        <w:br/>
      </w:r>
      <w:r>
        <w:t xml:space="preserve">    (a) a poem consisting of 14 lines with a fixed rhyme scheme</w:t>
      </w:r>
      <w:r>
        <w:br/>
      </w:r>
      <w:r>
        <w:t xml:space="preserve">    (b) extremely dense collapsed stars made mostly of neutrons</w:t>
      </w:r>
      <w:r>
        <w:br/>
      </w:r>
      <w:r>
        <w:t xml:space="preserve">    (c) members of Nazi organization for children aged 10 to 18</w:t>
      </w:r>
    </w:p>
    <w:p>
      <w:pPr>
        <w:pStyle w:val="Compact"/>
        <w:numPr>
          <w:ilvl w:val="0"/>
          <w:numId w:val="1001"/>
        </w:numPr>
      </w:pPr>
      <w:r>
        <w:rPr>
          <w:b/>
          <w:bCs/>
        </w:rPr>
        <w:t xml:space="preserve">What there was in it of the purely</w:t>
      </w:r>
      <w:r>
        <w:rPr>
          <w:b/>
          <w:bCs/>
        </w:rPr>
        <w:t xml:space="preserve"> </w:t>
      </w:r>
      <w:r>
        <w:rPr>
          <w:b/>
          <w:bCs/>
          <w:u w:val="single"/>
        </w:rPr>
        <w:t xml:space="preserve">sensuous</w:t>
      </w:r>
      <w:r>
        <w:rPr>
          <w:b/>
          <w:bCs/>
        </w:rPr>
        <w:t xml:space="preserve"> </w:t>
      </w:r>
      <w:r>
        <w:rPr>
          <w:b/>
          <w:bCs/>
        </w:rPr>
        <w:t xml:space="preserve">instinct of boyhood had been transformed by the workings of the imagination, changed into something that seemed to the boy himself to be remote from sense, and was for that very reason all the more dangerous.</w:t>
      </w:r>
      <w:r>
        <w:br/>
      </w:r>
      <w:r>
        <w:t xml:space="preserve">    (a) most extreme as in final, best, worst, most important, or most fundamental</w:t>
      </w:r>
      <w:r>
        <w:br/>
      </w:r>
      <w:r>
        <w:t xml:space="preserve">    (b) the state or degree of having found a condition or substance to be present</w:t>
      </w:r>
      <w:r>
        <w:br/>
      </w:r>
      <w:r>
        <w:t xml:space="preserve">    (c) relating to pleasure from the body's senses rather than from the intellect</w:t>
      </w:r>
    </w:p>
    <w:p>
      <w:pPr>
        <w:pStyle w:val="Compact"/>
        <w:numPr>
          <w:ilvl w:val="0"/>
          <w:numId w:val="1001"/>
        </w:numPr>
      </w:pPr>
      <w:r>
        <w:rPr>
          <w:b/>
          <w:bCs/>
        </w:rPr>
        <w:t xml:space="preserve">Through the crowd of</w:t>
      </w:r>
      <w:r>
        <w:rPr>
          <w:b/>
          <w:bCs/>
        </w:rPr>
        <w:t xml:space="preserve"> </w:t>
      </w:r>
      <w:r>
        <w:rPr>
          <w:b/>
          <w:bCs/>
          <w:u w:val="single"/>
        </w:rPr>
        <w:t xml:space="preserve">ungainly</w:t>
      </w:r>
      <w:r>
        <w:rPr>
          <w:b/>
          <w:bCs/>
        </w:rPr>
        <w:t xml:space="preserve">, shabbily-dressed actors, Sibyl Vane moved like a creature from a finer world.</w:t>
      </w:r>
      <w:r>
        <w:br/>
      </w:r>
      <w:r>
        <w:t xml:space="preserve">    (a) lacking appropriate weight compared to height</w:t>
      </w:r>
      <w:r>
        <w:br/>
      </w:r>
      <w:r>
        <w:t xml:space="preserve">    (b) lacking adult height or maturity</w:t>
      </w:r>
      <w:r>
        <w:br/>
      </w:r>
      <w:r>
        <w:t xml:space="preserve">    (c) lacking grace in movement or appearance; or difficult to handle or manage</w:t>
      </w:r>
    </w:p>
    <w:p>
      <w:pPr>
        <w:pStyle w:val="Compact"/>
        <w:numPr>
          <w:ilvl w:val="0"/>
          <w:numId w:val="1001"/>
        </w:numPr>
      </w:pPr>
      <w:r>
        <w:rPr>
          <w:b/>
          <w:bCs/>
        </w:rPr>
        <w:t xml:space="preserve">To-night she is merely a commonplace,</w:t>
      </w:r>
      <w:r>
        <w:rPr>
          <w:b/>
          <w:bCs/>
        </w:rPr>
        <w:t xml:space="preserve"> </w:t>
      </w:r>
      <w:r>
        <w:rPr>
          <w:b/>
          <w:bCs/>
          <w:u w:val="single"/>
        </w:rPr>
        <w:t xml:space="preserve">mediocre</w:t>
      </w:r>
      <w:r>
        <w:rPr>
          <w:b/>
          <w:bCs/>
        </w:rPr>
        <w:t xml:space="preserve"> </w:t>
      </w:r>
      <w:r>
        <w:rPr>
          <w:b/>
          <w:bCs/>
        </w:rPr>
        <w:t xml:space="preserve">actress.</w:t>
      </w:r>
      <w:r>
        <w:br/>
      </w:r>
      <w:r>
        <w:t xml:space="preserve">    (a) average or a bit below average in quality</w:t>
      </w:r>
      <w:r>
        <w:br/>
      </w:r>
      <w:r>
        <w:t xml:space="preserve">    (b) unable or difficult to meet and talk with</w:t>
      </w:r>
      <w:r>
        <w:br/>
      </w:r>
      <w:r>
        <w:t xml:space="preserve">    (c) without purpose, job, or natural activity</w:t>
      </w:r>
    </w:p>
    <w:p>
      <w:pPr>
        <w:pStyle w:val="Compact"/>
        <w:numPr>
          <w:ilvl w:val="0"/>
          <w:numId w:val="1001"/>
        </w:numPr>
      </w:pPr>
      <w:r>
        <w:rPr>
          <w:b/>
          <w:bCs/>
        </w:rPr>
        <w:t xml:space="preserve">The screen was an old one of gilt Spanish leather, stamped and wrought with a rather</w:t>
      </w:r>
      <w:r>
        <w:rPr>
          <w:b/>
          <w:bCs/>
        </w:rPr>
        <w:t xml:space="preserve"> </w:t>
      </w:r>
      <w:r>
        <w:rPr>
          <w:b/>
          <w:bCs/>
          <w:u w:val="single"/>
        </w:rPr>
        <w:t xml:space="preserve">florid</w:t>
      </w:r>
      <w:r>
        <w:rPr>
          <w:b/>
          <w:bCs/>
        </w:rPr>
        <w:t xml:space="preserve"> </w:t>
      </w:r>
      <w:r>
        <w:rPr>
          <w:b/>
          <w:bCs/>
        </w:rPr>
        <w:t xml:space="preserve">Louis-Quatorze pattern.</w:t>
      </w:r>
      <w:r>
        <w:br/>
      </w:r>
      <w:r>
        <w:t xml:space="preserve">    (a) the quality of relating to intelligence</w:t>
      </w:r>
      <w:r>
        <w:br/>
      </w:r>
      <w:r>
        <w:t xml:space="preserve">    (b) the state or degree of being very large</w:t>
      </w:r>
      <w:r>
        <w:br/>
      </w:r>
      <w:r>
        <w:t xml:space="preserve">    (c) elaborately ornamented</w:t>
      </w:r>
    </w:p>
    <w:p>
      <w:pPr>
        <w:pStyle w:val="Compact"/>
        <w:numPr>
          <w:ilvl w:val="0"/>
          <w:numId w:val="1001"/>
        </w:numPr>
      </w:pPr>
      <w:r>
        <w:rPr>
          <w:b/>
          <w:bCs/>
        </w:rPr>
        <w:t xml:space="preserve">And what an utter intellectual</w:t>
      </w:r>
      <w:r>
        <w:rPr>
          <w:b/>
          <w:bCs/>
        </w:rPr>
        <w:t xml:space="preserve"> </w:t>
      </w:r>
      <w:r>
        <w:rPr>
          <w:b/>
          <w:bCs/>
          <w:u w:val="single"/>
        </w:rPr>
        <w:t xml:space="preserve">stagnation</w:t>
      </w:r>
      <w:r>
        <w:rPr>
          <w:b/>
          <w:bCs/>
        </w:rPr>
        <w:t xml:space="preserve"> </w:t>
      </w:r>
      <w:r>
        <w:rPr>
          <w:b/>
          <w:bCs/>
        </w:rPr>
        <w:t xml:space="preserve">it reveals!</w:t>
      </w:r>
      <w:r>
        <w:br/>
      </w:r>
      <w:r>
        <w:t xml:space="preserve">    (a) lack of development</w:t>
      </w:r>
      <w:r>
        <w:br/>
      </w:r>
      <w:r>
        <w:t xml:space="preserve">    (b) the ability to take on or adopt</w:t>
      </w:r>
      <w:r>
        <w:br/>
      </w:r>
      <w:r>
        <w:t xml:space="preserve">    (c) calculating or judging too high</w:t>
      </w:r>
    </w:p>
    <w:p>
      <w:pPr>
        <w:pStyle w:val="Compact"/>
        <w:numPr>
          <w:ilvl w:val="0"/>
          <w:numId w:val="1001"/>
        </w:numPr>
      </w:pPr>
      <w:r>
        <w:rPr>
          <w:b/>
          <w:bCs/>
        </w:rPr>
        <w:t xml:space="preserve">I grew afraid that the world would know of my</w:t>
      </w:r>
      <w:r>
        <w:rPr>
          <w:b/>
          <w:bCs/>
        </w:rPr>
        <w:t xml:space="preserve"> </w:t>
      </w:r>
      <w:r>
        <w:rPr>
          <w:b/>
          <w:bCs/>
          <w:u w:val="single"/>
        </w:rPr>
        <w:t xml:space="preserve">idolatry</w:t>
      </w:r>
      <w:r>
        <w:rPr>
          <w:b/>
          <w:bCs/>
        </w:rPr>
        <w:t xml:space="preserve">.</w:t>
      </w:r>
      <w:r>
        <w:br/>
      </w:r>
      <w:r>
        <w:t xml:space="preserve">    (a) Greek Mythology: one of the giant-sized gods who ruled the Earth until overthrown by Zeus (also the name of Saturn's largest moon)</w:t>
      </w:r>
      <w:r>
        <w:br/>
      </w:r>
      <w:r>
        <w:t xml:space="preserve">    (b) something that indirectly shows something else -- such as an indication, demonstration, expression, or representation of something</w:t>
      </w:r>
      <w:r>
        <w:br/>
      </w:r>
      <w:r>
        <w:t xml:space="preserve">    (c) the worship of idols (physical objects representative of gods)</w:t>
      </w:r>
      <w:r>
        <w:br/>
      </w:r>
      <w:r>
        <w:br/>
      </w:r>
      <w:r>
        <w:t xml:space="preserve">or:</w:t>
      </w:r>
      <w:r>
        <w:br/>
      </w:r>
      <w:r>
        <w:br/>
      </w:r>
      <w:r>
        <w:t xml:space="preserve">excessive admiration and devotion to something or someone</w:t>
      </w:r>
    </w:p>
    <w:p>
      <w:pPr>
        <w:pStyle w:val="Compact"/>
        <w:numPr>
          <w:ilvl w:val="0"/>
          <w:numId w:val="1001"/>
        </w:numPr>
      </w:pPr>
      <w:r>
        <w:rPr>
          <w:b/>
          <w:bCs/>
        </w:rPr>
        <w:t xml:space="preserve">And how strange it was that, instead of having been forced to reveal his own secret, he had succeeded, almost by chance, in</w:t>
      </w:r>
      <w:r>
        <w:rPr>
          <w:b/>
          <w:bCs/>
        </w:rPr>
        <w:t xml:space="preserve"> </w:t>
      </w:r>
      <w:r>
        <w:rPr>
          <w:b/>
          <w:bCs/>
          <w:u w:val="single"/>
        </w:rPr>
        <w:t xml:space="preserve">wresting</w:t>
      </w:r>
      <w:r>
        <w:rPr>
          <w:b/>
          <w:bCs/>
        </w:rPr>
        <w:t xml:space="preserve"> </w:t>
      </w:r>
      <w:r>
        <w:rPr>
          <w:b/>
          <w:bCs/>
        </w:rPr>
        <w:t xml:space="preserve">a secret from his friend!</w:t>
      </w:r>
      <w:r>
        <w:br/>
      </w:r>
      <w:r>
        <w:t xml:space="preserve">    (a) strongly desiring; or a strong desire</w:t>
      </w:r>
      <w:r>
        <w:br/>
      </w:r>
      <w:r>
        <w:t xml:space="preserve">    (b) changing to fit a different situation</w:t>
      </w:r>
      <w:r>
        <w:br/>
      </w:r>
      <w:r>
        <w:t xml:space="preserve">    (c) obtain with difficult effort or force</w:t>
      </w:r>
    </w:p>
    <w:p>
      <w:pPr>
        <w:pStyle w:val="Compact"/>
        <w:numPr>
          <w:ilvl w:val="0"/>
          <w:numId w:val="1001"/>
        </w:numPr>
      </w:pPr>
      <w:r>
        <w:rPr>
          <w:b/>
          <w:bCs/>
        </w:rPr>
        <w:t xml:space="preserve">It was like a placid mask of</w:t>
      </w:r>
      <w:r>
        <w:rPr>
          <w:b/>
          <w:bCs/>
        </w:rPr>
        <w:t xml:space="preserve"> </w:t>
      </w:r>
      <w:r>
        <w:rPr>
          <w:b/>
          <w:bCs/>
          <w:u w:val="single"/>
        </w:rPr>
        <w:t xml:space="preserve">servility</w:t>
      </w:r>
      <w:r>
        <w:rPr>
          <w:b/>
          <w:bCs/>
        </w:rPr>
        <w:t xml:space="preserve">.</w:t>
      </w:r>
      <w:r>
        <w:br/>
      </w:r>
      <w:r>
        <w:t xml:space="preserve">    (a) the process of accepting someone's membership though a special procedure such as a ceremony and/or period of instruction and/or test</w:t>
      </w:r>
      <w:r>
        <w:br/>
      </w:r>
      <w:r>
        <w:t xml:space="preserve">    (b) a government policy in which significantly less money is spent than normal; or any notable absence of luxury, comfort, or decoration</w:t>
      </w:r>
      <w:r>
        <w:br/>
      </w:r>
      <w:r>
        <w:t xml:space="preserve">    (c) an attitude of someone who is so excessively submissive that they seem to lack self-respect</w:t>
      </w:r>
    </w:p>
    <w:p>
      <w:pPr>
        <w:pStyle w:val="Compact"/>
        <w:numPr>
          <w:ilvl w:val="0"/>
          <w:numId w:val="1001"/>
        </w:numPr>
      </w:pPr>
      <w:r>
        <w:rPr>
          <w:b/>
          <w:bCs/>
        </w:rPr>
        <w:t xml:space="preserve">The style in which it was written was that curious jewelled style, vivid and obscure at once, full of argot and of archaisms, of technical expressions and of elaborate</w:t>
      </w:r>
      <w:r>
        <w:rPr>
          <w:b/>
          <w:bCs/>
        </w:rPr>
        <w:t xml:space="preserve"> </w:t>
      </w:r>
      <w:r>
        <w:rPr>
          <w:b/>
          <w:bCs/>
          <w:u w:val="single"/>
        </w:rPr>
        <w:t xml:space="preserve">paraphrases</w:t>
      </w:r>
      <w:r>
        <w:rPr>
          <w:b/>
          <w:bCs/>
        </w:rPr>
        <w:t xml:space="preserve">, that characterizes the work of some of the finest artists of the French school of Decadents.</w:t>
      </w:r>
      <w:r>
        <w:br/>
      </w:r>
      <w:r>
        <w:t xml:space="preserve">    (a) express the same message in different (or slightly different) words</w:t>
      </w:r>
      <w:r>
        <w:br/>
      </w:r>
      <w:r>
        <w:t xml:space="preserve">    (b) provides evidence of something -- especially oral evidence in court</w:t>
      </w:r>
      <w:r>
        <w:br/>
      </w:r>
      <w:r>
        <w:t xml:space="preserve">    (c) (noun) causes of dissatisfaction  OR  (verb) causes dissatisfaction</w:t>
      </w:r>
    </w:p>
    <w:p>
      <w:pPr>
        <w:pStyle w:val="Compact"/>
        <w:numPr>
          <w:ilvl w:val="0"/>
          <w:numId w:val="1001"/>
        </w:numPr>
      </w:pPr>
      <w:r>
        <w:rPr>
          <w:b/>
          <w:bCs/>
        </w:rPr>
        <w:t xml:space="preserve">There were moments, indeed, at night, when, lying sleepless in his own delicately-scented chamber, or in the sordid room of the little ill-famed tavern near the Docks, which, under an assumed name, and in disguise, it was his habit to frequent, he would think of the ruin he had brought upon his soul, with a pity that was all the more</w:t>
      </w:r>
      <w:r>
        <w:rPr>
          <w:b/>
          <w:bCs/>
        </w:rPr>
        <w:t xml:space="preserve"> </w:t>
      </w:r>
      <w:r>
        <w:rPr>
          <w:b/>
          <w:bCs/>
          <w:u w:val="single"/>
        </w:rPr>
        <w:t xml:space="preserve">poignant</w:t>
      </w:r>
      <w:r>
        <w:rPr>
          <w:b/>
          <w:bCs/>
        </w:rPr>
        <w:t xml:space="preserve"> </w:t>
      </w:r>
      <w:r>
        <w:rPr>
          <w:b/>
          <w:bCs/>
        </w:rPr>
        <w:t xml:space="preserve">because it was purely selfish.</w:t>
      </w:r>
      <w:r>
        <w:br/>
      </w:r>
      <w:r>
        <w:t xml:space="preserve">    (a) likely to change</w:t>
      </w:r>
      <w:r>
        <w:br/>
      </w:r>
      <w:r>
        <w:t xml:space="preserve">    (b) able to be found</w:t>
      </w:r>
      <w:r>
        <w:br/>
      </w:r>
      <w:r>
        <w:t xml:space="preserve">    (c) sharp or intense</w:t>
      </w:r>
    </w:p>
    <w:p>
      <w:pPr>
        <w:pStyle w:val="Compact"/>
        <w:numPr>
          <w:ilvl w:val="0"/>
          <w:numId w:val="1001"/>
        </w:numPr>
      </w:pPr>
      <w:r>
        <w:rPr>
          <w:b/>
          <w:bCs/>
        </w:rPr>
        <w:t xml:space="preserve">Of the asceticism that deadens the senses, as of the vulgar</w:t>
      </w:r>
      <w:r>
        <w:rPr>
          <w:b/>
          <w:bCs/>
        </w:rPr>
        <w:t xml:space="preserve"> </w:t>
      </w:r>
      <w:r>
        <w:rPr>
          <w:b/>
          <w:bCs/>
          <w:u w:val="single"/>
        </w:rPr>
        <w:t xml:space="preserve">profligacy</w:t>
      </w:r>
      <w:r>
        <w:rPr>
          <w:b/>
          <w:bCs/>
        </w:rPr>
        <w:t xml:space="preserve"> </w:t>
      </w:r>
      <w:r>
        <w:rPr>
          <w:b/>
          <w:bCs/>
        </w:rPr>
        <w:t xml:space="preserve">that dulls them, it was to know nothing.</w:t>
      </w:r>
      <w:r>
        <w:br/>
      </w:r>
      <w:r>
        <w:t xml:space="preserve">    (a) carelessly and wastefully extravagant -- especially with money, resources, or behavior</w:t>
      </w:r>
      <w:r>
        <w:br/>
      </w:r>
      <w:r>
        <w:t xml:space="preserve">    (b) (adjective) designed to stop something  OR  (noun) something that stops something else</w:t>
      </w:r>
      <w:r>
        <w:br/>
      </w:r>
      <w:r>
        <w:t xml:space="preserve">    (c) related to intelligence -- such as requiring, appealing to, or possessing intelligence</w:t>
      </w:r>
    </w:p>
    <w:p>
      <w:pPr>
        <w:pStyle w:val="Compact"/>
        <w:numPr>
          <w:ilvl w:val="0"/>
          <w:numId w:val="1001"/>
        </w:numPr>
      </w:pPr>
      <w:r>
        <w:rPr>
          <w:b/>
          <w:bCs/>
        </w:rPr>
        <w:t xml:space="preserve">Mysticism, with its marvellous power of making common things strange to us, and the subtle antinomianism that always seems to accompany it, moved him for a season; and for a season he inclined to the</w:t>
      </w:r>
      <w:r>
        <w:rPr>
          <w:b/>
          <w:bCs/>
        </w:rPr>
        <w:t xml:space="preserve"> </w:t>
      </w:r>
      <w:r>
        <w:rPr>
          <w:b/>
          <w:bCs/>
          <w:u w:val="single"/>
        </w:rPr>
        <w:t xml:space="preserve">materialistic</w:t>
      </w:r>
      <w:r>
        <w:rPr>
          <w:b/>
          <w:bCs/>
        </w:rPr>
        <w:t xml:space="preserve"> </w:t>
      </w:r>
      <w:r>
        <w:rPr>
          <w:b/>
          <w:bCs/>
        </w:rPr>
        <w:t xml:space="preserve">doctrines of the Darwinismus movement in Germany, and found a curious pleasure in tracing the thoughts and passions of men to some pearly cell in the brain, or some white nerve in the body, delighting in the conception of the absolute dependence of the spirit on certain physical conditions, morbid or healthy, normal or diseased.</w:t>
      </w:r>
      <w:r>
        <w:br/>
      </w:r>
      <w:r>
        <w:t xml:space="preserve">    (a) without purpose, job, or natural activity</w:t>
      </w:r>
      <w:r>
        <w:br/>
      </w:r>
      <w:r>
        <w:t xml:space="preserve">    (b) unable or difficult to meet and talk with</w:t>
      </w:r>
      <w:r>
        <w:br/>
      </w:r>
      <w:r>
        <w:t xml:space="preserve">    (c) too concerned with wealth and possessions</w:t>
      </w:r>
    </w:p>
    <w:p>
      <w:pPr>
        <w:pStyle w:val="Compact"/>
        <w:numPr>
          <w:ilvl w:val="0"/>
          <w:numId w:val="1001"/>
        </w:numPr>
      </w:pPr>
      <w:r>
        <w:rPr>
          <w:b/>
          <w:bCs/>
        </w:rPr>
        <w:t xml:space="preserve">Society, civilized society at least, is never very ready to believe anything to the</w:t>
      </w:r>
      <w:r>
        <w:rPr>
          <w:b/>
          <w:bCs/>
        </w:rPr>
        <w:t xml:space="preserve"> </w:t>
      </w:r>
      <w:r>
        <w:rPr>
          <w:b/>
          <w:bCs/>
          <w:u w:val="single"/>
        </w:rPr>
        <w:t xml:space="preserve">detriment</w:t>
      </w:r>
      <w:r>
        <w:rPr>
          <w:b/>
          <w:bCs/>
        </w:rPr>
        <w:t xml:space="preserve"> </w:t>
      </w:r>
      <w:r>
        <w:rPr>
          <w:b/>
          <w:bCs/>
        </w:rPr>
        <w:t xml:space="preserve">of those who are both rich and charming.</w:t>
      </w:r>
      <w:r>
        <w:br/>
      </w:r>
      <w:r>
        <w:t xml:space="preserve">    (a) a fat compound</w:t>
      </w:r>
      <w:r>
        <w:br/>
      </w:r>
      <w:r>
        <w:t xml:space="preserve">    (b) harm or damage</w:t>
      </w:r>
      <w:r>
        <w:br/>
      </w:r>
      <w:r>
        <w:t xml:space="preserve">    (c) a hoofed mamma</w:t>
      </w:r>
    </w:p>
    <w:p>
      <w:pPr>
        <w:pStyle w:val="Compact"/>
        <w:numPr>
          <w:ilvl w:val="0"/>
          <w:numId w:val="1001"/>
        </w:numPr>
      </w:pPr>
      <w:r>
        <w:rPr>
          <w:b/>
          <w:bCs/>
        </w:rPr>
        <w:t xml:space="preserve">Had the lover of Giovanna of Naples</w:t>
      </w:r>
      <w:r>
        <w:rPr>
          <w:b/>
          <w:bCs/>
        </w:rPr>
        <w:t xml:space="preserve"> </w:t>
      </w:r>
      <w:r>
        <w:rPr>
          <w:b/>
          <w:bCs/>
          <w:u w:val="single"/>
        </w:rPr>
        <w:t xml:space="preserve">bequeathed</w:t>
      </w:r>
      <w:r>
        <w:rPr>
          <w:b/>
          <w:bCs/>
        </w:rPr>
        <w:t xml:space="preserve"> </w:t>
      </w:r>
      <w:r>
        <w:rPr>
          <w:b/>
          <w:bCs/>
        </w:rPr>
        <w:t xml:space="preserve">him some inheritance of sin and shame?</w:t>
      </w:r>
      <w:r>
        <w:br/>
      </w:r>
      <w:r>
        <w:t xml:space="preserve">    (a) helped make clear</w:t>
      </w:r>
      <w:r>
        <w:br/>
      </w:r>
      <w:r>
        <w:t xml:space="preserve">    (b) guided or managed</w:t>
      </w:r>
      <w:r>
        <w:br/>
      </w:r>
      <w:r>
        <w:t xml:space="preserve">    (c) give or pass down</w:t>
      </w:r>
    </w:p>
    <w:p>
      <w:pPr>
        <w:pStyle w:val="Compact"/>
        <w:numPr>
          <w:ilvl w:val="0"/>
          <w:numId w:val="1001"/>
        </w:numPr>
      </w:pPr>
      <w:r>
        <w:rPr>
          <w:b/>
          <w:bCs/>
        </w:rPr>
        <w:t xml:space="preserve">Cawdor curled his lip, and said that you might have the most artistic tastes, but that you were a man whom no pure-minded girl should be allowed to know, and whom no</w:t>
      </w:r>
      <w:r>
        <w:rPr>
          <w:b/>
          <w:bCs/>
        </w:rPr>
        <w:t xml:space="preserve"> </w:t>
      </w:r>
      <w:r>
        <w:rPr>
          <w:b/>
          <w:bCs/>
          <w:u w:val="single"/>
        </w:rPr>
        <w:t xml:space="preserve">chaste</w:t>
      </w:r>
      <w:r>
        <w:rPr>
          <w:b/>
          <w:bCs/>
        </w:rPr>
        <w:t xml:space="preserve"> </w:t>
      </w:r>
      <w:r>
        <w:rPr>
          <w:b/>
          <w:bCs/>
        </w:rPr>
        <w:t xml:space="preserve">woman should sit in the same room with.</w:t>
      </w:r>
      <w:r>
        <w:br/>
      </w:r>
      <w:r>
        <w:t xml:space="preserve">    (a) able to be portrayed or created in a particular way  OR  able to be interpreted, translated, or extracted from</w:t>
      </w:r>
      <w:r>
        <w:br/>
      </w:r>
      <w:r>
        <w:t xml:space="preserve">    (b) not having sexual intercourse (ever, outside of marriage, or for a long time); or not involving sexual desire</w:t>
      </w:r>
      <w:r>
        <w:br/>
      </w:r>
      <w:r>
        <w:t xml:space="preserve">    (c) a citizen of Rome between the founding of the city (753 BC) and the fall of the Western Roman Empire (476 AD)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2026-07-31T14:56:58Z</dcterms:created>
  <dcterms:modified xsi:type="dcterms:W3CDTF">2026-07-31T14:56:58Z</dcterms:modified>
</cp:coreProperties>
</file>

<file path=docProps/custom.xml><?xml version="1.0" encoding="utf-8"?>
<Properties xmlns="http://schemas.openxmlformats.org/officeDocument/2006/custom-properties" xmlns:vt="http://schemas.openxmlformats.org/officeDocument/2006/docPropsVTypes"/>
</file>