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665f1b172189bd475b1ce87f8dfb040ad20d73"/>
    <w:p>
      <w:pPr>
        <w:pStyle w:val="Heading1"/>
      </w:pPr>
      <w:r>
        <w:rPr>
          <w:b/>
          <w:bCs/>
        </w:rPr>
        <w:t xml:space="preserve">The Pianist</w:t>
      </w:r>
      <w:r>
        <w:br/>
      </w:r>
      <w:r>
        <w:rPr>
          <w:i/>
          <w:iCs/>
        </w:rPr>
        <w:t xml:space="preserve">Wladyslaw Szpilman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quick</w:t>
      </w:r>
      <w:r>
        <w:br/>
      </w:r>
      <w:r>
        <w:t xml:space="preserve">    (b) friendly</w:t>
      </w:r>
      <w:r>
        <w:br/>
      </w:r>
      <w:r>
        <w:t xml:space="preserve">    (c) temporary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undertook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arduous</w:t>
      </w:r>
      <w:r>
        <w:rPr>
          <w:b/>
          <w:bCs/>
        </w:rPr>
        <w:t xml:space="preserve"> </w:t>
      </w:r>
      <w:r>
        <w:rPr>
          <w:b/>
          <w:bCs/>
        </w:rPr>
        <w:t xml:space="preserve">work of caring for twins.</w:t>
      </w:r>
      <w:r>
        <w:br/>
      </w:r>
      <w:r>
        <w:t xml:space="preserve">    (a) difficult</w:t>
      </w:r>
      <w:r>
        <w:br/>
      </w:r>
      <w:r>
        <w:t xml:space="preserve">    (b) profitable</w:t>
      </w:r>
      <w:r>
        <w:br/>
      </w:r>
      <w:r>
        <w:t xml:space="preserve">    (c) rewarding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put on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smile for the cameras while berating my performance.</w:t>
      </w:r>
      <w:r>
        <w:br/>
      </w:r>
      <w:r>
        <w:t xml:space="preserve">    (a) very large</w:t>
      </w:r>
      <w:r>
        <w:br/>
      </w:r>
      <w:r>
        <w:t xml:space="preserve">    (b) not sincere</w:t>
      </w:r>
      <w:r>
        <w:br/>
      </w:r>
      <w:r>
        <w:t xml:space="preserve">    (c) barely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protesters formed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blockade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main highway.</w:t>
      </w:r>
      <w:r>
        <w:br/>
      </w:r>
      <w:r>
        <w:t xml:space="preserve">    (a) a blocking barrier</w:t>
      </w:r>
      <w:r>
        <w:br/>
      </w:r>
      <w:r>
        <w:t xml:space="preserve">    (b) a welcome banner</w:t>
      </w:r>
      <w:r>
        <w:br/>
      </w:r>
      <w:r>
        <w:t xml:space="preserve">    (c) an open pathway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 works are displayed to show technique in a way that ordinary regional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 </w:t>
      </w:r>
      <w:r>
        <w:rPr>
          <w:b/>
          <w:bCs/>
        </w:rPr>
        <w:t xml:space="preserve">display wouldn't permit.</w:t>
      </w:r>
      <w:r>
        <w:br/>
      </w:r>
      <w:r>
        <w:t xml:space="preserve">    (a) by date</w:t>
      </w:r>
      <w:r>
        <w:br/>
      </w:r>
      <w:r>
        <w:t xml:space="preserve">    (b) by artist</w:t>
      </w:r>
      <w:r>
        <w:br/>
      </w:r>
      <w:r>
        <w:t xml:space="preserve">    (c) by region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friendly manner</w:t>
      </w:r>
      <w:r>
        <w:br/>
      </w:r>
      <w:r>
        <w:t xml:space="preserve">    (b) in a hurried manner</w:t>
      </w:r>
      <w:r>
        <w:br/>
      </w:r>
      <w:r>
        <w:t xml:space="preserve">    (c) in a clumsy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exodus</w:t>
      </w:r>
      <w:r>
        <w:rPr>
          <w:b/>
          <w:bCs/>
        </w:rPr>
        <w:t xml:space="preserve"> </w:t>
      </w:r>
      <w:r>
        <w:rPr>
          <w:b/>
          <w:bCs/>
        </w:rPr>
        <w:t xml:space="preserve">of Jews from Arab countries to Israel in the mid-20th century.</w:t>
      </w:r>
      <w:r>
        <w:br/>
      </w:r>
      <w:r>
        <w:t xml:space="preserve">    (a) departure</w:t>
      </w:r>
      <w:r>
        <w:br/>
      </w:r>
      <w:r>
        <w:t xml:space="preserve">    (b) expelling</w:t>
      </w:r>
      <w:r>
        <w:br/>
      </w:r>
      <w:r>
        <w:t xml:space="preserve">    (c) visitation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 allow powerful individuals to commit crimes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impunity</w:t>
      </w:r>
      <w:r>
        <w:rPr>
          <w:b/>
          <w:bCs/>
        </w:rPr>
        <w:t xml:space="preserve">.</w:t>
      </w:r>
      <w:r>
        <w:br/>
      </w:r>
      <w:r>
        <w:t xml:space="preserve">    (a) exemption from punishment</w:t>
      </w:r>
      <w:r>
        <w:br/>
      </w:r>
      <w:r>
        <w:t xml:space="preserve">    (b) clever lawyers</w:t>
      </w:r>
      <w:r>
        <w:br/>
      </w:r>
      <w:r>
        <w:t xml:space="preserve">    (c) government accomplices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said the redness around the cut was caused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inflammation</w:t>
      </w:r>
      <w:r>
        <w:rPr>
          <w:b/>
          <w:bCs/>
        </w:rPr>
        <w:t xml:space="preserve">.</w:t>
      </w:r>
      <w:r>
        <w:br/>
      </w:r>
      <w:r>
        <w:t xml:space="preserve">    (a) tissue swelling</w:t>
      </w:r>
      <w:r>
        <w:br/>
      </w:r>
      <w:r>
        <w:t xml:space="preserve">    (b) broken bone</w:t>
      </w:r>
      <w:r>
        <w:br/>
      </w:r>
      <w:r>
        <w:t xml:space="preserve">    (c) steady heartbeat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company declared bankruptcy, it was forced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liquidate</w:t>
      </w:r>
      <w:r>
        <w:rPr>
          <w:b/>
          <w:bCs/>
        </w:rPr>
        <w:t xml:space="preserve"> </w:t>
      </w:r>
      <w:r>
        <w:rPr>
          <w:b/>
          <w:bCs/>
        </w:rPr>
        <w:t xml:space="preserve">all its assets to pay back creditors.</w:t>
      </w:r>
      <w:r>
        <w:br/>
      </w:r>
      <w:r>
        <w:t xml:space="preserve">    (a) sell for cash</w:t>
      </w:r>
      <w:r>
        <w:br/>
      </w:r>
      <w:r>
        <w:t xml:space="preserve">    (b) combine into one group</w:t>
      </w:r>
      <w:r>
        <w:br/>
      </w:r>
      <w:r>
        <w:t xml:space="preserve">    (c) protect from damage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too afraid of risk and uncertainty</w:t>
      </w:r>
      <w:r>
        <w:br/>
      </w:r>
      <w:r>
        <w:t xml:space="preserve">    (b) unwilling to spend any money</w:t>
      </w:r>
      <w:r>
        <w:br/>
      </w:r>
      <w:r>
        <w:t xml:space="preserve">    (c) too concerned with wealth and possessions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Barbless hooks are much easier to remove from the fish (and the person fishing, in the event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).</w:t>
      </w:r>
      <w:r>
        <w:br/>
      </w:r>
      <w:r>
        <w:t xml:space="preserve">    (a) reversal of fortunes</w:t>
      </w:r>
      <w:r>
        <w:br/>
      </w:r>
      <w:r>
        <w:t xml:space="preserve">    (b) violent argument</w:t>
      </w:r>
      <w:r>
        <w:br/>
      </w:r>
      <w:r>
        <w:t xml:space="preserve">    (c) minor accident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words were too perfect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paraphrase</w:t>
      </w:r>
      <w:r>
        <w:rPr>
          <w:b/>
          <w:bCs/>
        </w:rPr>
        <w:t xml:space="preserve">, so I will quote.</w:t>
      </w:r>
      <w:r>
        <w:br/>
      </w:r>
      <w:r>
        <w:t xml:space="preserve">    (a) forget</w:t>
      </w:r>
      <w:r>
        <w:br/>
      </w:r>
      <w:r>
        <w:t xml:space="preserve">    (b) summarize</w:t>
      </w:r>
      <w:r>
        <w:br/>
      </w:r>
      <w:r>
        <w:t xml:space="preserve">    (c) reword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provisional</w:t>
      </w:r>
      <w:r>
        <w:rPr>
          <w:b/>
          <w:bCs/>
        </w:rPr>
        <w:t xml:space="preserve"> </w:t>
      </w:r>
      <w:r>
        <w:rPr>
          <w:b/>
          <w:bCs/>
        </w:rPr>
        <w:t xml:space="preserve">ballots will be counted.</w:t>
      </w:r>
      <w:r>
        <w:br/>
      </w:r>
      <w:r>
        <w:t xml:space="preserve">    (a) fully valid</w:t>
      </w:r>
      <w:r>
        <w:br/>
      </w:r>
      <w:r>
        <w:t xml:space="preserve">    (b) already checked</w:t>
      </w:r>
      <w:r>
        <w:br/>
      </w:r>
      <w:r>
        <w:t xml:space="preserve">    (c) not final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deep bitterness</w:t>
      </w:r>
      <w:r>
        <w:br/>
      </w:r>
      <w:r>
        <w:t xml:space="preserve">    (b) warm affection</w:t>
      </w:r>
      <w:r>
        <w:br/>
      </w:r>
      <w:r>
        <w:t xml:space="preserve">    (c) mild curiosity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Hitler wanted Paris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razed</w:t>
      </w:r>
      <w:r>
        <w:rPr>
          <w:b/>
          <w:bCs/>
        </w:rPr>
        <w:t xml:space="preserve">, but his general ignored the order and surrendered.</w:t>
      </w:r>
      <w:r>
        <w:br/>
      </w:r>
      <w:r>
        <w:t xml:space="preserve">    (a) held at all cost</w:t>
      </w:r>
      <w:r>
        <w:br/>
      </w:r>
      <w:r>
        <w:t xml:space="preserve">    (b) completely destroyed</w:t>
      </w:r>
      <w:r>
        <w:br/>
      </w:r>
      <w:r>
        <w:t xml:space="preserve">    (c) held up as an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apparently reasonable, but unproven</w:t>
      </w:r>
      <w:r>
        <w:br/>
      </w:r>
      <w:r>
        <w:t xml:space="preserve">    (b) person without moral principles</w:t>
      </w:r>
      <w:r>
        <w:br/>
      </w:r>
      <w:r>
        <w:t xml:space="preserve">    (c) without pattern or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Civil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 </w:t>
      </w:r>
      <w:r>
        <w:rPr>
          <w:b/>
          <w:bCs/>
        </w:rPr>
        <w:t xml:space="preserve">tore the country apart for nearly a decade before reform began.</w:t>
      </w:r>
      <w:r>
        <w:br/>
      </w:r>
      <w:r>
        <w:t xml:space="preserve">    (a) quiet agreement</w:t>
      </w:r>
      <w:r>
        <w:br/>
      </w:r>
      <w:r>
        <w:t xml:space="preserve">    (b) joyful celebration</w:t>
      </w:r>
      <w:r>
        <w:br/>
      </w:r>
      <w:r>
        <w:t xml:space="preserve">    (c) violent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appreciated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form needs to be signed by the patient or 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surrogate</w:t>
      </w:r>
      <w:r>
        <w:rPr>
          <w:b/>
          <w:bCs/>
        </w:rPr>
        <w:t xml:space="preserve">.</w:t>
      </w:r>
      <w:r>
        <w:br/>
      </w:r>
      <w:r>
        <w:t xml:space="preserve">    (a) doctor</w:t>
      </w:r>
      <w:r>
        <w:br/>
      </w:r>
      <w:r>
        <w:t xml:space="preserve">    (b) surgeon</w:t>
      </w:r>
      <w:r>
        <w:br/>
      </w:r>
      <w:r>
        <w:t xml:space="preserve">    (c) representative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2026-07-31T18:27:16Z</dcterms:created>
  <dcterms:modified xsi:type="dcterms:W3CDTF">2026-07-31T18:27:16Z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