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e38b6b442354d3b5cd1af6b4e82ac223cd0fb6"/>
    <w:p>
      <w:pPr>
        <w:pStyle w:val="Heading1"/>
      </w:pPr>
      <w:r>
        <w:rPr>
          <w:b/>
          <w:bCs/>
        </w:rPr>
        <w:t xml:space="preserve">The Pianist</w:t>
      </w:r>
      <w:r>
        <w:br/>
      </w:r>
      <w:r>
        <w:rPr>
          <w:i/>
          <w:iCs/>
        </w:rPr>
        <w:t xml:space="preserve">Wladyslaw Szpilman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Life, although so unimportant, had none the less forced me to overcome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apathy</w:t>
      </w:r>
      <w:r>
        <w:rPr>
          <w:b/>
          <w:bCs/>
        </w:rPr>
        <w:t xml:space="preserve"> </w:t>
      </w:r>
      <w:r>
        <w:rPr>
          <w:b/>
          <w:bCs/>
        </w:rPr>
        <w:t xml:space="preserve">and seek some way of earning a living,</w:t>
      </w:r>
      <w:r>
        <w:br/>
      </w:r>
      <w:r>
        <w:t xml:space="preserve">    (a) non-traditional or non-standard</w:t>
      </w:r>
      <w:r>
        <w:br/>
      </w:r>
      <w:r>
        <w:t xml:space="preserve">    (b) lack of both interest and enthusiasm</w:t>
      </w:r>
      <w:r>
        <w:br/>
      </w:r>
      <w:r>
        <w:t xml:space="preserve">    (c) poor ability to make a decision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stood by lamp-posts, by the walls of buildings and in the road, heads raised,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monotonously</w:t>
      </w:r>
      <w:r>
        <w:rPr>
          <w:b/>
          <w:bCs/>
        </w:rPr>
        <w:t xml:space="preserve"> </w:t>
      </w:r>
      <w:r>
        <w:rPr>
          <w:b/>
          <w:bCs/>
        </w:rPr>
        <w:t xml:space="preserve">whimpering that they were hungry.</w:t>
      </w:r>
      <w:r>
        <w:br/>
      </w:r>
      <w:r>
        <w:t xml:space="preserve">    (a) in a manner that does not change</w:t>
      </w:r>
      <w:r>
        <w:br/>
      </w:r>
      <w:r>
        <w:t xml:space="preserve">    (b) lacking in variety and/or boring</w:t>
      </w:r>
      <w:r>
        <w:br/>
      </w:r>
      <w:r>
        <w:t xml:space="preserve">    (c) in a manner that deserves praise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Only incorrigible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optimists</w:t>
      </w:r>
      <w:r>
        <w:rPr>
          <w:b/>
          <w:bCs/>
        </w:rPr>
        <w:t xml:space="preserve"> </w:t>
      </w:r>
      <w:r>
        <w:rPr>
          <w:b/>
          <w:bCs/>
        </w:rPr>
        <w:t xml:space="preserve">had still cherished the delusion that Poland's determined stance would deter Hitler at the last moment.</w:t>
      </w:r>
      <w:r>
        <w:br/>
      </w:r>
      <w:r>
        <w:t xml:space="preserve">    (a) bases with a pH of greater than 7 (so they will dissolve in water)</w:t>
      </w:r>
      <w:r>
        <w:br/>
      </w:r>
      <w:r>
        <w:t xml:space="preserve">    (b) people who expect the best; or who focus on the good part of things</w:t>
      </w:r>
      <w:r>
        <w:br/>
      </w:r>
      <w:r>
        <w:t xml:space="preserve">    (c) DNA sequences or units of heredity that influence biological traits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also hopeless confusion in the corridors of the centre, where a mood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belligerent</w:t>
      </w:r>
      <w:r>
        <w:rPr>
          <w:b/>
          <w:bCs/>
        </w:rPr>
        <w:t xml:space="preserve"> </w:t>
      </w:r>
      <w:r>
        <w:rPr>
          <w:b/>
          <w:bCs/>
        </w:rPr>
        <w:t xml:space="preserve">self-confidence prevailed.</w:t>
      </w:r>
      <w:r>
        <w:br/>
      </w:r>
      <w:r>
        <w:t xml:space="preserve">    (a) (adjective) designed to stop something  OR  (noun) something that stops something else</w:t>
      </w:r>
      <w:r>
        <w:br/>
      </w:r>
      <w:r>
        <w:t xml:space="preserve">    (b) combative (eager to fight)</w:t>
      </w:r>
      <w:r>
        <w:br/>
      </w:r>
      <w:r>
        <w:t xml:space="preserve">    (c) related to intelligence -- such as requiring, appealing to, or possessing intelligence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Initially they were conducted clumsily, as if the perpetrators felt ashamed of this new means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tormenting</w:t>
      </w:r>
      <w:r>
        <w:rPr>
          <w:b/>
          <w:bCs/>
        </w:rPr>
        <w:t xml:space="preserve"> </w:t>
      </w:r>
      <w:r>
        <w:rPr>
          <w:b/>
          <w:bCs/>
        </w:rPr>
        <w:t xml:space="preserve">people, and they had not had any practice anyway.</w:t>
      </w:r>
      <w:r>
        <w:br/>
      </w:r>
      <w:r>
        <w:t xml:space="preserve">    (a) is most powerful, important, or noticeable</w:t>
      </w:r>
      <w:r>
        <w:br/>
      </w:r>
      <w:r>
        <w:t xml:space="preserve">    (b) causing great mental or physical suffering</w:t>
      </w:r>
      <w:r>
        <w:br/>
      </w:r>
      <w:r>
        <w:t xml:space="preserve">    (c) providing evidence that proves or supports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Jews were to do two years' labour in concentration camps where we would receive '</w:t>
      </w:r>
      <w:r>
        <w:rPr>
          <w:b/>
          <w:bCs/>
          <w:u w:val="single"/>
        </w:rPr>
        <w:t xml:space="preserve">appropriate</w:t>
      </w:r>
      <w:r>
        <w:rPr>
          <w:b/>
          <w:bCs/>
        </w:rPr>
        <w:t xml:space="preserve"> </w:t>
      </w:r>
      <w:r>
        <w:rPr>
          <w:b/>
          <w:bCs/>
        </w:rPr>
        <w:t xml:space="preserve">social education', to cure us of being 'parasites on the healthy organism of the Aryan peoples'.</w:t>
      </w:r>
      <w:r>
        <w:br/>
      </w:r>
      <w:r>
        <w:t xml:space="preserve">    (a) suitable (fitting)</w:t>
      </w:r>
      <w:r>
        <w:br/>
      </w:r>
      <w:r>
        <w:t xml:space="preserve">    (b) inadequate</w:t>
      </w:r>
      <w:r>
        <w:br/>
      </w:r>
      <w:r>
        <w:t xml:space="preserve">    (c) excessive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exactly the same way, Germany shifted the borders of the European countries it had subdued,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appropriating</w:t>
      </w:r>
      <w:r>
        <w:rPr>
          <w:b/>
          <w:bCs/>
        </w:rPr>
        <w:t xml:space="preserve"> </w:t>
      </w:r>
      <w:r>
        <w:rPr>
          <w:b/>
          <w:bCs/>
        </w:rPr>
        <w:t xml:space="preserve">province after province;</w:t>
      </w:r>
      <w:r>
        <w:br/>
      </w:r>
      <w:r>
        <w:t xml:space="preserve">    (a) eliminating</w:t>
      </w:r>
      <w:r>
        <w:br/>
      </w:r>
      <w:r>
        <w:t xml:space="preserve">    (b) taking (seizing)</w:t>
      </w:r>
      <w:r>
        <w:br/>
      </w:r>
      <w:r>
        <w:t xml:space="preserve">    (c) analyzing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his view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intellectually</w:t>
      </w:r>
      <w:r>
        <w:rPr>
          <w:b/>
          <w:bCs/>
        </w:rPr>
        <w:t xml:space="preserve"> </w:t>
      </w:r>
      <w:r>
        <w:rPr>
          <w:b/>
          <w:bCs/>
        </w:rPr>
        <w:t xml:space="preserve">creative person must do physical labour in order to assess his own capabilities properly, and so he did his quota of work, although it interrupted his studies.</w:t>
      </w:r>
      <w:r>
        <w:br/>
      </w:r>
      <w:r>
        <w:t xml:space="preserve">    (a) done in a manner that cannot be defended</w:t>
      </w:r>
      <w:r>
        <w:br/>
      </w:r>
      <w:r>
        <w:t xml:space="preserve">    (b) in a manner that relates to intelligence</w:t>
      </w:r>
      <w:r>
        <w:br/>
      </w:r>
      <w:r>
        <w:t xml:space="preserve">    (c) in a manner that is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they had finished, they stationed themselves a few paces away on the pavement, drew their pistols, and Thwick-Thwack shouted, '</w:t>
      </w:r>
      <w:r>
        <w:rPr>
          <w:b/>
          <w:bCs/>
          <w:u w:val="single"/>
        </w:rPr>
        <w:t xml:space="preserve">Intellectuals</w:t>
      </w:r>
      <w:r>
        <w:rPr>
          <w:b/>
          <w:bCs/>
        </w:rPr>
        <w:t xml:space="preserve">, fall out!'</w:t>
      </w:r>
      <w:r>
        <w:br/>
      </w:r>
      <w:r>
        <w:t xml:space="preserve">    (a) members of the 1960's counterculture associated with long hair, illegal drugs, casual sex, and opposition to violence.</w:t>
      </w:r>
      <w:r>
        <w:br/>
      </w:r>
      <w:r>
        <w:t xml:space="preserve">    (b) believers in the religious movement started by Joseph Smith, especially the beliefs and practices of Latter-day Saints</w:t>
      </w:r>
      <w:r>
        <w:br/>
      </w:r>
      <w:r>
        <w:t xml:space="preserve">    (c) highly educated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all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agitated</w:t>
      </w:r>
      <w:r>
        <w:rPr>
          <w:b/>
          <w:bCs/>
        </w:rPr>
        <w:t xml:space="preserve"> </w:t>
      </w:r>
      <w:r>
        <w:rPr>
          <w:b/>
          <w:bCs/>
        </w:rPr>
        <w:t xml:space="preserve">state, running back and forth like animals put into a cage and not yet used to it.</w:t>
      </w:r>
      <w:r>
        <w:br/>
      </w:r>
      <w:r>
        <w:t xml:space="preserve">    (a) thought carefully and made a judgment about</w:t>
      </w:r>
      <w:r>
        <w:br/>
      </w:r>
      <w:r>
        <w:t xml:space="preserve">    (b) not calm; or stirred up (often emotionally)</w:t>
      </w:r>
      <w:r>
        <w:br/>
      </w:r>
      <w:r>
        <w:t xml:space="preserve">    (c) concentrated, look at, or paid attention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 dream of that world if you have the time and inclination; however, if you don't think of it, it will not force itself on your notice of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.</w:t>
      </w:r>
      <w:r>
        <w:br/>
      </w:r>
      <w:r>
        <w:t xml:space="preserve">    (a) the achievement of 3 positive feats in a sport</w:t>
      </w:r>
      <w:r>
        <w:br/>
      </w:r>
      <w:r>
        <w:t xml:space="preserve">    (b) tropical viral disease transmitted by a mosquito</w:t>
      </w:r>
      <w:r>
        <w:br/>
      </w:r>
      <w:r>
        <w:t xml:space="preserve">    (c) own mind -- voluntarily (without anyone asking)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According to</w:t>
      </w:r>
      <w:r>
        <w:rPr>
          <w:b/>
          <w:bCs/>
        </w:rPr>
        <w:t xml:space="preserve"> </w:t>
      </w:r>
      <w:r>
        <w:rPr>
          <w:b/>
          <w:bCs/>
        </w:rPr>
        <w:t xml:space="preserve">the rumours, the resettlement 'action' was to start on Sunday night.</w:t>
      </w:r>
      <w:r>
        <w:br/>
      </w:r>
      <w:r>
        <w:t xml:space="preserve">    (a) idiom meaning</w:t>
      </w:r>
      <w:r>
        <w:t xml:space="preserve"> </w:t>
      </w:r>
      <w:r>
        <w:rPr>
          <w:i/>
          <w:iCs/>
        </w:rPr>
        <w:t xml:space="preserve">"won the day"</w:t>
      </w:r>
      <w:r>
        <w:br/>
      </w:r>
      <w:r>
        <w:t xml:space="preserve">    (b) as stated by; or in agreement with</w:t>
      </w:r>
      <w:r>
        <w:br/>
      </w:r>
      <w:r>
        <w:t xml:space="preserve">    (c) U.S. history:  pre-Civil War period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Apart from these everyday occupations, however, Zyskind was an idealistic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socialist</w:t>
      </w:r>
      <w:r>
        <w:rPr>
          <w:b/>
          <w:bCs/>
        </w:rPr>
        <w:t xml:space="preserve">.</w:t>
      </w:r>
      <w:r>
        <w:br/>
      </w:r>
      <w:r>
        <w:t xml:space="preserve">    (a) relating to an artistic movement pioneered by Pablo Picasso and Georges Braque that featured surfaces of geometrical planes to depict three-dimensional organic forms</w:t>
      </w:r>
      <w:r>
        <w:br/>
      </w:r>
      <w:r>
        <w:t xml:space="preserve">    (b) a person who wants an economic system based on government ownership or control of all important companies -- with the ideal of equal benefits to all people</w:t>
      </w:r>
      <w:r>
        <w:br/>
      </w:r>
      <w:r>
        <w:t xml:space="preserve">    (c) relating to the 20th century movement of artists and writers who used impossible or unlikely images to represent unconscious thoughts and dreams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were horrified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.</w:t>
      </w:r>
      <w:r>
        <w:br/>
      </w:r>
      <w:r>
        <w:t xml:space="preserve">    (a) surprised as something unexpected</w:t>
      </w:r>
      <w:r>
        <w:br/>
      </w:r>
      <w:r>
        <w:t xml:space="preserve">    (b) accepted of something undesired as unavoidable</w:t>
      </w:r>
      <w:r>
        <w:br/>
      </w:r>
      <w:r>
        <w:t xml:space="preserve">    (c) angered at something unjust or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'Are you getting the place ready for our concert on Saturday yet?' I asked.</w:t>
      </w:r>
      <w:r>
        <w:br/>
      </w:r>
      <w:r>
        <w:rPr>
          <w:b/>
          <w:bCs/>
        </w:rPr>
        <w:t xml:space="preserve">He looked at me as if he didn't know what I was talking about. Then his face showed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ironic</w:t>
      </w:r>
      <w:r>
        <w:rPr>
          <w:b/>
          <w:bCs/>
        </w:rPr>
        <w:t xml:space="preserve"> </w:t>
      </w:r>
      <w:r>
        <w:rPr>
          <w:b/>
          <w:bCs/>
        </w:rPr>
        <w:t xml:space="preserve">sympathy for my ignorance of the events that had given a completely different turn to the fate of the ghetto. 'You really think we'll still be alive on Saturday?' he enquired,</w:t>
      </w:r>
      <w:r>
        <w:br/>
      </w:r>
      <w:r>
        <w:t xml:space="preserve">    (a) a mental disorder characterized by alternating episodes of major depression and abnormally elevated mood</w:t>
      </w:r>
      <w:r>
        <w:br/>
      </w:r>
      <w:r>
        <w:t xml:space="preserve">    (b) when what happens is very different than what might be expected</w:t>
      </w:r>
      <w:r>
        <w:br/>
      </w:r>
      <w:r>
        <w:t xml:space="preserve">    (c) exceedingly funny (resulting in uncontrollable laughter); or exhibiting excessive, uncontrollable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aware of being torn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irrevocably</w:t>
      </w:r>
      <w:r>
        <w:rPr>
          <w:b/>
          <w:bCs/>
        </w:rPr>
        <w:t xml:space="preserve"> </w:t>
      </w:r>
      <w:r>
        <w:rPr>
          <w:b/>
          <w:bCs/>
        </w:rPr>
        <w:t xml:space="preserve">from everything that had made up my life until now.</w:t>
      </w:r>
      <w:r>
        <w:br/>
      </w:r>
      <w:r>
        <w:t xml:space="preserve">    (a) in a manner that cannot be undone</w:t>
      </w:r>
      <w:r>
        <w:br/>
      </w:r>
      <w:r>
        <w:t xml:space="preserve">    (b) separately in the specified order</w:t>
      </w:r>
      <w:r>
        <w:br/>
      </w:r>
      <w:r>
        <w:t xml:space="preserve">    (c) in the manner of an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street might have been swept clean: doors were locked or left wide open in the buildings from which all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inhabitants</w:t>
      </w:r>
      <w:r>
        <w:rPr>
          <w:b/>
          <w:bCs/>
        </w:rPr>
        <w:t xml:space="preserve"> </w:t>
      </w:r>
      <w:r>
        <w:rPr>
          <w:b/>
          <w:bCs/>
        </w:rPr>
        <w:t xml:space="preserve">had been taken.</w:t>
      </w:r>
      <w:r>
        <w:br/>
      </w:r>
      <w:r>
        <w:t xml:space="preserve">    (a) things designed to stops something else</w:t>
      </w:r>
      <w:r>
        <w:br/>
      </w:r>
      <w:r>
        <w:t xml:space="preserve">    (b) things accepted as true (without proof)</w:t>
      </w:r>
      <w:r>
        <w:br/>
      </w:r>
      <w:r>
        <w:t xml:space="preserve">    (c) people (who live in a particular place)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discussed how I was to be fed and how I should manage about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census</w:t>
      </w:r>
      <w:r>
        <w:rPr>
          <w:b/>
          <w:bCs/>
        </w:rPr>
        <w:t xml:space="preserve"> </w:t>
      </w:r>
      <w:r>
        <w:rPr>
          <w:b/>
          <w:bCs/>
        </w:rPr>
        <w:t xml:space="preserve">when it took place next day.</w:t>
      </w:r>
      <w:r>
        <w:br/>
      </w:r>
      <w:r>
        <w:t xml:space="preserve">    (a) someone who expresses disapproval</w:t>
      </w:r>
      <w:r>
        <w:br/>
      </w:r>
      <w:r>
        <w:t xml:space="preserve">    (b) an official count of a population</w:t>
      </w:r>
      <w:r>
        <w:br/>
      </w:r>
      <w:r>
        <w:t xml:space="preserve">    (c) purpose, job, or natural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rifle fire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interspersed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louder explosions of hand grenades — or if artillery had been brought into action perhaps I was hearing shells.</w:t>
      </w:r>
      <w:r>
        <w:br/>
      </w:r>
      <w:r>
        <w:t xml:space="preserve">    (a) to place something at irregular intervals in something else; or to mix two things irregularly</w:t>
      </w:r>
      <w:r>
        <w:br/>
      </w:r>
      <w:r>
        <w:t xml:space="preserve">    (b) light-emitting diode -- a semiconductor device that emits light when current flows through it</w:t>
      </w:r>
      <w:r>
        <w:br/>
      </w:r>
      <w:r>
        <w:t xml:space="preserve">    (c) doors divided in such a fashion that the bottom half may remain shut while the top half opens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diabolical</w:t>
      </w:r>
      <w:r>
        <w:rPr>
          <w:b/>
          <w:bCs/>
        </w:rPr>
        <w:t xml:space="preserve"> </w:t>
      </w:r>
      <w:r>
        <w:rPr>
          <w:b/>
          <w:bCs/>
        </w:rPr>
        <w:t xml:space="preserve">things have they devised?</w:t>
      </w:r>
      <w:r>
        <w:br/>
      </w:r>
      <w:r>
        <w:t xml:space="preserve">    (a) evil; very bad; or cruel and clever (like something of the devil)</w:t>
      </w:r>
      <w:r>
        <w:br/>
      </w:r>
      <w:r>
        <w:t xml:space="preserve">    (b) relating to a surface rather than to anything deep or penetrating</w:t>
      </w:r>
      <w:r>
        <w:br/>
      </w:r>
      <w:r>
        <w:t xml:space="preserve">    (c) related to the spreading of a disease to another part of the body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2026-07-31T18:27:16Z</dcterms:created>
  <dcterms:modified xsi:type="dcterms:W3CDTF">2026-07-31T18:27:16Z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