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98f1ca12387964b438490c41422712d2c2143a"/>
    <w:p>
      <w:pPr>
        <w:pStyle w:val="Heading1"/>
      </w:pPr>
      <w:r>
        <w:rPr>
          <w:b/>
          <w:bCs/>
        </w:rPr>
        <w:t xml:space="preserve">The Phantom Tollbooth</w:t>
      </w:r>
      <w:r>
        <w:br/>
      </w:r>
      <w:r>
        <w:rPr>
          <w:i/>
          <w:iCs/>
        </w:rPr>
        <w:t xml:space="preserve">Norton Juster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"What kind of a place is Expectations'?"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inquired</w:t>
      </w:r>
      <w:r>
        <w:rPr>
          <w:b/>
          <w:bCs/>
        </w:rPr>
        <w:t xml:space="preserve"> </w:t>
      </w:r>
      <w:r>
        <w:rPr>
          <w:b/>
          <w:bCs/>
        </w:rPr>
        <w:t xml:space="preserve">Milo, unable to see the humor and feeling very doubtful of the little man's sanity.</w:t>
      </w:r>
      <w:r>
        <w:br/>
      </w:r>
      <w:r>
        <w:t xml:space="preserve">    (a) asked about or looked into</w:t>
      </w:r>
      <w:r>
        <w:br/>
      </w:r>
      <w:r>
        <w:t xml:space="preserve">    (b) gradually added or removed</w:t>
      </w:r>
      <w:r>
        <w:br/>
      </w:r>
      <w:r>
        <w:t xml:space="preserve">    (c) limited or with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sky became quite gray and, along with it, the whole countryside seemed to lose its color and assume the same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monotonous</w:t>
      </w:r>
      <w:r>
        <w:rPr>
          <w:b/>
          <w:bCs/>
        </w:rPr>
        <w:t xml:space="preserve"> </w:t>
      </w:r>
      <w:r>
        <w:rPr>
          <w:b/>
          <w:bCs/>
        </w:rPr>
        <w:t xml:space="preserve">tone.</w:t>
      </w:r>
      <w:r>
        <w:br/>
      </w:r>
      <w:r>
        <w:t xml:space="preserve">    (a) lacking in variety and/or boring</w:t>
      </w:r>
      <w:r>
        <w:br/>
      </w:r>
      <w:r>
        <w:t xml:space="preserve">    (b) interesting and/or stimulating</w:t>
      </w:r>
      <w:r>
        <w:br/>
      </w:r>
      <w:r>
        <w:t xml:space="preserve">    (c) increasingly more frightening and/or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"That's a ridiculous law," said Milo,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indignantly</w:t>
      </w:r>
      <w:r>
        <w:rPr>
          <w:b/>
          <w:bCs/>
        </w:rPr>
        <w:t xml:space="preserve">.</w:t>
      </w:r>
      <w:r>
        <w:br/>
      </w:r>
      <w:r>
        <w:t xml:space="preserve">    (a) with surprise as something unexpected</w:t>
      </w:r>
      <w:r>
        <w:br/>
      </w:r>
      <w:r>
        <w:t xml:space="preserve">    (b) with acceptance of something undesired as unavoidable</w:t>
      </w:r>
      <w:r>
        <w:br/>
      </w:r>
      <w:r>
        <w:t xml:space="preserve">    (c) with anger or annoyance at something unjust or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Milo and 'rock wandered up and down the aisles looking at the wonderful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assortment</w:t>
      </w:r>
      <w:r>
        <w:rPr>
          <w:b/>
          <w:bCs/>
        </w:rPr>
        <w:t xml:space="preserve"> </w:t>
      </w:r>
      <w:r>
        <w:rPr>
          <w:b/>
          <w:bCs/>
        </w:rPr>
        <w:t xml:space="preserve">of words for sale.</w:t>
      </w:r>
      <w:r>
        <w:br/>
      </w:r>
      <w:r>
        <w:t xml:space="preserve">    (a) any substance that tends to increase the flow of urine</w:t>
      </w:r>
      <w:r>
        <w:br/>
      </w:r>
      <w:r>
        <w:t xml:space="preserve">    (b) an electronic component that acts like a one-way valve</w:t>
      </w:r>
      <w:r>
        <w:br/>
      </w:r>
      <w:r>
        <w:t xml:space="preserve">    (c) a collection containing a variety of a sort of a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one day I realized that I'd never amount to anything without an education and, being naturally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adept</w:t>
      </w:r>
      <w:r>
        <w:rPr>
          <w:b/>
          <w:bCs/>
        </w:rPr>
        <w:t xml:space="preserve"> </w:t>
      </w:r>
      <w:r>
        <w:rPr>
          <w:b/>
          <w:bCs/>
        </w:rPr>
        <w:t xml:space="preserve">at spelling, I decided that—</w:t>
      </w:r>
      <w:r>
        <w:br/>
      </w:r>
      <w:r>
        <w:t xml:space="preserve">    (a) pleasing</w:t>
      </w:r>
      <w:r>
        <w:br/>
      </w:r>
      <w:r>
        <w:t xml:space="preserve">    (b) absolute</w:t>
      </w:r>
      <w:r>
        <w:br/>
      </w:r>
      <w:r>
        <w:t xml:space="preserve">    (c) skillful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"I'm Faintly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Macabre</w:t>
      </w:r>
      <w:r>
        <w:rPr>
          <w:b/>
          <w:bCs/>
        </w:rPr>
        <w:t xml:space="preserve">, the not-so-wicked Which," she continued, "and I'm certainly not going to harm you."</w:t>
      </w:r>
      <w:r>
        <w:br/>
      </w:r>
      <w:r>
        <w:t xml:space="preserve">    (a) the state of being a concept or idea not associated with any specific instance</w:t>
      </w:r>
      <w:r>
        <w:br/>
      </w:r>
      <w:r>
        <w:t xml:space="preserve">    (b) disturbing and related to death or horror -- especially in a grim or eerie way</w:t>
      </w:r>
      <w:r>
        <w:br/>
      </w:r>
      <w:r>
        <w:t xml:space="preserve">    (c) acceptance of what happens without trying to take control or reacting strongly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loved the princesses because of their great beauty, their gentle ways, and their ability to settle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controversies</w:t>
      </w:r>
      <w:r>
        <w:rPr>
          <w:b/>
          <w:bCs/>
        </w:rPr>
        <w:t xml:space="preserve"> </w:t>
      </w:r>
      <w:r>
        <w:rPr>
          <w:b/>
          <w:bCs/>
        </w:rPr>
        <w:t xml:space="preserve">fairly and reasonably.</w:t>
      </w:r>
      <w:r>
        <w:br/>
      </w:r>
      <w:r>
        <w:t xml:space="preserve">    (a) psychiatrists</w:t>
      </w:r>
      <w:r>
        <w:br/>
      </w:r>
      <w:r>
        <w:t xml:space="preserve">    (b) fat compounds</w:t>
      </w:r>
      <w:r>
        <w:br/>
      </w:r>
      <w:r>
        <w:t xml:space="preserve">    (c) disagreements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 with problems or grievances or arguments came from all over the land to seek advice, and even the two brothers, who by this time were fighting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continuously</w:t>
      </w:r>
      <w:r>
        <w:rPr>
          <w:b/>
          <w:bCs/>
        </w:rPr>
        <w:t xml:space="preserve">, often called upon them to help decide matters of state.</w:t>
      </w:r>
      <w:r>
        <w:br/>
      </w:r>
      <w:r>
        <w:t xml:space="preserve">    (a) in a manner that serves to help explain or demonstrate something</w:t>
      </w:r>
      <w:r>
        <w:br/>
      </w:r>
      <w:r>
        <w:t xml:space="preserve">    (b) continuing in time or space without interruption or irregularity</w:t>
      </w:r>
      <w:r>
        <w:br/>
      </w:r>
      <w:r>
        <w:t xml:space="preserve">    (c) in a manner that tests someone or something for a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them from the kingdom forever.</w:t>
      </w:r>
      <w:r>
        <w:br/>
      </w:r>
      <w:r>
        <w:t xml:space="preserve">    (a) influence or effect</w:t>
      </w:r>
      <w:r>
        <w:br/>
      </w:r>
      <w:r>
        <w:t xml:space="preserve">    (b) expel or get rid of</w:t>
      </w:r>
      <w:r>
        <w:br/>
      </w:r>
      <w:r>
        <w:t xml:space="preserve">    (c) gain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Tock growled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ominously</w:t>
      </w:r>
      <w:r>
        <w:rPr>
          <w:b/>
          <w:bCs/>
        </w:rPr>
        <w:t xml:space="preserve">; for he hated even the thought of demons.</w:t>
      </w:r>
      <w:r>
        <w:br/>
      </w:r>
      <w:r>
        <w:t xml:space="preserve">    (a) in a manner that serves to help explain or demonstrate something</w:t>
      </w:r>
      <w:r>
        <w:br/>
      </w:r>
      <w:r>
        <w:t xml:space="preserve">    (b) threatening (suggestive of, or foreshadowing bad things to come)</w:t>
      </w:r>
      <w:r>
        <w:br/>
      </w:r>
      <w:r>
        <w:t xml:space="preserve">    (c) in a manner that tests someone or something for a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Milo and Tock stood blinking in the bright light and, as their eyes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accustomed to</w:t>
      </w:r>
      <w:r>
        <w:rPr>
          <w:b/>
          <w:bCs/>
        </w:rPr>
        <w:t xml:space="preserve"> </w:t>
      </w:r>
      <w:r>
        <w:rPr>
          <w:b/>
          <w:bCs/>
        </w:rPr>
        <w:t xml:space="preserve">it, the first things they saw were the king's advisers again rushing toward them.</w:t>
      </w:r>
      <w:r>
        <w:br/>
      </w:r>
      <w:r>
        <w:t xml:space="preserve">    (a) used to (adapted to something, so it seems normal)</w:t>
      </w:r>
      <w:r>
        <w:br/>
      </w:r>
      <w:r>
        <w:t xml:space="preserve">    (b) the state or character of being good or beneficial</w:t>
      </w:r>
      <w:r>
        <w:br/>
      </w:r>
      <w:r>
        <w:t xml:space="preserve">    (c) the ability to be taken up or received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will, of course, need a guide," said the king, "and, since he knows the obstacles so well, the Humbug has cheerfully volunteered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you."</w:t>
      </w:r>
      <w:r>
        <w:br/>
      </w:r>
      <w:r>
        <w:t xml:space="preserve">    (a) travel with</w:t>
      </w:r>
      <w:r>
        <w:br/>
      </w:r>
      <w:r>
        <w:t xml:space="preserve">    (b) influence opinion</w:t>
      </w:r>
      <w:r>
        <w:br/>
      </w:r>
      <w:r>
        <w:t xml:space="preserve">    (c) differ; or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"AS LOUD AS POSSIBLE," bellowed the doctor and two screeches and a bump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his response.</w:t>
      </w:r>
      <w:r>
        <w:br/>
      </w:r>
      <w:r>
        <w:t xml:space="preserve">    (a) exercised privileges to which one is not entitled</w:t>
      </w:r>
      <w:r>
        <w:br/>
      </w:r>
      <w:r>
        <w:t xml:space="preserve">    (b) occurred at the same time as</w:t>
      </w:r>
      <w:r>
        <w:br/>
      </w:r>
      <w:r>
        <w:t xml:space="preserve">    (c) having multiple areas of control or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Humbug's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strenuous</w:t>
      </w:r>
      <w:r>
        <w:rPr>
          <w:b/>
          <w:bCs/>
        </w:rPr>
        <w:t xml:space="preserve"> </w:t>
      </w:r>
      <w:r>
        <w:rPr>
          <w:b/>
          <w:bCs/>
        </w:rPr>
        <w:t xml:space="preserve">objections, Milo and Tuck decided to swim, and, protesting loudly, the bug was dragged along with them toward the sea.</w:t>
      </w:r>
      <w:r>
        <w:br/>
      </w:r>
      <w:r>
        <w:t xml:space="preserve">    (a) improper, awkward, or unfavorable</w:t>
      </w:r>
      <w:r>
        <w:br/>
      </w:r>
      <w:r>
        <w:t xml:space="preserve">    (b) able to be stopped from happening</w:t>
      </w:r>
      <w:r>
        <w:br/>
      </w:r>
      <w:r>
        <w:t xml:space="preserve">    (c) difficult (requiring much effort)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usually use one at a time,"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, as all but the smiling one disappeared again.</w:t>
      </w:r>
      <w:r>
        <w:br/>
      </w:r>
      <w:r>
        <w:t xml:space="preserve">    (a) viewed in a certain way so as to form a belief or opinion</w:t>
      </w:r>
      <w:r>
        <w:br/>
      </w:r>
      <w:r>
        <w:t xml:space="preserve">    (b) made a decision or voiced an opinion by formal group vote</w:t>
      </w:r>
      <w:r>
        <w:br/>
      </w:r>
      <w:r>
        <w:t xml:space="preserve">    (c) placed trust (in someone) by talking about private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"FAMINE!" roared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anguished</w:t>
      </w:r>
      <w:r>
        <w:rPr>
          <w:b/>
          <w:bCs/>
        </w:rPr>
        <w:t xml:space="preserve"> </w:t>
      </w:r>
      <w:r>
        <w:rPr>
          <w:b/>
          <w:bCs/>
        </w:rPr>
        <w:t xml:space="preserve">Humbug, who suddenly realized that that was exactly what he'd eaten twenty-three bowls of.</w:t>
      </w:r>
      <w:r>
        <w:br/>
      </w:r>
      <w:r>
        <w:t xml:space="preserve">    (a) entered another's property without right or permission</w:t>
      </w:r>
      <w:r>
        <w:br/>
      </w:r>
      <w:r>
        <w:t xml:space="preserve">    (b) extreme pain, suffering, or distress (of body or mind)</w:t>
      </w:r>
      <w:r>
        <w:br/>
      </w:r>
      <w:r>
        <w:t xml:space="preserve">    (c) not having begun speaking with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"Here are your sights, here are your sounds, and here," he said, handing Milo the last of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disdainfully</w:t>
      </w:r>
      <w:r>
        <w:rPr>
          <w:b/>
          <w:bCs/>
        </w:rPr>
        <w:t xml:space="preserve">, "are your words."</w:t>
      </w:r>
      <w:r>
        <w:br/>
      </w:r>
      <w:r>
        <w:t xml:space="preserve">    (a) in a manner that is aware or concerned about something</w:t>
      </w:r>
      <w:r>
        <w:br/>
      </w:r>
      <w:r>
        <w:t xml:space="preserve">    (b) without concern for what others might think of oneself</w:t>
      </w:r>
      <w:r>
        <w:br/>
      </w:r>
      <w:r>
        <w:t xml:space="preserve">    (c) with a lack of respect; or with a sense of superiority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 sharp, dangerous beak, and the one eye he chose to open stared down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.</w:t>
      </w:r>
      <w:r>
        <w:br/>
      </w:r>
      <w:r>
        <w:t xml:space="preserve">    (a) with a desire to see others suffer; or in a threatening manner</w:t>
      </w:r>
      <w:r>
        <w:br/>
      </w:r>
      <w:r>
        <w:t xml:space="preserve">    (b) in a brave manner -- especially when adventurous or determined</w:t>
      </w:r>
      <w:r>
        <w:br/>
      </w:r>
      <w:r>
        <w:t xml:space="preserve">    (c) in a manner that makes someone excited about getting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the Terrible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Trivium</w:t>
      </w:r>
      <w:r>
        <w:rPr>
          <w:b/>
          <w:bCs/>
        </w:rPr>
        <w:t xml:space="preserve">, demon of petty tasks and worthless jobs, ogre of wasted effort, and monster of habit.</w:t>
      </w:r>
      <w:r>
        <w:br/>
      </w:r>
      <w:r>
        <w:t xml:space="preserve">    (a) highly contagious respiratory disease commonly called</w:t>
      </w:r>
      <w:r>
        <w:t xml:space="preserve"> </w:t>
      </w:r>
      <w:r>
        <w:rPr>
          <w:i/>
          <w:iCs/>
        </w:rPr>
        <w:t xml:space="preserve">the flu</w:t>
      </w:r>
      <w:r>
        <w:br/>
      </w:r>
      <w:r>
        <w:t xml:space="preserve">    (b) a fact or bit of information that is generally considered unimportant</w:t>
      </w:r>
      <w:r>
        <w:br/>
      </w:r>
      <w:r>
        <w:t xml:space="preserve">    (c) a psychological disorder characterized by excessive distrust of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an incredible size even sitting down, with long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unkempt</w:t>
      </w:r>
      <w:r>
        <w:rPr>
          <w:b/>
          <w:bCs/>
        </w:rPr>
        <w:t xml:space="preserve"> </w:t>
      </w:r>
      <w:r>
        <w:rPr>
          <w:b/>
          <w:bCs/>
        </w:rPr>
        <w:t xml:space="preserve">hair, bulging eyes, and a shape hardly worth speaking of.</w:t>
      </w:r>
      <w:r>
        <w:br/>
      </w:r>
      <w:r>
        <w:t xml:space="preserve">    (a) exactly or accurately</w:t>
      </w:r>
      <w:r>
        <w:br/>
      </w:r>
      <w:r>
        <w:t xml:space="preserve">    (b) not neat or cared for</w:t>
      </w:r>
      <w:r>
        <w:br/>
      </w:r>
      <w:r>
        <w:t xml:space="preserve">    (c) completely or totally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2026-07-31T19:58:52Z</dcterms:created>
  <dcterms:modified xsi:type="dcterms:W3CDTF">2026-07-31T19:58:52Z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