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175a86b92200deba0c50d5bfcdaf9d357b4145"/>
    <w:p>
      <w:pPr>
        <w:pStyle w:val="Heading1"/>
      </w:pPr>
      <w:r>
        <w:rPr>
          <w:b/>
          <w:bCs/>
        </w:rPr>
        <w:t xml:space="preserve">The Perks of Being a Wallflower</w:t>
      </w:r>
      <w:r>
        <w:br/>
      </w:r>
      <w:r>
        <w:rPr>
          <w:i/>
          <w:iCs/>
        </w:rPr>
        <w:t xml:space="preserve">Stephen Chbosky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are waiting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analysis</w:t>
      </w:r>
      <w:r>
        <w:rPr>
          <w:b/>
          <w:bCs/>
        </w:rPr>
        <w:t xml:space="preserve"> </w:t>
      </w:r>
      <w:r>
        <w:rPr>
          <w:b/>
          <w:bCs/>
        </w:rPr>
        <w:t xml:space="preserve">of the DNA.</w:t>
      </w:r>
      <w:r>
        <w:br/>
      </w:r>
      <w:r>
        <w:t xml:space="preserve">    (a) sample</w:t>
      </w:r>
      <w:r>
        <w:br/>
      </w:r>
      <w:r>
        <w:t xml:space="preserve">    (b) psychiatric treatment</w:t>
      </w:r>
      <w:r>
        <w:br/>
      </w:r>
      <w:r>
        <w:t xml:space="preserve">    (c)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skies and a warm breeze made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start to the journey.</w:t>
      </w:r>
      <w:r>
        <w:br/>
      </w:r>
      <w:r>
        <w:t xml:space="preserve">    (a) favorable and promising</w:t>
      </w:r>
      <w:r>
        <w:br/>
      </w:r>
      <w:r>
        <w:t xml:space="preserve">    (b) ominous and dark</w:t>
      </w:r>
      <w:r>
        <w:br/>
      </w:r>
      <w:r>
        <w:t xml:space="preserve">    (c) dull and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bias</w:t>
      </w:r>
      <w:r>
        <w:rPr>
          <w:b/>
          <w:bCs/>
        </w:rPr>
        <w:t xml:space="preserve"> </w:t>
      </w:r>
      <w:r>
        <w:rPr>
          <w:b/>
          <w:bCs/>
        </w:rPr>
        <w:t xml:space="preserve">against young people.</w:t>
      </w:r>
      <w:r>
        <w:br/>
      </w:r>
      <w:r>
        <w:t xml:space="preserve">    (a) standing rule</w:t>
      </w:r>
      <w:r>
        <w:br/>
      </w:r>
      <w:r>
        <w:t xml:space="preserve">    (b) personal preference</w:t>
      </w:r>
      <w:r>
        <w:br/>
      </w:r>
      <w:r>
        <w:t xml:space="preserve">    (c) statistical analysis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most countries,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is to shake the head to indicate "no", but in Bulgaria that indicates "yes".</w:t>
      </w:r>
      <w:r>
        <w:br/>
      </w:r>
      <w:r>
        <w:t xml:space="preserve">    (a) normal behavior</w:t>
      </w:r>
      <w:r>
        <w:br/>
      </w:r>
      <w:r>
        <w:t xml:space="preserve">    (b) agreement</w:t>
      </w:r>
      <w:r>
        <w:br/>
      </w:r>
      <w:r>
        <w:t xml:space="preserve">    (c)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old portraits show wealthy nobles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corpulent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br/>
      </w:r>
      <w:r>
        <w:t xml:space="preserve">    (a) heavy and stout</w:t>
      </w:r>
      <w:r>
        <w:br/>
      </w:r>
      <w:r>
        <w:t xml:space="preserve">    (b) thin and slender</w:t>
      </w:r>
      <w:r>
        <w:br/>
      </w:r>
      <w:r>
        <w:t xml:space="preserve">    (c) tall and lanky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software does a good job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differentiating</w:t>
      </w:r>
      <w:r>
        <w:rPr>
          <w:b/>
          <w:bCs/>
        </w:rPr>
        <w:t xml:space="preserve"> </w:t>
      </w:r>
      <w:r>
        <w:rPr>
          <w:b/>
          <w:bCs/>
        </w:rPr>
        <w:t xml:space="preserve">between real messages and spam.</w:t>
      </w:r>
      <w:r>
        <w:br/>
      </w:r>
      <w:r>
        <w:t xml:space="preserve">    (a) including everything</w:t>
      </w:r>
      <w:r>
        <w:br/>
      </w:r>
      <w:r>
        <w:t xml:space="preserve">    (b) recognizing difference</w:t>
      </w:r>
      <w:r>
        <w:br/>
      </w:r>
      <w:r>
        <w:t xml:space="preserve">    (c) rapidly switching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anger</w:t>
      </w:r>
      <w:r>
        <w:br/>
      </w:r>
      <w:r>
        <w:t xml:space="preserve">    (b) damage the reputation of</w:t>
      </w:r>
      <w:r>
        <w:br/>
      </w:r>
      <w:r>
        <w:t xml:space="preserve">    (c) convince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flaunts</w:t>
      </w:r>
      <w:r>
        <w:rPr>
          <w:b/>
          <w:bCs/>
        </w:rPr>
        <w:t xml:space="preserve"> </w:t>
      </w:r>
      <w:r>
        <w:rPr>
          <w:b/>
          <w:bCs/>
        </w:rPr>
        <w:t xml:space="preserve">her wealth.</w:t>
      </w:r>
      <w:r>
        <w:br/>
      </w:r>
      <w:r>
        <w:t xml:space="preserve">    (a) hides</w:t>
      </w:r>
      <w:r>
        <w:br/>
      </w:r>
      <w:r>
        <w:t xml:space="preserve">    (b) shows off</w:t>
      </w:r>
      <w:r>
        <w:br/>
      </w:r>
      <w:r>
        <w:t xml:space="preserve">    (c) enjoys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minor and secondary</w:t>
      </w:r>
      <w:r>
        <w:br/>
      </w:r>
      <w:r>
        <w:t xml:space="preserve">    (b) central and primary</w:t>
      </w:r>
      <w:r>
        <w:br/>
      </w:r>
      <w:r>
        <w:t xml:space="preserve">    (c) carefully planned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couldn't attend my Honor Society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initiation</w:t>
      </w:r>
      <w:r>
        <w:rPr>
          <w:b/>
          <w:bCs/>
        </w:rPr>
        <w:t xml:space="preserve"> </w:t>
      </w:r>
      <w:r>
        <w:rPr>
          <w:b/>
          <w:bCs/>
        </w:rPr>
        <w:t xml:space="preserve">ceremony.</w:t>
      </w:r>
      <w:r>
        <w:br/>
      </w:r>
      <w:r>
        <w:t xml:space="preserve">    (a) convention</w:t>
      </w:r>
      <w:r>
        <w:br/>
      </w:r>
      <w:r>
        <w:t xml:space="preserve">    (b) joining</w:t>
      </w:r>
      <w:r>
        <w:br/>
      </w:r>
      <w:r>
        <w:t xml:space="preserve">    (c) graduation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2014, the European Union first recognized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morbid</w:t>
      </w:r>
      <w:r>
        <w:rPr>
          <w:b/>
          <w:bCs/>
        </w:rPr>
        <w:t xml:space="preserve"> </w:t>
      </w:r>
      <w:r>
        <w:rPr>
          <w:b/>
          <w:bCs/>
        </w:rPr>
        <w:t xml:space="preserve">obesity as a disability.</w:t>
      </w:r>
      <w:r>
        <w:br/>
      </w:r>
      <w:r>
        <w:t xml:space="preserve">    (a) related to a serious health problem</w:t>
      </w:r>
      <w:r>
        <w:br/>
      </w:r>
      <w:r>
        <w:t xml:space="preserve">    (b) minor</w:t>
      </w:r>
      <w:r>
        <w:br/>
      </w:r>
      <w:r>
        <w:t xml:space="preserve">    (c) long-term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are sometimes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their college days.</w:t>
      </w:r>
      <w:r>
        <w:br/>
      </w:r>
      <w:r>
        <w:t xml:space="preserve">    (a) longing</w:t>
      </w:r>
      <w:r>
        <w:br/>
      </w:r>
      <w:r>
        <w:t xml:space="preserve">    (b) bitter</w:t>
      </w:r>
      <w:r>
        <w:br/>
      </w:r>
      <w:r>
        <w:t xml:space="preserve">    (c) secretive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respectful manner</w:t>
      </w:r>
      <w:r>
        <w:br/>
      </w:r>
      <w:r>
        <w:t xml:space="preserve">    (b) in a misleading manner</w:t>
      </w:r>
      <w:r>
        <w:br/>
      </w:r>
      <w:r>
        <w:t xml:space="preserve">    (c) in a convincing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grew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paranoid</w:t>
      </w:r>
      <w:r>
        <w:rPr>
          <w:b/>
          <w:bCs/>
        </w:rPr>
        <w:t xml:space="preserve"> </w:t>
      </w:r>
      <w:r>
        <w:rPr>
          <w:b/>
          <w:bCs/>
        </w:rPr>
        <w:t xml:space="preserve">that his coworkers were secretly plotting against him.</w:t>
      </w:r>
      <w:r>
        <w:br/>
      </w:r>
      <w:r>
        <w:t xml:space="preserve">    (a) completely unaware of trouble</w:t>
      </w:r>
      <w:r>
        <w:br/>
      </w:r>
      <w:r>
        <w:t xml:space="preserve">    (b) overly suspicious of others</w:t>
      </w:r>
      <w:r>
        <w:br/>
      </w:r>
      <w:r>
        <w:t xml:space="preserve">    (c) deeply grateful to friends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Excessive or prolonged use of the drug can cause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paranoid</w:t>
      </w:r>
      <w:r>
        <w:rPr>
          <w:b/>
          <w:bCs/>
        </w:rPr>
        <w:t xml:space="preserve"> </w:t>
      </w:r>
      <w:r>
        <w:rPr>
          <w:b/>
          <w:bCs/>
        </w:rPr>
        <w:t xml:space="preserve">delusions.</w:t>
      </w:r>
      <w:r>
        <w:br/>
      </w:r>
      <w:r>
        <w:t xml:space="preserve">    (a) excessive belief in one's importance</w:t>
      </w:r>
      <w:r>
        <w:br/>
      </w:r>
      <w:r>
        <w:t xml:space="preserve">    (b) excessive need to do repeat actions</w:t>
      </w:r>
      <w:r>
        <w:br/>
      </w:r>
      <w:r>
        <w:t xml:space="preserve">    (c) excessive fear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education level</w:t>
      </w:r>
      <w:r>
        <w:br/>
      </w:r>
      <w:r>
        <w:t xml:space="preserve">    (b) way of looking at things</w:t>
      </w:r>
      <w:r>
        <w:br/>
      </w:r>
      <w:r>
        <w:t xml:space="preserve">    (c) timeframe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Attending a funeral helps me to put life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and to separate the important things from those that are less important.</w:t>
      </w:r>
      <w:r>
        <w:br/>
      </w:r>
      <w:r>
        <w:t xml:space="preserve">    (a) a positive view</w:t>
      </w:r>
      <w:r>
        <w:br/>
      </w:r>
      <w:r>
        <w:t xml:space="preserve">    (b) a limited view</w:t>
      </w:r>
      <w:r>
        <w:br/>
      </w:r>
      <w:r>
        <w:t xml:space="preserve">    (c) a sensible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sense</w:t>
      </w:r>
      <w:r>
        <w:br/>
      </w:r>
      <w:r>
        <w:t xml:space="preserve">    (b) good purpose</w:t>
      </w:r>
      <w:r>
        <w:br/>
      </w:r>
      <w:r>
        <w:t xml:space="preserve">    (c) good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Talk to me after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sober up</w:t>
      </w:r>
      <w:r>
        <w:rPr>
          <w:b/>
          <w:bCs/>
        </w:rPr>
        <w:t xml:space="preserve">.</w:t>
      </w:r>
      <w:r>
        <w:br/>
      </w:r>
      <w:r>
        <w:t xml:space="preserve">    (a) become less angry</w:t>
      </w:r>
      <w:r>
        <w:br/>
      </w:r>
      <w:r>
        <w:t xml:space="preserve">    (b) become less tired</w:t>
      </w:r>
      <w:r>
        <w:br/>
      </w:r>
      <w:r>
        <w:t xml:space="preserve">    (c) become less drunk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of your essay?</w:t>
      </w:r>
      <w:r>
        <w:br/>
      </w:r>
      <w:r>
        <w:t xml:space="preserve">    (a) basic idea</w:t>
      </w:r>
      <w:r>
        <w:br/>
      </w:r>
      <w:r>
        <w:t xml:space="preserve">    (b) narrative point of view</w:t>
      </w:r>
      <w:r>
        <w:br/>
      </w:r>
      <w:r>
        <w:t xml:space="preserve">    (c) grammatical voice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2026-07-31T18:38:07Z</dcterms:created>
  <dcterms:modified xsi:type="dcterms:W3CDTF">2026-07-31T18:38:07Z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