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e6e78307861620f2e06b8a2cac3ead85ef7eb8"/>
    <w:p>
      <w:pPr>
        <w:pStyle w:val="Heading1"/>
      </w:pPr>
      <w:r>
        <w:rPr>
          <w:b/>
          <w:bCs/>
        </w:rPr>
        <w:t xml:space="preserve">The Perks of Being a Wallflower</w:t>
      </w:r>
      <w:r>
        <w:br/>
      </w:r>
      <w:r>
        <w:rPr>
          <w:i/>
          <w:iCs/>
        </w:rPr>
        <w:t xml:space="preserve">Stephen Chbosky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court's ruling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affirms</w:t>
      </w:r>
      <w:r>
        <w:rPr>
          <w:b/>
          <w:bCs/>
        </w:rPr>
        <w:t xml:space="preserve"> </w:t>
      </w:r>
      <w:r>
        <w:rPr>
          <w:b/>
          <w:bCs/>
        </w:rPr>
        <w:t xml:space="preserve">the principle of freedom to expression.</w:t>
      </w:r>
      <w:r>
        <w:br/>
      </w:r>
      <w:r>
        <w:t xml:space="preserve">    (a) denies</w:t>
      </w:r>
      <w:r>
        <w:br/>
      </w:r>
      <w:r>
        <w:t xml:space="preserve">    (b) complicates</w:t>
      </w:r>
      <w:r>
        <w:br/>
      </w:r>
      <w:r>
        <w:t xml:space="preserve">    (c) supports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Amish lead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 </w:t>
      </w:r>
      <w:r>
        <w:rPr>
          <w:b/>
          <w:bCs/>
        </w:rPr>
        <w:t xml:space="preserve">lifestyle that limits the use of technology.</w:t>
      </w:r>
      <w:r>
        <w:br/>
      </w:r>
      <w:r>
        <w:t xml:space="preserve">    (a) traditional or standard</w:t>
      </w:r>
      <w:r>
        <w:br/>
      </w:r>
      <w:r>
        <w:t xml:space="preserve">    (b) non-standard</w:t>
      </w:r>
      <w:r>
        <w:br/>
      </w:r>
      <w:r>
        <w:t xml:space="preserve">    (c) oriental or East Asian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one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anonymous</w:t>
      </w:r>
      <w:r>
        <w:rPr>
          <w:b/>
          <w:bCs/>
        </w:rPr>
        <w:t xml:space="preserve"> </w:t>
      </w:r>
      <w:r>
        <w:rPr>
          <w:b/>
          <w:bCs/>
        </w:rPr>
        <w:t xml:space="preserve">houses on an uninteresting street.</w:t>
      </w:r>
      <w:r>
        <w:br/>
      </w:r>
      <w:r>
        <w:t xml:space="preserve">    (a) determined not to change a decision or belief</w:t>
      </w:r>
      <w:r>
        <w:br/>
      </w:r>
      <w:r>
        <w:t xml:space="preserve">    (b) stubbornly unyielding to the wishes of others</w:t>
      </w:r>
      <w:r>
        <w:br/>
      </w:r>
      <w:r>
        <w:t xml:space="preserve">    (c) lacking individuality or interesting features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told the police officer that she was trying to awaken the sensibilities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bourgeois</w:t>
      </w:r>
      <w:r>
        <w:rPr>
          <w:b/>
          <w:bCs/>
        </w:rPr>
        <w:t xml:space="preserve"> </w:t>
      </w:r>
      <w:r>
        <w:rPr>
          <w:b/>
          <w:bCs/>
        </w:rPr>
        <w:t xml:space="preserve">neighbors.</w:t>
      </w:r>
      <w:r>
        <w:br/>
      </w:r>
      <w:r>
        <w:t xml:space="preserve">    (a) irresponsible</w:t>
      </w:r>
      <w:r>
        <w:br/>
      </w:r>
      <w:r>
        <w:t xml:space="preserve">    (b) conventional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lived by the simple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creed</w:t>
      </w:r>
      <w:r>
        <w:rPr>
          <w:b/>
          <w:bCs/>
        </w:rPr>
        <w:t xml:space="preserve"> </w:t>
      </w:r>
      <w:r>
        <w:rPr>
          <w:b/>
          <w:bCs/>
        </w:rPr>
        <w:t xml:space="preserve">that honesty is always the best policy.</w:t>
      </w:r>
      <w:r>
        <w:br/>
      </w:r>
      <w:r>
        <w:t xml:space="preserve">    (a) quotation</w:t>
      </w:r>
      <w:r>
        <w:br/>
      </w:r>
      <w:r>
        <w:t xml:space="preserve">    (b) set of beliefs</w:t>
      </w:r>
      <w:r>
        <w:br/>
      </w:r>
      <w:r>
        <w:t xml:space="preserve">    (c) misunderstanding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she has grown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 </w:t>
      </w:r>
      <w:r>
        <w:rPr>
          <w:b/>
          <w:bCs/>
        </w:rPr>
        <w:t xml:space="preserve">and unhappy.</w:t>
      </w:r>
      <w:r>
        <w:br/>
      </w:r>
      <w:r>
        <w:t xml:space="preserve">    (a) distrustful of others</w:t>
      </w:r>
      <w:r>
        <w:br/>
      </w:r>
      <w:r>
        <w:t xml:space="preserve">    (b) envious of friends</w:t>
      </w:r>
      <w:r>
        <w:br/>
      </w:r>
      <w:r>
        <w:t xml:space="preserve">    (c) trusting of strangers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Crews spent hours clearing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highway after the crash.</w:t>
      </w:r>
      <w:r>
        <w:br/>
      </w:r>
      <w:r>
        <w:t xml:space="preserve">    (a) scattered wreckage</w:t>
      </w:r>
      <w:r>
        <w:br/>
      </w:r>
      <w:r>
        <w:t xml:space="preserve">    (b) intact structures</w:t>
      </w:r>
      <w:r>
        <w:br/>
      </w:r>
      <w:r>
        <w:t xml:space="preserve">    (c) valuable items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bravely stepped forward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denounce</w:t>
      </w:r>
      <w:r>
        <w:rPr>
          <w:b/>
          <w:bCs/>
        </w:rPr>
        <w:t xml:space="preserve"> </w:t>
      </w:r>
      <w:r>
        <w:rPr>
          <w:b/>
          <w:bCs/>
        </w:rPr>
        <w:t xml:space="preserve">the corruption within her company.</w:t>
      </w:r>
      <w:r>
        <w:br/>
      </w:r>
      <w:r>
        <w:t xml:space="preserve">    (a) openly condemn</w:t>
      </w:r>
      <w:r>
        <w:br/>
      </w:r>
      <w:r>
        <w:t xml:space="preserve">    (b) warmly praise</w:t>
      </w:r>
      <w:r>
        <w:br/>
      </w:r>
      <w:r>
        <w:t xml:space="preserve">    (c) quietly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Permitting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designated hitter</w:t>
      </w:r>
      <w:r>
        <w:rPr>
          <w:b/>
          <w:bCs/>
        </w:rPr>
        <w:t xml:space="preserve"> </w:t>
      </w:r>
      <w:r>
        <w:rPr>
          <w:b/>
          <w:bCs/>
        </w:rPr>
        <w:t xml:space="preserve">in not allowed in the National League.</w:t>
      </w:r>
      <w:r>
        <w:br/>
      </w:r>
      <w:r>
        <w:t xml:space="preserve">    (a) baseball:  a player who is designated to bat in place of the pitcher</w:t>
      </w:r>
      <w:r>
        <w:br/>
      </w:r>
      <w:r>
        <w:t xml:space="preserve">    (b) financial worth as calculated by subtracting liabilities from assets</w:t>
      </w:r>
      <w:r>
        <w:br/>
      </w:r>
      <w:r>
        <w:t xml:space="preserve">    (c) a loan in which the interest rate may vary over the term of the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lecture is on energy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environment</w:t>
      </w:r>
      <w:r>
        <w:rPr>
          <w:b/>
          <w:bCs/>
        </w:rPr>
        <w:t xml:space="preserve">.</w:t>
      </w:r>
      <w:r>
        <w:br/>
      </w:r>
      <w:r>
        <w:t xml:space="preserve">    (a) global warming</w:t>
      </w:r>
      <w:r>
        <w:br/>
      </w:r>
      <w:r>
        <w:t xml:space="preserve">    (b) natural world</w:t>
      </w:r>
      <w:r>
        <w:br/>
      </w:r>
      <w:r>
        <w:t xml:space="preserve">    (c) rising sea levels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orchestra played the symphony's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finale</w:t>
      </w:r>
      <w:r>
        <w:rPr>
          <w:b/>
          <w:bCs/>
        </w:rPr>
        <w:t xml:space="preserve"> </w:t>
      </w:r>
      <w:r>
        <w:rPr>
          <w:b/>
          <w:bCs/>
        </w:rPr>
        <w:t xml:space="preserve">with stunning power.</w:t>
      </w:r>
      <w:r>
        <w:br/>
      </w:r>
      <w:r>
        <w:t xml:space="preserve">    (a) an opening note</w:t>
      </w:r>
      <w:r>
        <w:br/>
      </w:r>
      <w:r>
        <w:t xml:space="preserve">    (b) a closing piece</w:t>
      </w:r>
      <w:r>
        <w:br/>
      </w:r>
      <w:r>
        <w:t xml:space="preserve">    (c) a quiet middle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idealism</w:t>
      </w:r>
      <w:r>
        <w:rPr>
          <w:b/>
          <w:bCs/>
        </w:rPr>
        <w:t xml:space="preserve"> </w:t>
      </w:r>
      <w:r>
        <w:rPr>
          <w:b/>
          <w:bCs/>
        </w:rPr>
        <w:t xml:space="preserve">made her believe the school could become fairer for everyone.</w:t>
      </w:r>
      <w:r>
        <w:br/>
      </w:r>
      <w:r>
        <w:t xml:space="preserve">    (a) fear of change</w:t>
      </w:r>
      <w:r>
        <w:br/>
      </w:r>
      <w:r>
        <w:t xml:space="preserve">    (b) love of comfort</w:t>
      </w:r>
      <w:r>
        <w:br/>
      </w:r>
      <w:r>
        <w:t xml:space="preserve">    (c) belief in high ideals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John Lennon</w:t>
      </w:r>
      <w:r>
        <w:rPr>
          <w:b/>
          <w:bCs/>
        </w:rPr>
        <w:t xml:space="preserve"> </w:t>
      </w:r>
      <w:r>
        <w:rPr>
          <w:b/>
          <w:bCs/>
        </w:rPr>
        <w:t xml:space="preserve">married avant-garde artist, Yoko Ono.</w:t>
      </w:r>
      <w:r>
        <w:br/>
      </w:r>
      <w:r>
        <w:t xml:space="preserve">    (a) Queen lead vocalist</w:t>
      </w:r>
      <w:r>
        <w:br/>
      </w:r>
      <w:r>
        <w:t xml:space="preserve">    (b) Stones lead singer</w:t>
      </w:r>
      <w:r>
        <w:br/>
      </w:r>
      <w:r>
        <w:t xml:space="preserve">    (c) Beatles co-founder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plan to get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liberal arts</w:t>
      </w:r>
      <w:r>
        <w:rPr>
          <w:b/>
          <w:bCs/>
        </w:rPr>
        <w:t xml:space="preserve"> </w:t>
      </w:r>
      <w:r>
        <w:rPr>
          <w:b/>
          <w:bCs/>
        </w:rPr>
        <w:t xml:space="preserve">degree and then apply to law school.</w:t>
      </w:r>
      <w:r>
        <w:br/>
      </w:r>
      <w:r>
        <w:t xml:space="preserve">    (a) public policy</w:t>
      </w:r>
      <w:r>
        <w:br/>
      </w:r>
      <w:r>
        <w:t xml:space="preserve">    (b) general knowledge</w:t>
      </w:r>
      <w:r>
        <w:br/>
      </w:r>
      <w:r>
        <w:t xml:space="preserve">    (c) fine arts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Jefferson used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 wall</w:t>
      </w:r>
      <w:r>
        <w:rPr>
          <w:b/>
          <w:bCs/>
        </w:rPr>
        <w:t xml:space="preserve"> </w:t>
      </w:r>
      <w:r>
        <w:rPr>
          <w:b/>
          <w:bCs/>
        </w:rPr>
        <w:t xml:space="preserve">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metaphor</w:t>
      </w:r>
      <w:r>
        <w:rPr>
          <w:b/>
          <w:bCs/>
        </w:rPr>
        <w:t xml:space="preserve"> </w:t>
      </w:r>
      <w:r>
        <w:rPr>
          <w:b/>
          <w:bCs/>
        </w:rPr>
        <w:t xml:space="preserve">to describe the separation of church and state.</w:t>
      </w:r>
      <w:r>
        <w:br/>
      </w:r>
      <w:r>
        <w:t xml:space="preserve">    (a) exaggeration</w:t>
      </w:r>
      <w:r>
        <w:br/>
      </w:r>
      <w:r>
        <w:t xml:space="preserve">    (b) figure of speech</w:t>
      </w:r>
      <w:r>
        <w:br/>
      </w:r>
      <w:r>
        <w:t xml:space="preserve">    (c) clever strategy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Laws in every state impose severe penalties on adults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molest</w:t>
      </w:r>
      <w:r>
        <w:rPr>
          <w:b/>
          <w:bCs/>
        </w:rPr>
        <w:t xml:space="preserve"> </w:t>
      </w:r>
      <w:r>
        <w:rPr>
          <w:b/>
          <w:bCs/>
        </w:rPr>
        <w:t xml:space="preserve">minors, reflecting the seriousness of the offense.</w:t>
      </w:r>
      <w:r>
        <w:br/>
      </w:r>
      <w:r>
        <w:t xml:space="preserve">    (a) violate the rights of a child</w:t>
      </w:r>
      <w:r>
        <w:br/>
      </w:r>
      <w:r>
        <w:t xml:space="preserve">    (b) engage in sexual activity with a child</w:t>
      </w:r>
      <w:r>
        <w:br/>
      </w:r>
      <w:r>
        <w:t xml:space="preserve">    (c) neglect responsibility for a child's well-being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should not permit deeply offensive words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provoke</w:t>
      </w:r>
      <w:r>
        <w:rPr>
          <w:b/>
          <w:bCs/>
        </w:rPr>
        <w:t xml:space="preserve"> </w:t>
      </w:r>
      <w:r>
        <w:rPr>
          <w:b/>
          <w:bCs/>
        </w:rPr>
        <w:t xml:space="preserve">violence.</w:t>
      </w:r>
      <w:r>
        <w:br/>
      </w:r>
      <w:r>
        <w:t xml:space="preserve">    (a) distract from</w:t>
      </w:r>
      <w:r>
        <w:br/>
      </w:r>
      <w:r>
        <w:t xml:space="preserve">    (b) cause</w:t>
      </w:r>
      <w:r>
        <w:br/>
      </w:r>
      <w:r>
        <w:t xml:space="preserve">    (c)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rebuttal</w:t>
      </w:r>
      <w:r>
        <w:rPr>
          <w:b/>
          <w:bCs/>
        </w:rPr>
        <w:t xml:space="preserve"> </w:t>
      </w:r>
      <w:r>
        <w:rPr>
          <w:b/>
          <w:bCs/>
        </w:rPr>
        <w:t xml:space="preserve">devastated support for the proposal.</w:t>
      </w:r>
      <w:r>
        <w:br/>
      </w:r>
      <w:r>
        <w:t xml:space="preserve">    (a) sympathetic picture</w:t>
      </w:r>
      <w:r>
        <w:br/>
      </w:r>
      <w:r>
        <w:t xml:space="preserve">    (b) refusal to cooperate</w:t>
      </w:r>
      <w:r>
        <w:br/>
      </w:r>
      <w:r>
        <w:t xml:space="preserve">    (c) answering argument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so confident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would be successful, they filmed some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sequels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first film.</w:t>
      </w:r>
      <w:r>
        <w:br/>
      </w:r>
      <w:r>
        <w:t xml:space="preserve">    (a) movies that continued the story</w:t>
      </w:r>
      <w:r>
        <w:br/>
      </w:r>
      <w:r>
        <w:t xml:space="preserve">    (b) expensive promotional scenes</w:t>
      </w:r>
      <w:r>
        <w:br/>
      </w:r>
      <w:r>
        <w:t xml:space="preserve">    (c) interviews of actors expected to become famous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pub night featured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trivia</w:t>
      </w:r>
      <w:r>
        <w:rPr>
          <w:b/>
          <w:bCs/>
        </w:rPr>
        <w:t xml:space="preserve"> </w:t>
      </w:r>
      <w:r>
        <w:rPr>
          <w:b/>
          <w:bCs/>
        </w:rPr>
        <w:t xml:space="preserve">about movies from the 1980s.</w:t>
      </w:r>
      <w:r>
        <w:br/>
      </w:r>
      <w:r>
        <w:t xml:space="preserve">    (a) obscure little facts</w:t>
      </w:r>
      <w:r>
        <w:br/>
      </w:r>
      <w:r>
        <w:t xml:space="preserve">    (b) deeply held secrets</w:t>
      </w:r>
      <w:r>
        <w:br/>
      </w:r>
      <w:r>
        <w:t xml:space="preserve">    (c) wildly bold claims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2026-07-31T18:38:08Z</dcterms:created>
  <dcterms:modified xsi:type="dcterms:W3CDTF">2026-07-31T18:38:08Z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