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fcce78dbc86e229a6390d4c851bbd5e141d2886"/>
    <w:p>
      <w:pPr>
        <w:pStyle w:val="Heading1"/>
      </w:pPr>
      <w:r>
        <w:rPr>
          <w:b/>
          <w:bCs/>
        </w:rPr>
        <w:t xml:space="preserve">The Perks of Being a Wallflower</w:t>
      </w:r>
      <w:r>
        <w:br/>
      </w:r>
      <w:r>
        <w:rPr>
          <w:i/>
          <w:iCs/>
        </w:rPr>
        <w:t xml:space="preserve">Stephen Chbosky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is always making mix tapes for my sister with very specific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themes</w:t>
      </w:r>
      <w:r>
        <w:rPr>
          <w:b/>
          <w:bCs/>
        </w:rPr>
        <w:t xml:space="preserve">. One was called "Autumn Leaves."</w:t>
      </w:r>
      <w:r>
        <w:br/>
      </w:r>
      <w:r>
        <w:t xml:space="preserve">    (a) an idea that is unifying or recurrent</w:t>
      </w:r>
      <w:r>
        <w:br/>
      </w:r>
      <w:r>
        <w:t xml:space="preserve">    (b) (noun) strips of hair that are lighter in color  OR  (verb) makes strips of hair lighter in color</w:t>
      </w:r>
      <w:r>
        <w:br/>
      </w:r>
      <w:r>
        <w:t xml:space="preserve">    (c) changes the direction of a light wave (or other wave) by passing an opaque edge or narrow opening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think I will stop putting quotation marks around Nothing's name because it is annoying and disrupting my flow. I hope you do not find this difficult to follow.</w:t>
      </w:r>
      <w:r>
        <w:br/>
      </w:r>
      <w:r>
        <w:rPr>
          <w:b/>
          <w:bCs/>
        </w:rPr>
        <w:t xml:space="preserve">I will make sure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differentiate</w:t>
      </w:r>
      <w:r>
        <w:rPr>
          <w:b/>
          <w:bCs/>
        </w:rPr>
        <w:t xml:space="preserve"> </w:t>
      </w:r>
      <w:r>
        <w:rPr>
          <w:b/>
          <w:bCs/>
        </w:rPr>
        <w:t xml:space="preserve">if something comes up.</w:t>
      </w:r>
      <w:r>
        <w:br/>
      </w:r>
      <w:r>
        <w:t xml:space="preserve">    (a) begin fighting again</w:t>
      </w:r>
      <w:r>
        <w:br/>
      </w:r>
      <w:r>
        <w:t xml:space="preserve">    (b) take on as one's own</w:t>
      </w:r>
      <w:r>
        <w:br/>
      </w:r>
      <w:r>
        <w:t xml:space="preserve">    (c) recognize difference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nice thing was my Aunt Helen was never on a diet. And my Aunt Helen was "</w:t>
      </w:r>
      <w:r>
        <w:rPr>
          <w:b/>
          <w:bCs/>
          <w:u w:val="single"/>
        </w:rPr>
        <w:t xml:space="preserve">corpulent</w:t>
      </w:r>
      <w:r>
        <w:rPr>
          <w:b/>
          <w:bCs/>
        </w:rPr>
        <w:t xml:space="preserve">."</w:t>
      </w:r>
      <w:r>
        <w:br/>
      </w:r>
      <w:r>
        <w:t xml:space="preserve">    (a) excessively fat</w:t>
      </w:r>
      <w:r>
        <w:br/>
      </w:r>
      <w:r>
        <w:t xml:space="preserve">    (b) not representative</w:t>
      </w:r>
      <w:r>
        <w:br/>
      </w:r>
      <w:r>
        <w:t xml:space="preserve">    (c) good or beneficial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I listened to his play-by-play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analysis</w:t>
      </w:r>
      <w:r>
        <w:rPr>
          <w:b/>
          <w:bCs/>
        </w:rPr>
        <w:t xml:space="preserve">.</w:t>
      </w:r>
      <w:r>
        <w:br/>
      </w:r>
      <w:r>
        <w:t xml:space="preserve">    (a) to again think carefully and make a judgment about something</w:t>
      </w:r>
      <w:r>
        <w:br/>
      </w:r>
      <w:r>
        <w:t xml:space="preserve">    (b) detailed thinking to better understand</w:t>
      </w:r>
      <w:r>
        <w:br/>
      </w:r>
      <w:r>
        <w:t xml:space="preserve">    (c) the state or character of being absolutely sure of something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Bob actually looked a little nervous, which I was later told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paranoia</w:t>
      </w:r>
      <w:r>
        <w:rPr>
          <w:b/>
          <w:bCs/>
        </w:rPr>
        <w:t xml:space="preserve">.</w:t>
      </w:r>
      <w:r>
        <w:br/>
      </w:r>
      <w:r>
        <w:t xml:space="preserve">    (a) a psychological disorder characterized by excessive distrust of others</w:t>
      </w:r>
      <w:r>
        <w:br/>
      </w:r>
      <w:r>
        <w:t xml:space="preserve">    (b) one-sided information that is purposefully spread to influence opinions</w:t>
      </w:r>
      <w:r>
        <w:br/>
      </w:r>
      <w:r>
        <w:t xml:space="preserve">    (c) believing that things usually go poorly and that selfish and insincere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don't think that kind of thing matters, but supposedly Alice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paranoid</w:t>
      </w:r>
      <w:r>
        <w:rPr>
          <w:b/>
          <w:bCs/>
        </w:rPr>
        <w:t xml:space="preserve"> </w:t>
      </w:r>
      <w:r>
        <w:rPr>
          <w:b/>
          <w:bCs/>
        </w:rPr>
        <w:t xml:space="preserve">about it all night.</w:t>
      </w:r>
      <w:r>
        <w:br/>
      </w:r>
      <w:r>
        <w:t xml:space="preserve">    (a) the quality of using extreme or violent actions to achieve a political goal</w:t>
      </w:r>
      <w:r>
        <w:br/>
      </w:r>
      <w:r>
        <w:t xml:space="preserve">    (b) excessively fearful</w:t>
      </w:r>
      <w:r>
        <w:br/>
      </w:r>
      <w:r>
        <w:t xml:space="preserve">    (c) the practice or tendency to be critical--especially in a non-helpful manner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Dear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Prudence</w:t>
      </w:r>
      <w:r>
        <w:rPr>
          <w:b/>
          <w:bCs/>
        </w:rPr>
        <w:t xml:space="preserve"> </w:t>
      </w:r>
      <w:r>
        <w:rPr>
          <w:b/>
          <w:bCs/>
        </w:rPr>
        <w:t xml:space="preserve">by the Beatles</w:t>
      </w:r>
      <w:r>
        <w:br/>
      </w:r>
      <w:r>
        <w:t xml:space="preserve">    (a) not easily set on fire</w:t>
      </w:r>
      <w:r>
        <w:br/>
      </w:r>
      <w:r>
        <w:t xml:space="preserve">    (b) good sense and caution</w:t>
      </w:r>
      <w:r>
        <w:br/>
      </w:r>
      <w:r>
        <w:t xml:space="preserve">    (c) surrounding conditions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spent the rest of the afternoon playing old video games like Donkey Kong and feeling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nostalgic</w:t>
      </w:r>
      <w:r>
        <w:rPr>
          <w:b/>
          <w:bCs/>
        </w:rPr>
        <w:t xml:space="preserve">, which as a general statement, I found sad and sweet.</w:t>
      </w:r>
      <w:r>
        <w:br/>
      </w:r>
      <w:r>
        <w:t xml:space="preserve">    (a) able to be stopped from happening</w:t>
      </w:r>
      <w:r>
        <w:br/>
      </w:r>
      <w:r>
        <w:t xml:space="preserve">    (b) with a longing for something past</w:t>
      </w:r>
      <w:r>
        <w:br/>
      </w:r>
      <w:r>
        <w:t xml:space="preserve">    (c) feeling reluctant to do something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[regarding his laughing so much as a child] It seems like a rather "</w:t>
      </w:r>
      <w:r>
        <w:rPr>
          <w:b/>
          <w:bCs/>
          <w:u w:val="single"/>
        </w:rPr>
        <w:t xml:space="preserve">auspicious</w:t>
      </w:r>
      <w:r>
        <w:rPr>
          <w:b/>
          <w:bCs/>
        </w:rPr>
        <w:t xml:space="preserve">" beginning.</w:t>
      </w:r>
      <w:r>
        <w:br/>
      </w:r>
      <w:r>
        <w:t xml:space="preserve">    (a) the degree to which something can be translated</w:t>
      </w:r>
      <w:r>
        <w:br/>
      </w:r>
      <w:r>
        <w:t xml:space="preserve">    (b) favorable; or suggestive of good things to come</w:t>
      </w:r>
      <w:r>
        <w:br/>
      </w:r>
      <w:r>
        <w:t xml:space="preserve">    (c) not able to change to fit a different situation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don't know if you've ever felt like that. That you wanted to sleep for a thousand years. Or just not exist. Or just not be aware that you do exist. Or something like that. I think wanting that is very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morbid</w:t>
      </w:r>
      <w:r>
        <w:rPr>
          <w:b/>
          <w:bCs/>
        </w:rPr>
        <w:t xml:space="preserve">, but I want it when I get like this.</w:t>
      </w:r>
      <w:r>
        <w:br/>
      </w:r>
      <w:r>
        <w:t xml:space="preserve">    (a) disbelief</w:t>
      </w:r>
      <w:r>
        <w:br/>
      </w:r>
      <w:r>
        <w:t xml:space="preserve">    (b) unhealthy (perhaps an interest suggesting death)</w:t>
      </w:r>
      <w:r>
        <w:br/>
      </w:r>
      <w:r>
        <w:t xml:space="preserve">    (c) important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Craig said the problem with things is that everyone is always comparing everyone with everyone and because of that, it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discredits</w:t>
      </w:r>
      <w:r>
        <w:rPr>
          <w:b/>
          <w:bCs/>
        </w:rPr>
        <w:t xml:space="preserve"> </w:t>
      </w:r>
      <w:r>
        <w:rPr>
          <w:b/>
          <w:bCs/>
        </w:rPr>
        <w:t xml:space="preserve">people, like in his photography classes.</w:t>
      </w:r>
      <w:r>
        <w:br/>
      </w:r>
      <w:r>
        <w:t xml:space="preserve">    (a) changes through evolution</w:t>
      </w:r>
      <w:r>
        <w:br/>
      </w:r>
      <w:r>
        <w:t xml:space="preserve">    (b) damages the reputation of</w:t>
      </w:r>
      <w:r>
        <w:br/>
      </w:r>
      <w:r>
        <w:t xml:space="preserve">    (c) gradually adds or removes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Nobody can be as big as the Beatles because the Beatles already gave it a "</w:t>
      </w:r>
      <w:r>
        <w:rPr>
          <w:b/>
          <w:bCs/>
          <w:u w:val="single"/>
        </w:rPr>
        <w:t xml:space="preserve">context</w:t>
      </w:r>
      <w:r>
        <w:rPr>
          <w:b/>
          <w:bCs/>
        </w:rPr>
        <w:t xml:space="preserve">." The reason they were so big is that they had no one to compare themselves with ... nowadays a band or someone would compare themselves to the Beatles...</w:t>
      </w:r>
      <w:r>
        <w:br/>
      </w:r>
      <w:r>
        <w:t xml:space="preserve">    (a) an image (seen on a mirror or other shiny surface)</w:t>
      </w:r>
      <w:r>
        <w:br/>
      </w:r>
      <w:r>
        <w:t xml:space="preserve">    (b) a historical situation</w:t>
      </w:r>
      <w:r>
        <w:br/>
      </w:r>
      <w:r>
        <w:t xml:space="preserve">    (c) the act of interacting or getting interested again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All night, he kept yelling, "</w:t>
      </w:r>
      <w:r>
        <w:rPr>
          <w:b/>
          <w:bCs/>
          <w:u w:val="single"/>
        </w:rPr>
        <w:t xml:space="preserve">Flaunt it</w:t>
      </w:r>
      <w:r>
        <w:rPr>
          <w:b/>
          <w:bCs/>
        </w:rPr>
        <w:t xml:space="preserve">, baby!"</w:t>
      </w:r>
      <w:r>
        <w:br/>
      </w:r>
      <w:r>
        <w:t xml:space="preserve">    (a) restraining</w:t>
      </w:r>
      <w:r>
        <w:br/>
      </w:r>
      <w:r>
        <w:t xml:space="preserve">    (b) show it off</w:t>
      </w:r>
      <w:r>
        <w:br/>
      </w:r>
      <w:r>
        <w:t xml:space="preserve">    (c) well suited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think this is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initiation</w:t>
      </w:r>
      <w:r>
        <w:rPr>
          <w:b/>
          <w:bCs/>
        </w:rPr>
        <w:t xml:space="preserve"> </w:t>
      </w:r>
      <w:r>
        <w:rPr>
          <w:b/>
          <w:bCs/>
        </w:rPr>
        <w:t xml:space="preserve">for new cast members.</w:t>
      </w:r>
      <w:r>
        <w:br/>
      </w:r>
      <w:r>
        <w:t xml:space="preserve">    (a) ceremony (to accept new members)</w:t>
      </w:r>
      <w:r>
        <w:br/>
      </w:r>
      <w:r>
        <w:t xml:space="preserve">    (b) a government policy in which significantly less money is spent than normal; or any notable absence of luxury, comfort, or decoration</w:t>
      </w:r>
      <w:r>
        <w:br/>
      </w:r>
      <w:r>
        <w:t xml:space="preserve">    (c) submissiveness -- often an attitude of someone who is so submissive or eager to serve and please that they seem to lack self-respect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But not in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unconventional</w:t>
      </w:r>
      <w:r>
        <w:rPr>
          <w:b/>
          <w:bCs/>
        </w:rPr>
        <w:t xml:space="preserve"> </w:t>
      </w:r>
      <w:r>
        <w:rPr>
          <w:b/>
          <w:bCs/>
        </w:rPr>
        <w:t xml:space="preserve">way.</w:t>
      </w:r>
      <w:r>
        <w:br/>
      </w:r>
      <w:r>
        <w:t xml:space="preserve">    (a) unusual</w:t>
      </w:r>
      <w:r>
        <w:br/>
      </w:r>
      <w:r>
        <w:t xml:space="preserve">    (b) consistent or the same</w:t>
      </w:r>
      <w:r>
        <w:br/>
      </w:r>
      <w:r>
        <w:t xml:space="preserve">    (c) not aware of something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After we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sobered up</w:t>
      </w:r>
      <w:r>
        <w:rPr>
          <w:b/>
          <w:bCs/>
        </w:rPr>
        <w:t xml:space="preserve"> </w:t>
      </w:r>
      <w:r>
        <w:rPr>
          <w:b/>
          <w:bCs/>
        </w:rPr>
        <w:t xml:space="preserve">a bit with coffee and Mini Thins, Patrick drove me home.</w:t>
      </w:r>
      <w:r>
        <w:br/>
      </w:r>
      <w:r>
        <w:t xml:space="preserve">    (a) the idea that anything that can go wrong will go wrong</w:t>
      </w:r>
      <w:r>
        <w:br/>
      </w:r>
      <w:r>
        <w:t xml:space="preserve">    (b) became less drunk</w:t>
      </w:r>
      <w:r>
        <w:br/>
      </w:r>
      <w:r>
        <w:t xml:space="preserve">    (c) injured muscles or tendons (despite calling it muscle)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  <w:u w:val="single"/>
        </w:rPr>
        <w:t xml:space="preserve">Incidentally</w:t>
      </w:r>
      <w:r>
        <w:rPr>
          <w:b/>
          <w:bCs/>
        </w:rPr>
        <w:t xml:space="preserve">, I finished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 xml:space="preserve">The Fountainhead</w:t>
      </w:r>
      <w:r>
        <w:rPr>
          <w:b/>
          <w:bCs/>
        </w:rPr>
        <w:t xml:space="preserve">.</w:t>
      </w:r>
      <w:r>
        <w:br/>
      </w:r>
      <w:r>
        <w:t xml:space="preserve">    (a) in a way that suppresses (prevents something or decreases its development)</w:t>
      </w:r>
      <w:r>
        <w:br/>
      </w:r>
      <w:r>
        <w:t xml:space="preserve">    (b) a trance-like state of focused concentration and heightened suggestibility</w:t>
      </w:r>
      <w:r>
        <w:br/>
      </w:r>
      <w:r>
        <w:t xml:space="preserve">    (c) of something that comes with something else, but is less important than it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maybe I'm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biased</w:t>
      </w:r>
      <w:r>
        <w:rPr>
          <w:b/>
          <w:bCs/>
        </w:rPr>
        <w:t xml:space="preserve">, but when my sister quoted a pop song and talked about the future, it seemed great.</w:t>
      </w:r>
      <w:r>
        <w:br/>
      </w:r>
      <w:r>
        <w:t xml:space="preserve">    (a) showing favoritism (under the influence of a personal preference that prevents being objective)</w:t>
      </w:r>
      <w:r>
        <w:br/>
      </w:r>
      <w:r>
        <w:t xml:space="preserve">    (b) (adjective) designed to stop something  OR  (noun) something that stops something else</w:t>
      </w:r>
      <w:r>
        <w:br/>
      </w:r>
      <w:r>
        <w:t xml:space="preserve">    (c) related to intelligence -- such as requiring, appealing to, or possessing intelligence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Just like what my sister said when I had been in the hospital for a while. She said that she was really worried about going to college, and considering what I was going through, she felt really dumb about it. ... Maybe it's good to put things in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perspective</w:t>
      </w:r>
      <w:r>
        <w:rPr>
          <w:b/>
          <w:bCs/>
        </w:rPr>
        <w:t xml:space="preserve">, but sometimes, I think that the only perspective is to really be there.</w:t>
      </w:r>
      <w:r>
        <w:br/>
      </w:r>
      <w:r>
        <w:t xml:space="preserve">    (a) made by taking on as one's own</w:t>
      </w:r>
      <w:r>
        <w:br/>
      </w:r>
      <w:r>
        <w:t xml:space="preserve">    (b) a sensible view</w:t>
      </w:r>
      <w:r>
        <w:br/>
      </w:r>
      <w:r>
        <w:t xml:space="preserve">    (c) relating to the chest (thorax)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Maybe it's good to put things in perspective, but sometimes, I think that the only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perspective</w:t>
      </w:r>
      <w:r>
        <w:rPr>
          <w:b/>
          <w:bCs/>
        </w:rPr>
        <w:t xml:space="preserve"> </w:t>
      </w:r>
      <w:r>
        <w:rPr>
          <w:b/>
          <w:bCs/>
        </w:rPr>
        <w:t xml:space="preserve">is to really be there.</w:t>
      </w:r>
      <w:r>
        <w:br/>
      </w:r>
      <w:r>
        <w:t xml:space="preserve">    (a) way of seeing and thinking about things</w:t>
      </w:r>
      <w:r>
        <w:br/>
      </w:r>
      <w:r>
        <w:t xml:space="preserve">    (b) resulting from God's intervention or plan; or lucky</w:t>
      </w:r>
      <w:r>
        <w:br/>
      </w:r>
      <w:r>
        <w:t xml:space="preserve">    (c) collection of star systems held together by gravity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2026-07-31T18:38:08Z</dcterms:created>
  <dcterms:modified xsi:type="dcterms:W3CDTF">2026-07-31T18:38:08Z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