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72025b366f251aa2f9fe9bb9089a3e88a0a42a"/>
    <w:p>
      <w:pPr>
        <w:pStyle w:val="Heading1"/>
      </w:pPr>
      <w:r>
        <w:rPr>
          <w:b/>
          <w:bCs/>
        </w:rPr>
        <w:t xml:space="preserve">The Perfect Game</w:t>
      </w:r>
      <w:r>
        <w:br/>
      </w:r>
      <w:r>
        <w:rPr>
          <w:i/>
          <w:iCs/>
        </w:rPr>
        <w:t xml:space="preserve">W. William Winokur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hotel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accommodate</w:t>
      </w:r>
      <w:r>
        <w:rPr>
          <w:b/>
          <w:bCs/>
        </w:rPr>
        <w:t xml:space="preserve"> </w:t>
      </w:r>
      <w:r>
        <w:rPr>
          <w:b/>
          <w:bCs/>
        </w:rPr>
        <w:t xml:space="preserve">up to 350 guests.</w:t>
      </w:r>
      <w:r>
        <w:br/>
      </w:r>
      <w:r>
        <w:t xml:space="preserve">    (a) provide for</w:t>
      </w:r>
      <w:r>
        <w:br/>
      </w:r>
      <w:r>
        <w:t xml:space="preserve">    (b) question</w:t>
      </w:r>
      <w:r>
        <w:br/>
      </w:r>
      <w:r>
        <w:t xml:space="preserve">    (c) consider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she doesn't earn much money, she was raised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affluent</w:t>
      </w:r>
      <w:r>
        <w:rPr>
          <w:b/>
          <w:bCs/>
        </w:rPr>
        <w:t xml:space="preserve"> </w:t>
      </w:r>
      <w:r>
        <w:rPr>
          <w:b/>
          <w:bCs/>
        </w:rPr>
        <w:t xml:space="preserve">household.</w:t>
      </w:r>
      <w:r>
        <w:br/>
      </w:r>
      <w:r>
        <w:t xml:space="preserve">    (a) wealthy</w:t>
      </w:r>
      <w:r>
        <w:br/>
      </w:r>
      <w:r>
        <w:t xml:space="preserve">    (b) poor</w:t>
      </w:r>
      <w:r>
        <w:br/>
      </w:r>
      <w:r>
        <w:t xml:space="preserve">    (c) middle-class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lack of ability</w:t>
      </w:r>
      <w:r>
        <w:br/>
      </w:r>
      <w:r>
        <w:t xml:space="preserve">    (b) lack of interest</w:t>
      </w:r>
      <w:r>
        <w:br/>
      </w:r>
      <w:r>
        <w:t xml:space="preserve">    (c) distraction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apprehensive</w:t>
      </w:r>
      <w:r>
        <w:rPr>
          <w:b/>
          <w:bCs/>
        </w:rPr>
        <w:t xml:space="preserve"> </w:t>
      </w:r>
      <w:r>
        <w:rPr>
          <w:b/>
          <w:bCs/>
        </w:rPr>
        <w:t xml:space="preserve">about finals.</w:t>
      </w:r>
      <w:r>
        <w:br/>
      </w:r>
      <w:r>
        <w:t xml:space="preserve">    (a) worried</w:t>
      </w:r>
      <w:r>
        <w:br/>
      </w:r>
      <w:r>
        <w:t xml:space="preserve">    (b) unconcerned</w:t>
      </w:r>
      <w:r>
        <w:br/>
      </w:r>
      <w:r>
        <w:t xml:space="preserve">    (c) talkative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detective had no concrete evidence, but he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</w:t>
      </w:r>
      <w:r>
        <w:rPr>
          <w:b/>
          <w:bCs/>
        </w:rPr>
        <w:t xml:space="preserve"> </w:t>
      </w:r>
      <w:r>
        <w:rPr>
          <w:b/>
          <w:bCs/>
        </w:rPr>
        <w:t xml:space="preserve">the suspect was hiding something based on his evasive answers.</w:t>
      </w:r>
      <w:r>
        <w:br/>
      </w:r>
      <w:r>
        <w:t xml:space="preserve">    (a) prove</w:t>
      </w:r>
      <w:r>
        <w:br/>
      </w:r>
      <w:r>
        <w:t xml:space="preserve">    (b) wonder if</w:t>
      </w:r>
      <w:r>
        <w:br/>
      </w:r>
      <w:r>
        <w:t xml:space="preserve">    (c) believe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members of my church are getting together for dinner for the Feast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Assumption</w:t>
      </w:r>
      <w:r>
        <w:rPr>
          <w:b/>
          <w:bCs/>
        </w:rPr>
        <w:t xml:space="preserve"> </w:t>
      </w:r>
      <w:r>
        <w:rPr>
          <w:b/>
          <w:bCs/>
        </w:rPr>
        <w:t xml:space="preserve">of Mary.</w:t>
      </w:r>
      <w:r>
        <w:br/>
      </w:r>
      <w:r>
        <w:t xml:space="preserve">    (a) something that serves as a sign to show something else</w:t>
      </w:r>
      <w:r>
        <w:br/>
      </w:r>
      <w:r>
        <w:t xml:space="preserve">    (b) a judgment, rough calculation or guess of qualities or a value</w:t>
      </w:r>
      <w:r>
        <w:br/>
      </w:r>
      <w:r>
        <w:t xml:space="preserve">    (c) the act of taking someone up into heaven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baby's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baptism</w:t>
      </w:r>
      <w:r>
        <w:rPr>
          <w:b/>
          <w:bCs/>
        </w:rPr>
        <w:t xml:space="preserve"> </w:t>
      </w:r>
      <w:r>
        <w:rPr>
          <w:b/>
          <w:bCs/>
        </w:rPr>
        <w:t xml:space="preserve">took place at the local church on Sunday.</w:t>
      </w:r>
      <w:r>
        <w:br/>
      </w:r>
      <w:r>
        <w:t xml:space="preserve">    (a) first birthday party</w:t>
      </w:r>
      <w:r>
        <w:br/>
      </w:r>
      <w:r>
        <w:t xml:space="preserve">    (b) doctor's appointment</w:t>
      </w:r>
      <w:r>
        <w:br/>
      </w:r>
      <w:r>
        <w:t xml:space="preserve">    (c) religious ceremony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veteran team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locker room.</w:t>
      </w:r>
      <w:r>
        <w:br/>
      </w:r>
      <w:r>
        <w:t xml:space="preserve">    (a) respect for opponents</w:t>
      </w:r>
      <w:r>
        <w:br/>
      </w:r>
      <w:r>
        <w:t xml:space="preserve">    (b) close friendship in a group</w:t>
      </w:r>
      <w:r>
        <w:br/>
      </w:r>
      <w:r>
        <w:t xml:space="preserve">    (c) tension between members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voted to approve appointment of the new minister.</w:t>
      </w:r>
      <w:r>
        <w:br/>
      </w:r>
      <w:r>
        <w:t xml:space="preserve">    (a) people who worship together</w:t>
      </w:r>
      <w:r>
        <w:br/>
      </w:r>
      <w:r>
        <w:t xml:space="preserve">    (b) people who agree</w:t>
      </w:r>
      <w:r>
        <w:br/>
      </w:r>
      <w:r>
        <w:t xml:space="preserve">    (c) people who meet periodically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covering of all styles</w:t>
      </w:r>
      <w:r>
        <w:br/>
      </w:r>
      <w:r>
        <w:t xml:space="preserve">    (b) notable similarity</w:t>
      </w:r>
      <w:r>
        <w:br/>
      </w:r>
      <w:r>
        <w:t xml:space="preserve">    (c) notable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hurried manner</w:t>
      </w:r>
      <w:r>
        <w:br/>
      </w:r>
      <w:r>
        <w:t xml:space="preserve">    (b) in a clumsy manner</w:t>
      </w:r>
      <w:r>
        <w:br/>
      </w:r>
      <w:r>
        <w:t xml:space="preserve">    (c) in a friendly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international conference, each country sent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delegate</w:t>
      </w:r>
      <w:r>
        <w:rPr>
          <w:b/>
          <w:bCs/>
        </w:rPr>
        <w:t xml:space="preserve"> </w:t>
      </w:r>
      <w:r>
        <w:rPr>
          <w:b/>
          <w:bCs/>
        </w:rPr>
        <w:t xml:space="preserve">to represent their interests and participate in the discussions.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a state in which there is little ability to think</w:t>
      </w:r>
      <w:r>
        <w:br/>
      </w:r>
      <w:r>
        <w:t xml:space="preserve">    (c) person representing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funny stories always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elicit</w:t>
      </w:r>
      <w:r>
        <w:rPr>
          <w:b/>
          <w:bCs/>
        </w:rPr>
        <w:t xml:space="preserve"> </w:t>
      </w:r>
      <w:r>
        <w:rPr>
          <w:b/>
          <w:bCs/>
        </w:rPr>
        <w:t xml:space="preserve">laughter from the audience.</w:t>
      </w:r>
      <w:r>
        <w:br/>
      </w:r>
      <w:r>
        <w:t xml:space="preserve">    (a) silence or suppress</w:t>
      </w:r>
      <w:r>
        <w:br/>
      </w:r>
      <w:r>
        <w:t xml:space="preserve">    (b) ignore or dismiss</w:t>
      </w:r>
      <w:r>
        <w:br/>
      </w:r>
      <w:r>
        <w:t xml:space="preserve">    (c) draw out or bring forth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want to leave early, you have to ask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foreman</w:t>
      </w:r>
      <w:r>
        <w:rPr>
          <w:b/>
          <w:bCs/>
        </w:rPr>
        <w:t xml:space="preserve">.</w:t>
      </w:r>
      <w:r>
        <w:br/>
      </w:r>
      <w:r>
        <w:t xml:space="preserve">    (a) owner</w:t>
      </w:r>
      <w:r>
        <w:br/>
      </w:r>
      <w:r>
        <w:t xml:space="preserve">    (b) supervisor</w:t>
      </w:r>
      <w:r>
        <w:br/>
      </w:r>
      <w:r>
        <w:t xml:space="preserve">    (c) customer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 was half an hour late and had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forfeit</w:t>
      </w:r>
      <w:r>
        <w:rPr>
          <w:b/>
          <w:bCs/>
        </w:rPr>
        <w:t xml:space="preserve"> </w:t>
      </w:r>
      <w:r>
        <w:rPr>
          <w:b/>
          <w:bCs/>
        </w:rPr>
        <w:t xml:space="preserve">the game.</w:t>
      </w:r>
      <w:r>
        <w:br/>
      </w:r>
      <w:r>
        <w:t xml:space="preserve">    (a) give up as lost</w:t>
      </w:r>
      <w:r>
        <w:br/>
      </w:r>
      <w:r>
        <w:t xml:space="preserve">    (b) re-schedule</w:t>
      </w:r>
      <w:r>
        <w:br/>
      </w:r>
      <w:r>
        <w:t xml:space="preserve">    (c) rush through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"Leave me out of it,"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interjected</w:t>
      </w:r>
      <w:r>
        <w:rPr>
          <w:b/>
          <w:bCs/>
        </w:rPr>
        <w:t xml:space="preserve">.</w:t>
      </w:r>
      <w:r>
        <w:br/>
      </w:r>
      <w:r>
        <w:t xml:space="preserve">    (a) inserted</w:t>
      </w:r>
      <w:r>
        <w:br/>
      </w:r>
      <w:r>
        <w:t xml:space="preserve">    (b) complained</w:t>
      </w:r>
      <w:r>
        <w:br/>
      </w:r>
      <w:r>
        <w:t xml:space="preserve">    (c) shouted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expressed grief about</w:t>
      </w:r>
      <w:r>
        <w:br/>
      </w:r>
      <w:r>
        <w:t xml:space="preserve">    (b) made worse</w:t>
      </w:r>
      <w:r>
        <w:br/>
      </w:r>
      <w:r>
        <w:t xml:space="preserve">    (c) improved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recorded her family history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posterity</w:t>
      </w:r>
      <w:r>
        <w:rPr>
          <w:b/>
          <w:bCs/>
        </w:rPr>
        <w:t xml:space="preserve">, hoping her great-grandchildren would one day read it.</w:t>
      </w:r>
      <w:r>
        <w:br/>
      </w:r>
      <w:r>
        <w:t xml:space="preserve">    (a) future generations</w:t>
      </w:r>
      <w:r>
        <w:br/>
      </w:r>
      <w:r>
        <w:t xml:space="preserve">    (b) academic records</w:t>
      </w:r>
      <w:r>
        <w:br/>
      </w:r>
      <w:r>
        <w:t xml:space="preserve">    (c) personal amusement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practice, she gained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Spanish to hold a simple conversation.</w:t>
      </w:r>
      <w:r>
        <w:br/>
      </w:r>
      <w:r>
        <w:t xml:space="preserve">    (a) interest</w:t>
      </w:r>
      <w:r>
        <w:br/>
      </w:r>
      <w:r>
        <w:t xml:space="preserve">    (b) skill</w:t>
      </w:r>
      <w:r>
        <w:br/>
      </w:r>
      <w:r>
        <w:t xml:space="preserve">    (c) permission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savored</w:t>
      </w:r>
      <w:r>
        <w:rPr>
          <w:b/>
          <w:bCs/>
        </w:rPr>
        <w:t xml:space="preserve"> </w:t>
      </w:r>
      <w:r>
        <w:rPr>
          <w:b/>
          <w:bCs/>
        </w:rPr>
        <w:t xml:space="preserve">every minute of the trip.</w:t>
      </w:r>
      <w:r>
        <w:br/>
      </w:r>
      <w:r>
        <w:t xml:space="preserve">    (a) hated</w:t>
      </w:r>
      <w:r>
        <w:br/>
      </w:r>
      <w:r>
        <w:t xml:space="preserve">    (b) relished</w:t>
      </w:r>
      <w:r>
        <w:br/>
      </w:r>
      <w:r>
        <w:t xml:space="preserve">    (c) hurried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2026-07-31T17:00:53Z</dcterms:created>
  <dcterms:modified xsi:type="dcterms:W3CDTF">2026-07-31T17:00:53Z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