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d0f36ee6bfeb0136629c46c264c2998686b43d"/>
    <w:p>
      <w:pPr>
        <w:pStyle w:val="Heading1"/>
      </w:pPr>
      <w:r>
        <w:rPr>
          <w:b/>
          <w:bCs/>
        </w:rPr>
        <w:t xml:space="preserve">The Perfect Game</w:t>
      </w:r>
      <w:r>
        <w:br/>
      </w:r>
      <w:r>
        <w:rPr>
          <w:i/>
          <w:iCs/>
        </w:rPr>
        <w:t xml:space="preserve">W. William Winokur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Cries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lamentation</w:t>
      </w:r>
      <w:r>
        <w:rPr>
          <w:b/>
          <w:bCs/>
        </w:rPr>
        <w:t xml:space="preserve"> </w:t>
      </w:r>
      <w:r>
        <w:rPr>
          <w:b/>
          <w:bCs/>
        </w:rPr>
        <w:t xml:space="preserve">rose from those gathered.</w:t>
      </w:r>
      <w:r>
        <w:br/>
      </w:r>
      <w:r>
        <w:t xml:space="preserve">    (a) dreamlike state of altered consciousness</w:t>
      </w:r>
      <w:r>
        <w:br/>
      </w:r>
      <w:r>
        <w:t xml:space="preserve">    (b) passionate expression of grief or sorrow</w:t>
      </w:r>
      <w:r>
        <w:br/>
      </w:r>
      <w:r>
        <w:t xml:space="preserve">    (c) a range of things between two boundaries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While he spoke to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congregation</w:t>
      </w:r>
      <w:r>
        <w:rPr>
          <w:b/>
          <w:bCs/>
        </w:rPr>
        <w:t xml:space="preserve"> </w:t>
      </w:r>
      <w:r>
        <w:rPr>
          <w:b/>
          <w:bCs/>
        </w:rPr>
        <w:t xml:space="preserve">of Juan Diego and the Miracle of Guadalupe, he found himself silently asking God, Why a child?</w:t>
      </w:r>
      <w:r>
        <w:br/>
      </w:r>
      <w:r>
        <w:t xml:space="preserve">    (a) the act, process, or instance of telling a story</w:t>
      </w:r>
      <w:r>
        <w:br/>
      </w:r>
      <w:r>
        <w:t xml:space="preserve">    (b) a general feeling of not being as good as others</w:t>
      </w:r>
      <w:r>
        <w:br/>
      </w:r>
      <w:r>
        <w:t xml:space="preserve">    (c) people who worship together in the same building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"Umberto, he's just a child,"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interjected</w:t>
      </w:r>
      <w:r>
        <w:rPr>
          <w:b/>
          <w:bCs/>
        </w:rPr>
        <w:t xml:space="preserve"> </w:t>
      </w:r>
      <w:r>
        <w:rPr>
          <w:b/>
          <w:bCs/>
        </w:rPr>
        <w:t xml:space="preserve">Oralia.</w:t>
      </w:r>
      <w:r>
        <w:br/>
      </w:r>
      <w:r>
        <w:t xml:space="preserve">    (a) (verb) created, started, settled, or set in a place  OR  (adjective) existing, or familiar</w:t>
      </w:r>
      <w:r>
        <w:br/>
      </w:r>
      <w:r>
        <w:t xml:space="preserve">    (b) persuaded someone to want something (often sex or love) by tempting with something desired</w:t>
      </w:r>
      <w:r>
        <w:br/>
      </w:r>
      <w:r>
        <w:t xml:space="preserve">    (c) quickly inserted (typically interrupts what another is saying)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demeanor suggested anything 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cordiality</w:t>
      </w:r>
      <w:r>
        <w:rPr>
          <w:b/>
          <w:bCs/>
        </w:rPr>
        <w:t xml:space="preserve">.</w:t>
      </w:r>
      <w:r>
        <w:br/>
      </w:r>
      <w:r>
        <w:t xml:space="preserve">    (a) psychiatrist</w:t>
      </w:r>
      <w:r>
        <w:br/>
      </w:r>
      <w:r>
        <w:t xml:space="preserve">    (b) friendliness</w:t>
      </w:r>
      <w:r>
        <w:br/>
      </w:r>
      <w:r>
        <w:t xml:space="preserve">    (c) satisfaction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Delivery trucks used to service the neighborhood, but since the 1929 stock market crash, they only ventured into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affluent</w:t>
      </w:r>
      <w:r>
        <w:rPr>
          <w:b/>
          <w:bCs/>
        </w:rPr>
        <w:t xml:space="preserve"> </w:t>
      </w:r>
      <w:r>
        <w:rPr>
          <w:b/>
          <w:bCs/>
        </w:rPr>
        <w:t xml:space="preserve">parts of town.</w:t>
      </w:r>
      <w:r>
        <w:br/>
      </w:r>
      <w:r>
        <w:t xml:space="preserve">    (a) people who are, or the condition of being, wealthy</w:t>
      </w:r>
      <w:r>
        <w:br/>
      </w:r>
      <w:r>
        <w:t xml:space="preserve">    (b) the trait of being difficult to meet and talk with</w:t>
      </w:r>
      <w:r>
        <w:br/>
      </w:r>
      <w:r>
        <w:t xml:space="preserve">    (c) aka analytic -- relating to a theory of psychiatry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baptized</w:t>
      </w:r>
      <w:r>
        <w:rPr>
          <w:b/>
          <w:bCs/>
        </w:rPr>
        <w:t xml:space="preserve"> </w:t>
      </w:r>
      <w:r>
        <w:rPr>
          <w:b/>
          <w:bCs/>
        </w:rPr>
        <w:t xml:space="preserve">all of you.</w:t>
      </w:r>
      <w:r>
        <w:br/>
      </w:r>
      <w:r>
        <w:t xml:space="preserve">    (a) "spiritually renewed" in a Christian ceremony  OR  initiated or purified by a challenging experience</w:t>
      </w:r>
      <w:r>
        <w:br/>
      </w:r>
      <w:r>
        <w:t xml:space="preserve">    (b) directed energy from a negative (unacceptable) impulse or urge into a positive or acceptable action</w:t>
      </w:r>
      <w:r>
        <w:br/>
      </w:r>
      <w:r>
        <w:t xml:space="preserve">    (c) expressed personal artistic ideas or feelings while performing (or performing to) someone else's work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began devising different games, each of which was designed to improve the boys' reflexes, stamina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camaraderie</w:t>
      </w:r>
      <w:r>
        <w:rPr>
          <w:b/>
          <w:bCs/>
        </w:rPr>
        <w:t xml:space="preserve">.</w:t>
      </w:r>
      <w:r>
        <w:br/>
      </w:r>
      <w:r>
        <w:t xml:space="preserve">    (a) the degree of not being easily set on fire</w:t>
      </w:r>
      <w:r>
        <w:br/>
      </w:r>
      <w:r>
        <w:t xml:space="preserve">    (b) close friendship amongst a group of people</w:t>
      </w:r>
      <w:r>
        <w:br/>
      </w:r>
      <w:r>
        <w:t xml:space="preserve">    (c) not appropriate in size, amount, or degree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Foremen</w:t>
      </w:r>
      <w:r>
        <w:rPr>
          <w:b/>
          <w:bCs/>
        </w:rPr>
        <w:t xml:space="preserve"> </w:t>
      </w:r>
      <w:r>
        <w:rPr>
          <w:b/>
          <w:bCs/>
        </w:rPr>
        <w:t xml:space="preserve">would cherry-pick the workers who looked like they would give the hardest day's work without complaining.</w:t>
      </w:r>
      <w:r>
        <w:br/>
      </w:r>
      <w:r>
        <w:t xml:space="preserve">    (a) believers in the teachings of the Chinese philosopher, Confucius (circa 551-478 BC)</w:t>
      </w:r>
      <w:r>
        <w:br/>
      </w:r>
      <w:r>
        <w:t xml:space="preserve">    (b) substances that stimulate the production of antibodies to protect against a disease</w:t>
      </w:r>
      <w:r>
        <w:br/>
      </w:r>
      <w:r>
        <w:t xml:space="preserve">    (c) The overseer (a person who is in charge of other workers)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McAllen team's boys boasted to each other how they couldn't wait to get up and cream a pitch,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assuming</w:t>
      </w:r>
      <w:r>
        <w:rPr>
          <w:b/>
          <w:bCs/>
        </w:rPr>
        <w:t xml:space="preserve"> </w:t>
      </w:r>
      <w:r>
        <w:rPr>
          <w:b/>
          <w:bCs/>
        </w:rPr>
        <w:t xml:space="preserve">Angel could throw a single strike.</w:t>
      </w:r>
      <w:r>
        <w:br/>
      </w:r>
      <w:r>
        <w:t xml:space="preserve">    (a) playing cheerful and lively music</w:t>
      </w:r>
      <w:r>
        <w:br/>
      </w:r>
      <w:r>
        <w:t xml:space="preserve">    (b) believed (without really knowing)</w:t>
      </w:r>
      <w:r>
        <w:br/>
      </w:r>
      <w:r>
        <w:t xml:space="preserve">    (c) causing something to move forward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Just then, the bells of the Cathedral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Assumption</w:t>
      </w:r>
      <w:r>
        <w:rPr>
          <w:b/>
          <w:bCs/>
        </w:rPr>
        <w:t xml:space="preserve"> </w:t>
      </w:r>
      <w:r>
        <w:rPr>
          <w:b/>
          <w:bCs/>
        </w:rPr>
        <w:t xml:space="preserve">on Fifth Street rang out.</w:t>
      </w:r>
      <w:r>
        <w:br/>
      </w:r>
      <w:r>
        <w:t xml:space="preserve">    (a) the act of taking someone up into heaven</w:t>
      </w:r>
      <w:r>
        <w:br/>
      </w:r>
      <w:r>
        <w:t xml:space="preserve">    (b) person, organization, or anything with a separate existence</w:t>
      </w:r>
      <w:r>
        <w:br/>
      </w:r>
      <w:r>
        <w:t xml:space="preserve">    (c) an agreement to marry; or relating to an agreement to marry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Cesar said, feigning a lack of English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proficiency</w:t>
      </w:r>
      <w:r>
        <w:rPr>
          <w:b/>
          <w:bCs/>
        </w:rPr>
        <w:t xml:space="preserve">.</w:t>
      </w:r>
      <w:r>
        <w:br/>
      </w:r>
      <w:r>
        <w:t xml:space="preserve">    (a) snake</w:t>
      </w:r>
      <w:r>
        <w:br/>
      </w:r>
      <w:r>
        <w:t xml:space="preserve">    (b) story</w:t>
      </w:r>
      <w:r>
        <w:br/>
      </w:r>
      <w:r>
        <w:t xml:space="preserve">    (c) skill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though some in the stands were offended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apathetic</w:t>
      </w:r>
      <w:r>
        <w:rPr>
          <w:b/>
          <w:bCs/>
        </w:rPr>
        <w:t xml:space="preserve">, many were touched by the humility of the team's condition and reached into their pockets for coins.</w:t>
      </w:r>
      <w:r>
        <w:br/>
      </w:r>
      <w:r>
        <w:t xml:space="preserve">    (a) made by taking on as one's own</w:t>
      </w:r>
      <w:r>
        <w:br/>
      </w:r>
      <w:r>
        <w:t xml:space="preserve">    (b) without interest</w:t>
      </w:r>
      <w:r>
        <w:br/>
      </w:r>
      <w:r>
        <w:t xml:space="preserve">    (c) relating to the chest (thorax)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few houses off the corner, in front of the one owned by Umberto and Oralia Macias, was a planter of flowers, their vivid colors bursting forth in stark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contrast</w:t>
      </w:r>
      <w:r>
        <w:rPr>
          <w:b/>
          <w:bCs/>
        </w:rPr>
        <w:t xml:space="preserve"> </w:t>
      </w:r>
      <w:r>
        <w:rPr>
          <w:b/>
          <w:bCs/>
        </w:rPr>
        <w:t xml:space="preserve">to the muted hues of the drab street.</w:t>
      </w:r>
      <w:r>
        <w:br/>
      </w:r>
      <w:r>
        <w:t xml:space="preserve">    (a) notable difference</w:t>
      </w:r>
      <w:r>
        <w:br/>
      </w:r>
      <w:r>
        <w:t xml:space="preserve">    (b) block or interfere</w:t>
      </w:r>
      <w:r>
        <w:br/>
      </w:r>
      <w:r>
        <w:t xml:space="preserve">    (c) come to terms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shoved the machine,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eliciting</w:t>
      </w:r>
      <w:r>
        <w:rPr>
          <w:b/>
          <w:bCs/>
        </w:rPr>
        <w:t xml:space="preserve"> </w:t>
      </w:r>
      <w:r>
        <w:rPr>
          <w:b/>
          <w:bCs/>
        </w:rPr>
        <w:t xml:space="preserve">a stern look from the deputy,</w:t>
      </w:r>
      <w:r>
        <w:br/>
      </w:r>
      <w:r>
        <w:t xml:space="preserve">    (a) stopping (something from happening)</w:t>
      </w:r>
      <w:r>
        <w:br/>
      </w:r>
      <w:r>
        <w:t xml:space="preserve">    (b) concentrating, looking, or pointing</w:t>
      </w:r>
      <w:r>
        <w:br/>
      </w:r>
      <w:r>
        <w:t xml:space="preserve">    (c) bringing out in response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additional bleachers had been assembled, its two fields could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accommodate</w:t>
      </w:r>
      <w:r>
        <w:rPr>
          <w:b/>
          <w:bCs/>
        </w:rPr>
        <w:t xml:space="preserve"> </w:t>
      </w:r>
      <w:r>
        <w:rPr>
          <w:b/>
          <w:bCs/>
        </w:rPr>
        <w:t xml:space="preserve">more than five thousand fans.</w:t>
      </w:r>
      <w:r>
        <w:br/>
      </w:r>
      <w:r>
        <w:t xml:space="preserve">    (a) fit</w:t>
      </w:r>
      <w:r>
        <w:br/>
      </w:r>
      <w:r>
        <w:t xml:space="preserve">    (b) bounce back</w:t>
      </w:r>
      <w:r>
        <w:br/>
      </w:r>
      <w:r>
        <w:t xml:space="preserve">    (c) begin again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Well, they better start now or else they's gonna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forfeit</w:t>
      </w:r>
      <w:r>
        <w:rPr>
          <w:b/>
          <w:bCs/>
        </w:rPr>
        <w:t xml:space="preserve">,</w:t>
      </w:r>
      <w:r>
        <w:br/>
      </w:r>
      <w:r>
        <w:t xml:space="preserve">    (a) to concentrate, look at; or the act of concentration</w:t>
      </w:r>
      <w:r>
        <w:br/>
      </w:r>
      <w:r>
        <w:t xml:space="preserve">    (b) make one's home in; or live in; or stay (in a place)</w:t>
      </w:r>
      <w:r>
        <w:br/>
      </w:r>
      <w:r>
        <w:t xml:space="preserve">    (c) lose the game (as a penalty)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"Ask me again in six innings," he said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apprehensively</w:t>
      </w:r>
      <w:r>
        <w:rPr>
          <w:b/>
          <w:bCs/>
        </w:rPr>
        <w:t xml:space="preserve">.</w:t>
      </w:r>
      <w:r>
        <w:br/>
      </w:r>
      <w:r>
        <w:t xml:space="preserve">    (a) in a manner that deserves praise</w:t>
      </w:r>
      <w:r>
        <w:br/>
      </w:r>
      <w:r>
        <w:t xml:space="preserve">    (b) in a manner that does not change</w:t>
      </w:r>
      <w:r>
        <w:br/>
      </w:r>
      <w:r>
        <w:t xml:space="preserve">    (c) worried over possible misfortune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two men approached Cesar and introduced themselves as members of a special Mexican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delegation</w:t>
      </w:r>
      <w:r>
        <w:rPr>
          <w:b/>
          <w:bCs/>
        </w:rPr>
        <w:t xml:space="preserve">.</w:t>
      </w:r>
      <w:r>
        <w:br/>
      </w:r>
      <w:r>
        <w:t xml:space="preserve">    (a) a group of people appointed or elected to represent others</w:t>
      </w:r>
      <w:r>
        <w:br/>
      </w:r>
      <w:r>
        <w:t xml:space="preserve">    (b) a state in which there is little ability to think</w:t>
      </w:r>
      <w:r>
        <w:br/>
      </w:r>
      <w:r>
        <w:t xml:space="preserve">    (c) people who do not believe in the existence of god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She'd have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savor</w:t>
      </w:r>
      <w:r>
        <w:rPr>
          <w:b/>
          <w:bCs/>
        </w:rPr>
        <w:t xml:space="preserve"> </w:t>
      </w:r>
      <w:r>
        <w:rPr>
          <w:b/>
          <w:bCs/>
        </w:rPr>
        <w:t xml:space="preserve">the moment only in her memory.</w:t>
      </w:r>
      <w:r>
        <w:br/>
      </w:r>
      <w:r>
        <w:t xml:space="preserve">    (a) struggle or disagreement</w:t>
      </w:r>
      <w:r>
        <w:br/>
      </w:r>
      <w:r>
        <w:t xml:space="preserve">    (b) relish</w:t>
      </w:r>
      <w:r>
        <w:br/>
      </w:r>
      <w:r>
        <w:t xml:space="preserve">    (c) include consideration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Cesar made his way to Angel, and when his young pitcher saw him, he leaped into Cesar's arms as photographers captured the moment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posterity</w:t>
      </w:r>
      <w:r>
        <w:rPr>
          <w:b/>
          <w:bCs/>
        </w:rPr>
        <w:t xml:space="preserve">.</w:t>
      </w:r>
      <w:r>
        <w:br/>
      </w:r>
      <w:r>
        <w:t xml:space="preserve">    (a) lacks adequate funding</w:t>
      </w:r>
      <w:r>
        <w:br/>
      </w:r>
      <w:r>
        <w:t xml:space="preserve">    (b) not thinking carefully</w:t>
      </w:r>
      <w:r>
        <w:br/>
      </w:r>
      <w:r>
        <w:t xml:space="preserve">    (c) all future generations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2026-07-31T17:00:53Z</dcterms:created>
  <dcterms:modified xsi:type="dcterms:W3CDTF">2026-07-31T17:00:53Z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