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899503c99cfce1107824f4af30b32ba2eafe96"/>
    <w:p>
      <w:pPr>
        <w:pStyle w:val="Heading1"/>
      </w:pPr>
      <w:r>
        <w:rPr>
          <w:b/>
          <w:bCs/>
        </w:rPr>
        <w:t xml:space="preserve">The Pathfinder</w:t>
      </w:r>
      <w:r>
        <w:br/>
      </w:r>
      <w:r>
        <w:rPr>
          <w:i/>
          <w:iCs/>
        </w:rPr>
        <w:t xml:space="preserve">James Fenimore Cooper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Well, we must take the fare that</w:t>
      </w:r>
      <w:r>
        <w:rPr>
          <w:b/>
          <w:bCs/>
        </w:rPr>
        <w:t xml:space="preserve"> </w:t>
      </w:r>
      <w:r>
        <w:rPr>
          <w:b/>
          <w:bCs/>
          <w:u w:val="single"/>
        </w:rPr>
        <w:t xml:space="preserve">Providence</w:t>
      </w:r>
      <w:r>
        <w:rPr>
          <w:b/>
          <w:bCs/>
        </w:rPr>
        <w:t xml:space="preserve"> </w:t>
      </w:r>
      <w:r>
        <w:rPr>
          <w:b/>
          <w:bCs/>
        </w:rPr>
        <w:t xml:space="preserve">bestows, while we follow the trail of life.</w:t>
      </w:r>
      <w:r>
        <w:br/>
      </w:r>
      <w:r>
        <w:t xml:space="preserve">    (a) collection of star systems held together by gravity</w:t>
      </w:r>
      <w:r>
        <w:br/>
      </w:r>
      <w:r>
        <w:t xml:space="preserve">    (b) a particular way of seeing or thinking about things</w:t>
      </w:r>
      <w:r>
        <w:br/>
      </w:r>
      <w:r>
        <w:t xml:space="preserve">    (c) resulting from God's intervention or plan; or lucky</w:t>
      </w:r>
    </w:p>
    <w:p>
      <w:pPr>
        <w:pStyle w:val="Compact"/>
        <w:numPr>
          <w:ilvl w:val="0"/>
          <w:numId w:val="1001"/>
        </w:numPr>
      </w:pPr>
      <w:r>
        <w:rPr>
          <w:b/>
          <w:bCs/>
        </w:rPr>
        <w:t xml:space="preserve">He was young, healthful, and manly in appearance; and he wore a dress which, while it was less rigidly professional than that of the uncle, also</w:t>
      </w:r>
      <w:r>
        <w:rPr>
          <w:b/>
          <w:bCs/>
        </w:rPr>
        <w:t xml:space="preserve"> </w:t>
      </w:r>
      <w:r>
        <w:rPr>
          <w:b/>
          <w:bCs/>
          <w:u w:val="single"/>
        </w:rPr>
        <w:t xml:space="preserve">denoted</w:t>
      </w:r>
      <w:r>
        <w:rPr>
          <w:b/>
          <w:bCs/>
        </w:rPr>
        <w:t xml:space="preserve"> </w:t>
      </w:r>
      <w:r>
        <w:rPr>
          <w:b/>
          <w:bCs/>
        </w:rPr>
        <w:t xml:space="preserve">one accustomed to the water.</w:t>
      </w:r>
      <w:r>
        <w:br/>
      </w:r>
      <w:r>
        <w:t xml:space="preserve">    (a) embarrassed or self-conscious</w:t>
      </w:r>
      <w:r>
        <w:br/>
      </w:r>
      <w:r>
        <w:t xml:space="preserve">    (b) stand for or symbolize literally; or be a sign or indicator of</w:t>
      </w:r>
      <w:r>
        <w:br/>
      </w:r>
      <w:r>
        <w:t xml:space="preserve">    (c) with rises and falls in pitch</w:t>
      </w:r>
    </w:p>
    <w:p>
      <w:pPr>
        <w:pStyle w:val="Compact"/>
        <w:numPr>
          <w:ilvl w:val="0"/>
          <w:numId w:val="1001"/>
        </w:numPr>
      </w:pPr>
      <w:r>
        <w:rPr>
          <w:b/>
          <w:bCs/>
        </w:rPr>
        <w:t xml:space="preserve">Each, in truth, felt that interest in the other which similarity of age, condition, mutual comeliness, and their</w:t>
      </w:r>
      <w:r>
        <w:rPr>
          <w:b/>
          <w:bCs/>
        </w:rPr>
        <w:t xml:space="preserve"> </w:t>
      </w:r>
      <w:r>
        <w:rPr>
          <w:b/>
          <w:bCs/>
          <w:u w:val="single"/>
        </w:rPr>
        <w:t xml:space="preserve">novel</w:t>
      </w:r>
      <w:r>
        <w:rPr>
          <w:b/>
          <w:bCs/>
        </w:rPr>
        <w:t xml:space="preserve"> </w:t>
      </w:r>
      <w:r>
        <w:rPr>
          <w:b/>
          <w:bCs/>
        </w:rPr>
        <w:t xml:space="preserve">situation would be likely to inspire in the young and ingenuous.</w:t>
      </w:r>
      <w:r>
        <w:br/>
      </w:r>
      <w:r>
        <w:t xml:space="preserve">    (a) traditional (having withstood the test of time)</w:t>
      </w:r>
      <w:r>
        <w:br/>
      </w:r>
      <w:r>
        <w:t xml:space="preserve">    (b) important and valuable</w:t>
      </w:r>
      <w:r>
        <w:br/>
      </w:r>
      <w:r>
        <w:t xml:space="preserve">    (c) new and original</w:t>
      </w:r>
    </w:p>
    <w:p>
      <w:pPr>
        <w:pStyle w:val="Compact"/>
        <w:numPr>
          <w:ilvl w:val="0"/>
          <w:numId w:val="1001"/>
        </w:numPr>
      </w:pPr>
      <w:r>
        <w:rPr>
          <w:b/>
          <w:bCs/>
          <w:u w:val="single"/>
        </w:rPr>
        <w:t xml:space="preserve">Notwithstanding</w:t>
      </w:r>
      <w:r>
        <w:rPr>
          <w:b/>
          <w:bCs/>
        </w:rPr>
        <w:t xml:space="preserve"> </w:t>
      </w:r>
      <w:r>
        <w:rPr>
          <w:b/>
          <w:bCs/>
        </w:rPr>
        <w:t xml:space="preserve">his professional pride, Cap would have gladly followed; but he did not like to exhibit so unequivocal a weakness in the presence of a fresh-water sailor.</w:t>
      </w:r>
      <w:r>
        <w:br/>
      </w:r>
      <w:r>
        <w:t xml:space="preserve">    (a) used to show that something remains true even though something else seems to go against it</w:t>
      </w:r>
      <w:r>
        <w:br/>
      </w:r>
      <w:r>
        <w:t xml:space="preserve">    (b) therefore (for that reason)</w:t>
      </w:r>
      <w:r>
        <w:br/>
      </w:r>
      <w:r>
        <w:t xml:space="preserve">    (c) in keeping with or in agreement with what was just stated</w:t>
      </w:r>
    </w:p>
    <w:p>
      <w:pPr>
        <w:pStyle w:val="Compact"/>
        <w:numPr>
          <w:ilvl w:val="0"/>
          <w:numId w:val="1001"/>
        </w:numPr>
      </w:pPr>
      <w:r>
        <w:rPr>
          <w:b/>
          <w:bCs/>
        </w:rPr>
        <w:t xml:space="preserve">The smoke being now in plain view, the savages plunged into the woods and</w:t>
      </w:r>
      <w:r>
        <w:rPr>
          <w:b/>
          <w:bCs/>
        </w:rPr>
        <w:t xml:space="preserve"> </w:t>
      </w:r>
      <w:r>
        <w:rPr>
          <w:b/>
          <w:bCs/>
          <w:u w:val="single"/>
        </w:rPr>
        <w:t xml:space="preserve">endeavored</w:t>
      </w:r>
      <w:r>
        <w:rPr>
          <w:b/>
          <w:bCs/>
        </w:rPr>
        <w:t xml:space="preserve"> </w:t>
      </w:r>
      <w:r>
        <w:rPr>
          <w:b/>
          <w:bCs/>
        </w:rPr>
        <w:t xml:space="preserve">to approach the fire unseen.</w:t>
      </w:r>
      <w:r>
        <w:br/>
      </w:r>
      <w:r>
        <w:t xml:space="preserve">    (a) decided in advance</w:t>
      </w:r>
      <w:r>
        <w:br/>
      </w:r>
      <w:r>
        <w:t xml:space="preserve">    (b) tried or attempted</w:t>
      </w:r>
      <w:r>
        <w:br/>
      </w:r>
      <w:r>
        <w:t xml:space="preserve">    (c) not disagreed with</w:t>
      </w:r>
    </w:p>
    <w:p>
      <w:pPr>
        <w:pStyle w:val="Compact"/>
        <w:numPr>
          <w:ilvl w:val="0"/>
          <w:numId w:val="1001"/>
        </w:numPr>
      </w:pPr>
      <w:r>
        <w:rPr>
          <w:b/>
          <w:bCs/>
        </w:rPr>
        <w:t xml:space="preserve">The trifling nature of the change which had aroused the suspicion of this youth was an additional motive for not</w:t>
      </w:r>
      <w:r>
        <w:rPr>
          <w:b/>
          <w:bCs/>
        </w:rPr>
        <w:t xml:space="preserve"> </w:t>
      </w:r>
      <w:r>
        <w:rPr>
          <w:b/>
          <w:bCs/>
          <w:u w:val="single"/>
        </w:rPr>
        <w:t xml:space="preserve">acquainting</w:t>
      </w:r>
      <w:r>
        <w:rPr>
          <w:b/>
          <w:bCs/>
        </w:rPr>
        <w:t xml:space="preserve"> </w:t>
      </w:r>
      <w:r>
        <w:rPr>
          <w:b/>
          <w:bCs/>
        </w:rPr>
        <w:t xml:space="preserve">his companions with his discovery.</w:t>
      </w:r>
      <w:r>
        <w:br/>
      </w:r>
      <w:r>
        <w:t xml:space="preserve">    (a) leaping or jumping</w:t>
      </w:r>
      <w:r>
        <w:br/>
      </w:r>
      <w:r>
        <w:t xml:space="preserve">    (b) thinking carefully</w:t>
      </w:r>
      <w:r>
        <w:br/>
      </w:r>
      <w:r>
        <w:t xml:space="preserve">    (c) familiarizing with</w:t>
      </w:r>
    </w:p>
    <w:p>
      <w:pPr>
        <w:pStyle w:val="Compact"/>
        <w:numPr>
          <w:ilvl w:val="0"/>
          <w:numId w:val="1001"/>
        </w:numPr>
      </w:pPr>
      <w:r>
        <w:rPr>
          <w:b/>
          <w:bCs/>
        </w:rPr>
        <w:t xml:space="preserve">To secure the canoe, and to take proper positions in the cover, occupied the friends but a moment, when they shook hands</w:t>
      </w:r>
      <w:r>
        <w:rPr>
          <w:b/>
          <w:bCs/>
        </w:rPr>
        <w:t xml:space="preserve"> </w:t>
      </w:r>
      <w:r>
        <w:rPr>
          <w:b/>
          <w:bCs/>
          <w:u w:val="single"/>
        </w:rPr>
        <w:t xml:space="preserve">cordially</w:t>
      </w:r>
      <w:r>
        <w:rPr>
          <w:b/>
          <w:bCs/>
        </w:rPr>
        <w:t xml:space="preserve">, like those who had met after a long separation.</w:t>
      </w:r>
      <w:r>
        <w:br/>
      </w:r>
      <w:r>
        <w:t xml:space="preserve">    (a) in a skillful way</w:t>
      </w:r>
      <w:r>
        <w:br/>
      </w:r>
      <w:r>
        <w:t xml:space="preserve">    (b) in a friendly way</w:t>
      </w:r>
      <w:r>
        <w:br/>
      </w:r>
      <w:r>
        <w:t xml:space="preserve">    (c) in a pleasing way</w:t>
      </w:r>
    </w:p>
    <w:p>
      <w:pPr>
        <w:pStyle w:val="Compact"/>
        <w:numPr>
          <w:ilvl w:val="0"/>
          <w:numId w:val="1001"/>
        </w:numPr>
      </w:pPr>
      <w:r>
        <w:rPr>
          <w:b/>
          <w:bCs/>
        </w:rPr>
        <w:t xml:space="preserve">this is no great matter, and the unthoughtful</w:t>
      </w:r>
      <w:r>
        <w:rPr>
          <w:b/>
          <w:bCs/>
        </w:rPr>
        <w:t xml:space="preserve"> </w:t>
      </w:r>
      <w:r>
        <w:rPr>
          <w:b/>
          <w:bCs/>
          <w:u w:val="single"/>
        </w:rPr>
        <w:t xml:space="preserve">vagabond</w:t>
      </w:r>
      <w:r>
        <w:rPr>
          <w:b/>
          <w:bCs/>
        </w:rPr>
        <w:t xml:space="preserve"> </w:t>
      </w:r>
      <w:r>
        <w:rPr>
          <w:b/>
          <w:bCs/>
        </w:rPr>
        <w:t xml:space="preserve">drew it down on himself.</w:t>
      </w:r>
      <w:r>
        <w:br/>
      </w:r>
      <w:r>
        <w:t xml:space="preserve">    (a) accept something undesired as unavoidable or the lesser of evils</w:t>
      </w:r>
      <w:r>
        <w:br/>
      </w:r>
      <w:r>
        <w:t xml:space="preserve">    (b) a person who wanders from town to town with no fixed home or job</w:t>
      </w:r>
      <w:r>
        <w:br/>
      </w:r>
      <w:r>
        <w:t xml:space="preserve">    (c) feel angry or unhappy about having to accept something not liked</w:t>
      </w:r>
    </w:p>
    <w:p>
      <w:pPr>
        <w:pStyle w:val="Compact"/>
        <w:numPr>
          <w:ilvl w:val="0"/>
          <w:numId w:val="1001"/>
        </w:numPr>
      </w:pPr>
      <w:r>
        <w:rPr>
          <w:b/>
          <w:bCs/>
        </w:rPr>
        <w:t xml:space="preserve">Not he, not he; he is as</w:t>
      </w:r>
      <w:r>
        <w:rPr>
          <w:b/>
          <w:bCs/>
        </w:rPr>
        <w:t xml:space="preserve"> </w:t>
      </w:r>
      <w:r>
        <w:rPr>
          <w:b/>
          <w:bCs/>
          <w:u w:val="single"/>
        </w:rPr>
        <w:t xml:space="preserve">prudent</w:t>
      </w:r>
      <w:r>
        <w:rPr>
          <w:b/>
          <w:bCs/>
        </w:rPr>
        <w:t xml:space="preserve"> </w:t>
      </w:r>
      <w:r>
        <w:rPr>
          <w:b/>
          <w:bCs/>
        </w:rPr>
        <w:t xml:space="preserve">as he is brave, in the main, though so forgetful of himself in the late ambushment.</w:t>
      </w:r>
      <w:r>
        <w:br/>
      </w:r>
      <w:r>
        <w:t xml:space="preserve">    (a) sensible and careful</w:t>
      </w:r>
      <w:r>
        <w:br/>
      </w:r>
      <w:r>
        <w:t xml:space="preserve">    (b) sincerity (realness)</w:t>
      </w:r>
      <w:r>
        <w:br/>
      </w:r>
      <w:r>
        <w:t xml:space="preserve">    (c) not demonstrative of</w:t>
      </w:r>
    </w:p>
    <w:p>
      <w:pPr>
        <w:pStyle w:val="Compact"/>
        <w:numPr>
          <w:ilvl w:val="0"/>
          <w:numId w:val="1001"/>
        </w:numPr>
      </w:pPr>
      <w:r>
        <w:rPr>
          <w:b/>
          <w:bCs/>
        </w:rPr>
        <w:t xml:space="preserve">Our gales are sudden and severe, and we are</w:t>
      </w:r>
      <w:r>
        <w:rPr>
          <w:b/>
          <w:bCs/>
        </w:rPr>
        <w:t xml:space="preserve"> </w:t>
      </w:r>
      <w:r>
        <w:rPr>
          <w:b/>
          <w:bCs/>
          <w:u w:val="single"/>
        </w:rPr>
        <w:t xml:space="preserve">compelled</w:t>
      </w:r>
      <w:r>
        <w:rPr>
          <w:b/>
          <w:bCs/>
        </w:rPr>
        <w:t xml:space="preserve"> </w:t>
      </w:r>
      <w:r>
        <w:rPr>
          <w:b/>
          <w:bCs/>
        </w:rPr>
        <w:t xml:space="preserve">to run for our ports at all hours.</w:t>
      </w:r>
      <w:r>
        <w:br/>
      </w:r>
      <w:r>
        <w:t xml:space="preserve">    (a) fruit cooked with sugar (like jam)</w:t>
      </w:r>
      <w:r>
        <w:br/>
      </w:r>
      <w:r>
        <w:t xml:space="preserve">    (b) didn't trust or have confidence in</w:t>
      </w:r>
      <w:r>
        <w:br/>
      </w:r>
      <w:r>
        <w:t xml:space="preserve">    (c) forced; or (more rarely) convinced</w:t>
      </w:r>
    </w:p>
    <w:p>
      <w:pPr>
        <w:pStyle w:val="Compact"/>
        <w:numPr>
          <w:ilvl w:val="0"/>
          <w:numId w:val="1001"/>
        </w:numPr>
      </w:pPr>
      <w:r>
        <w:rPr>
          <w:b/>
          <w:bCs/>
        </w:rPr>
        <w:t xml:space="preserve">"Is this prudent?" demanded Mabel, with an</w:t>
      </w:r>
      <w:r>
        <w:rPr>
          <w:b/>
          <w:bCs/>
        </w:rPr>
        <w:t xml:space="preserve"> </w:t>
      </w:r>
      <w:r>
        <w:rPr>
          <w:b/>
          <w:bCs/>
          <w:u w:val="single"/>
        </w:rPr>
        <w:t xml:space="preserve">impetuosity</w:t>
      </w:r>
      <w:r>
        <w:rPr>
          <w:b/>
          <w:bCs/>
        </w:rPr>
        <w:t xml:space="preserve"> </w:t>
      </w:r>
      <w:r>
        <w:rPr>
          <w:b/>
          <w:bCs/>
        </w:rPr>
        <w:t xml:space="preserve">that rendered her incautious in modulating her sweet voice.</w:t>
      </w:r>
      <w:r>
        <w:br/>
      </w:r>
      <w:r>
        <w:t xml:space="preserve">    (a) impulsiveness (the trait of acting suddenly without much thought)</w:t>
      </w:r>
      <w:r>
        <w:br/>
      </w:r>
      <w:r>
        <w:t xml:space="preserve">    (b) a person (often a writer or artist) living an unconventional life</w:t>
      </w:r>
      <w:r>
        <w:br/>
      </w:r>
      <w:r>
        <w:t xml:space="preserve">    (c) a ceiling designed to affect noise -- typically to decrease noise</w:t>
      </w:r>
    </w:p>
    <w:p>
      <w:pPr>
        <w:pStyle w:val="Compact"/>
        <w:numPr>
          <w:ilvl w:val="0"/>
          <w:numId w:val="1001"/>
        </w:numPr>
      </w:pPr>
      <w:r>
        <w:rPr>
          <w:b/>
          <w:bCs/>
        </w:rPr>
        <w:t xml:space="preserve">The utmost circumspection</w:t>
      </w:r>
      <w:r>
        <w:rPr>
          <w:b/>
          <w:bCs/>
        </w:rPr>
        <w:t xml:space="preserve"> </w:t>
      </w:r>
      <w:r>
        <w:rPr>
          <w:b/>
          <w:bCs/>
          <w:u w:val="single"/>
        </w:rPr>
        <w:t xml:space="preserve">consequently</w:t>
      </w:r>
      <w:r>
        <w:rPr>
          <w:b/>
          <w:bCs/>
        </w:rPr>
        <w:t xml:space="preserve"> </w:t>
      </w:r>
      <w:r>
        <w:rPr>
          <w:b/>
          <w:bCs/>
        </w:rPr>
        <w:t xml:space="preserve">became necessary, and each one was too much engrossed with his own thoughts to feel a disposition to utter more than was called for by the exigencies of the case.</w:t>
      </w:r>
      <w:r>
        <w:br/>
      </w:r>
      <w:r>
        <w:t xml:space="preserve">    (a) resultantly (as a result)</w:t>
      </w:r>
      <w:r>
        <w:br/>
      </w:r>
      <w:r>
        <w:t xml:space="preserve">    (b) despite that (used to connect contrasting ideas)</w:t>
      </w:r>
      <w:r>
        <w:br/>
      </w:r>
      <w:r>
        <w:t xml:space="preserve">    (c) even though -- used to connect contrasting ideas</w:t>
      </w:r>
    </w:p>
    <w:p>
      <w:pPr>
        <w:pStyle w:val="Compact"/>
        <w:numPr>
          <w:ilvl w:val="0"/>
          <w:numId w:val="1001"/>
        </w:numPr>
      </w:pPr>
      <w:r>
        <w:rPr>
          <w:b/>
          <w:bCs/>
        </w:rPr>
        <w:t xml:space="preserve">It would have been a pleasant sight to witness the eager desire of each of these two sincere females to ascertain all that might be of</w:t>
      </w:r>
      <w:r>
        <w:rPr>
          <w:b/>
          <w:bCs/>
        </w:rPr>
        <w:t xml:space="preserve"> </w:t>
      </w:r>
      <w:r>
        <w:rPr>
          <w:b/>
          <w:bCs/>
          <w:u w:val="single"/>
        </w:rPr>
        <w:t xml:space="preserve">consequence</w:t>
      </w:r>
      <w:r>
        <w:rPr>
          <w:b/>
          <w:bCs/>
        </w:rPr>
        <w:t xml:space="preserve"> </w:t>
      </w:r>
      <w:r>
        <w:rPr>
          <w:b/>
          <w:bCs/>
        </w:rPr>
        <w:t xml:space="preserve">to their respective friends; and yet the native delicacy with which each refrained from pressing the other to make revelations which would have been improper, as well as the sensitive, almost intuitive, feeling with which each avoided saying aught that might prove injurious to her own nation.</w:t>
      </w:r>
      <w:r>
        <w:br/>
      </w:r>
      <w:r>
        <w:t xml:space="preserve">    (a) importance</w:t>
      </w:r>
      <w:r>
        <w:br/>
      </w:r>
      <w:r>
        <w:t xml:space="preserve">    (b) sticks out</w:t>
      </w:r>
      <w:r>
        <w:br/>
      </w:r>
      <w:r>
        <w:t xml:space="preserve">    (c) translates</w:t>
      </w:r>
    </w:p>
    <w:p>
      <w:pPr>
        <w:pStyle w:val="Compact"/>
        <w:numPr>
          <w:ilvl w:val="0"/>
          <w:numId w:val="1001"/>
        </w:numPr>
      </w:pPr>
      <w:r>
        <w:rPr>
          <w:b/>
          <w:bCs/>
        </w:rPr>
        <w:t xml:space="preserve">"Good morrow, brother Cap," said the Sergeant giving the military salute, as he walked, in a grave, stately manner, on the</w:t>
      </w:r>
      <w:r>
        <w:rPr>
          <w:b/>
          <w:bCs/>
        </w:rPr>
        <w:t xml:space="preserve"> </w:t>
      </w:r>
      <w:r>
        <w:rPr>
          <w:b/>
          <w:bCs/>
          <w:u w:val="single"/>
        </w:rPr>
        <w:t xml:space="preserve">bastion</w:t>
      </w:r>
      <w:r>
        <w:rPr>
          <w:b/>
          <w:bCs/>
        </w:rPr>
        <w:t xml:space="preserve">.</w:t>
      </w:r>
      <w:r>
        <w:br/>
      </w:r>
      <w:r>
        <w:t xml:space="preserve">    (a) someone who specializes in a branch of psychology concerned with the links between biology and behavior</w:t>
      </w:r>
      <w:r>
        <w:br/>
      </w:r>
      <w:r>
        <w:t xml:space="preserve">    (b) a living organism such as a bacterium, or virus that is so small, it can be seen only with a microscope</w:t>
      </w:r>
      <w:r>
        <w:br/>
      </w:r>
      <w:r>
        <w:t xml:space="preserve">    (c) a strong defender or reliable example of something -- like a fortress or a person upholding a principle</w:t>
      </w:r>
    </w:p>
    <w:p>
      <w:pPr>
        <w:pStyle w:val="Compact"/>
        <w:numPr>
          <w:ilvl w:val="0"/>
          <w:numId w:val="1001"/>
        </w:numPr>
      </w:pPr>
      <w:r>
        <w:rPr>
          <w:b/>
          <w:bCs/>
        </w:rPr>
        <w:t xml:space="preserve">The latter is to</w:t>
      </w:r>
      <w:r>
        <w:rPr>
          <w:b/>
          <w:bCs/>
        </w:rPr>
        <w:t xml:space="preserve"> </w:t>
      </w:r>
      <w:r>
        <w:rPr>
          <w:b/>
          <w:bCs/>
          <w:u w:val="single"/>
        </w:rPr>
        <w:t xml:space="preserve">enable</w:t>
      </w:r>
      <w:r>
        <w:rPr>
          <w:b/>
          <w:bCs/>
        </w:rPr>
        <w:t xml:space="preserve"> </w:t>
      </w:r>
      <w:r>
        <w:rPr>
          <w:b/>
          <w:bCs/>
        </w:rPr>
        <w:t xml:space="preserve">the victor to show his gallantry by making an offering of it to her he best loves.</w:t>
      </w:r>
      <w:r>
        <w:br/>
      </w:r>
      <w:r>
        <w:t xml:space="preserve">    (a) grant a favor</w:t>
      </w:r>
      <w:r>
        <w:br/>
      </w:r>
      <w:r>
        <w:t xml:space="preserve">    (b) make possible</w:t>
      </w:r>
      <w:r>
        <w:br/>
      </w:r>
      <w:r>
        <w:t xml:space="preserve">    (c) stop fighting</w:t>
      </w:r>
    </w:p>
    <w:p>
      <w:pPr>
        <w:pStyle w:val="Compact"/>
        <w:numPr>
          <w:ilvl w:val="0"/>
          <w:numId w:val="1001"/>
        </w:numPr>
      </w:pPr>
      <w:r>
        <w:rPr>
          <w:b/>
          <w:bCs/>
        </w:rPr>
        <w:t xml:space="preserve">Our lives have been very different, on the score of</w:t>
      </w:r>
      <w:r>
        <w:rPr>
          <w:b/>
          <w:bCs/>
        </w:rPr>
        <w:t xml:space="preserve"> </w:t>
      </w:r>
      <w:r>
        <w:rPr>
          <w:b/>
          <w:bCs/>
          <w:u w:val="single"/>
        </w:rPr>
        <w:t xml:space="preserve">matrimony</w:t>
      </w:r>
      <w:r>
        <w:rPr>
          <w:b/>
          <w:bCs/>
        </w:rPr>
        <w:t xml:space="preserve">, at least; you must allow that, my old friend.</w:t>
      </w:r>
      <w:r>
        <w:br/>
      </w:r>
      <w:r>
        <w:t xml:space="preserve">    (a) disorder</w:t>
      </w:r>
      <w:r>
        <w:br/>
      </w:r>
      <w:r>
        <w:t xml:space="preserve">    (b) marriage</w:t>
      </w:r>
      <w:r>
        <w:br/>
      </w:r>
      <w:r>
        <w:t xml:space="preserve">    (c) reporter</w:t>
      </w:r>
    </w:p>
    <w:p>
      <w:pPr>
        <w:pStyle w:val="Compact"/>
        <w:numPr>
          <w:ilvl w:val="0"/>
          <w:numId w:val="1001"/>
        </w:numPr>
      </w:pPr>
      <w:r>
        <w:rPr>
          <w:b/>
          <w:bCs/>
        </w:rPr>
        <w:t xml:space="preserve">Mr. Muir, you appear to be</w:t>
      </w:r>
      <w:r>
        <w:rPr>
          <w:b/>
          <w:bCs/>
        </w:rPr>
        <w:t xml:space="preserve"> </w:t>
      </w:r>
      <w:r>
        <w:rPr>
          <w:b/>
          <w:bCs/>
          <w:u w:val="single"/>
        </w:rPr>
        <w:t xml:space="preserve">deceived</w:t>
      </w:r>
      <w:r>
        <w:rPr>
          <w:b/>
          <w:bCs/>
        </w:rPr>
        <w:t xml:space="preserve"> </w:t>
      </w:r>
      <w:r>
        <w:rPr>
          <w:b/>
          <w:bCs/>
        </w:rPr>
        <w:t xml:space="preserve">in the strength of this work, and to fancy it weaker than it is.</w:t>
      </w:r>
      <w:r>
        <w:br/>
      </w:r>
      <w:r>
        <w:t xml:space="preserve">    (a) told (a story)</w:t>
      </w:r>
      <w:r>
        <w:br/>
      </w:r>
      <w:r>
        <w:t xml:space="preserve">    (b) lied or misled</w:t>
      </w:r>
      <w:r>
        <w:br/>
      </w:r>
      <w:r>
        <w:t xml:space="preserve">    (c) began fighting</w:t>
      </w:r>
    </w:p>
    <w:p>
      <w:pPr>
        <w:pStyle w:val="Compact"/>
        <w:numPr>
          <w:ilvl w:val="0"/>
          <w:numId w:val="1001"/>
        </w:numPr>
      </w:pPr>
      <w:r>
        <w:rPr>
          <w:b/>
          <w:bCs/>
        </w:rPr>
        <w:t xml:space="preserve">...hid her</w:t>
      </w:r>
      <w:r>
        <w:rPr>
          <w:b/>
          <w:bCs/>
        </w:rPr>
        <w:t xml:space="preserve"> </w:t>
      </w:r>
      <w:r>
        <w:rPr>
          <w:b/>
          <w:bCs/>
          <w:u w:val="single"/>
        </w:rPr>
        <w:t xml:space="preserve">countenance</w:t>
      </w:r>
      <w:r>
        <w:rPr>
          <w:b/>
          <w:bCs/>
        </w:rPr>
        <w:t xml:space="preserve"> </w:t>
      </w:r>
      <w:r>
        <w:rPr>
          <w:b/>
          <w:bCs/>
        </w:rPr>
        <w:t xml:space="preserve">in her apron to conceal her tears;</w:t>
      </w:r>
      <w:r>
        <w:br/>
      </w:r>
      <w:r>
        <w:t xml:space="preserve">    (a) a secret agreement or plot</w:t>
      </w:r>
      <w:r>
        <w:br/>
      </w:r>
      <w:r>
        <w:t xml:space="preserve">    (b) the best or most important</w:t>
      </w:r>
      <w:r>
        <w:br/>
      </w:r>
      <w:r>
        <w:t xml:space="preserve">    (c) face</w:t>
      </w:r>
    </w:p>
    <w:p>
      <w:pPr>
        <w:pStyle w:val="Compact"/>
        <w:numPr>
          <w:ilvl w:val="0"/>
          <w:numId w:val="1001"/>
        </w:numPr>
      </w:pPr>
      <w:r>
        <w:rPr>
          <w:b/>
          <w:bCs/>
        </w:rPr>
        <w:t xml:space="preserve">I thank you for this advice, Quartermaster, which is the more acceptable as it costs nothing; but I do not think it belongs to my gifts to</w:t>
      </w:r>
      <w:r>
        <w:rPr>
          <w:b/>
          <w:bCs/>
        </w:rPr>
        <w:t xml:space="preserve"> </w:t>
      </w:r>
      <w:r>
        <w:rPr>
          <w:b/>
          <w:bCs/>
          <w:u w:val="single"/>
        </w:rPr>
        <w:t xml:space="preserve">yield</w:t>
      </w:r>
      <w:r>
        <w:rPr>
          <w:b/>
          <w:bCs/>
        </w:rPr>
        <w:t xml:space="preserve"> </w:t>
      </w:r>
      <w:r>
        <w:rPr>
          <w:b/>
          <w:bCs/>
        </w:rPr>
        <w:t xml:space="preserve">a place like this while food and water last.</w:t>
      </w:r>
      <w:r>
        <w:br/>
      </w:r>
      <w:r>
        <w:t xml:space="preserve">    (a) stop (something from happening)</w:t>
      </w:r>
      <w:r>
        <w:br/>
      </w:r>
      <w:r>
        <w:t xml:space="preserve">    (b) produce or give</w:t>
      </w:r>
      <w:r>
        <w:br/>
      </w:r>
      <w:r>
        <w:t xml:space="preserve">    (c) think deeply or carefully about</w:t>
      </w:r>
    </w:p>
    <w:p>
      <w:pPr>
        <w:pStyle w:val="Compact"/>
        <w:numPr>
          <w:ilvl w:val="0"/>
          <w:numId w:val="1001"/>
        </w:numPr>
      </w:pPr>
      <w:r>
        <w:rPr>
          <w:b/>
          <w:bCs/>
        </w:rPr>
        <w:t xml:space="preserve">Thrice have I been sorely tried in my life, and once I</w:t>
      </w:r>
      <w:r>
        <w:rPr>
          <w:b/>
          <w:bCs/>
        </w:rPr>
        <w:t xml:space="preserve"> </w:t>
      </w:r>
      <w:r>
        <w:rPr>
          <w:b/>
          <w:bCs/>
          <w:u w:val="single"/>
        </w:rPr>
        <w:t xml:space="preserve">yielded</w:t>
      </w:r>
      <w:r>
        <w:rPr>
          <w:b/>
          <w:bCs/>
        </w:rPr>
        <w:t xml:space="preserve"> </w:t>
      </w:r>
      <w:r>
        <w:rPr>
          <w:b/>
          <w:bCs/>
        </w:rPr>
        <w:t xml:space="preserve">a little, though I hope it was not in a matter to disturb a man's conscience in his last moments.</w:t>
      </w:r>
      <w:r>
        <w:br/>
      </w:r>
      <w:r>
        <w:t xml:space="preserve">    (a) gave in, gave way, or gave up</w:t>
      </w:r>
      <w:r>
        <w:br/>
      </w:r>
      <w:r>
        <w:t xml:space="preserve">    (b) embarrassed or self-conscious</w:t>
      </w:r>
      <w:r>
        <w:br/>
      </w:r>
      <w:r>
        <w:t xml:space="preserve">    (c) with rises and falls in pitch</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2026-07-31T17:29:34Z</dcterms:created>
  <dcterms:modified xsi:type="dcterms:W3CDTF">2026-07-31T17:29:34Z</dcterms:modified>
</cp:coreProperties>
</file>

<file path=docProps/custom.xml><?xml version="1.0" encoding="utf-8"?>
<Properties xmlns="http://schemas.openxmlformats.org/officeDocument/2006/custom-properties" xmlns:vt="http://schemas.openxmlformats.org/officeDocument/2006/docPropsVTypes"/>
</file>