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0cf01951dae6a72e88c1cfd52c14d143a953c8b"/>
    <w:p>
      <w:pPr>
        <w:pStyle w:val="Heading1"/>
      </w:pPr>
      <w:r>
        <w:rPr>
          <w:b/>
          <w:bCs/>
        </w:rPr>
        <w:t xml:space="preserve">The Pathfinder</w:t>
      </w:r>
      <w:r>
        <w:br/>
      </w:r>
      <w:r>
        <w:rPr>
          <w:i/>
          <w:iCs/>
        </w:rPr>
        <w:t xml:space="preserve">James Fenimore Cooper</w:t>
      </w:r>
      <w:r>
        <w:br/>
      </w:r>
      <w:r>
        <w:rPr>
          <w:b/>
          <w:bCs/>
        </w:rPr>
        <w:t xml:space="preserve">Extra Credit 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"I do not know that," returned the uncle, with a sailor's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dogmatism</w:t>
      </w:r>
      <w:r>
        <w:rPr>
          <w:b/>
          <w:bCs/>
        </w:rPr>
        <w:t xml:space="preserve">.</w:t>
      </w:r>
      <w:r>
        <w:br/>
      </w:r>
      <w:r>
        <w:t xml:space="preserve">    (a) prone to stating opinions as absolute truth</w:t>
      </w:r>
      <w:r>
        <w:br/>
      </w:r>
      <w:r>
        <w:t xml:space="preserve">    (b) expectation that things will turn out badly</w:t>
      </w:r>
      <w:r>
        <w:br/>
      </w:r>
      <w:r>
        <w:t xml:space="preserve">    (c) taking advantage of unplanned circumstances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Stand you behind the tree, Magnet, lest the knaves take it into their heads to fire a broadside without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parley</w:t>
      </w:r>
      <w:r>
        <w:rPr>
          <w:b/>
          <w:bCs/>
        </w:rPr>
        <w:t xml:space="preserve">, and I will soon learn what colors they sail under.</w:t>
      </w:r>
      <w:r>
        <w:br/>
      </w:r>
      <w:r>
        <w:t xml:space="preserve">    (a) a negotiation or discussion -- especially between enemies</w:t>
      </w:r>
      <w:r>
        <w:br/>
      </w:r>
      <w:r>
        <w:t xml:space="preserve">    (b) think carefully and make a judgment about something again</w:t>
      </w:r>
      <w:r>
        <w:br/>
      </w:r>
      <w:r>
        <w:t xml:space="preserve">    (c) to promise, guarantee, or indicate certainty of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Young Jasper smiled, for he was not averse to fun, and had been a little touched by Cap's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superciliousness</w:t>
      </w:r>
      <w:r>
        <w:rPr>
          <w:b/>
          <w:bCs/>
        </w:rPr>
        <w:t xml:space="preserve">; but Mabel's fair face, light, agile form, and winning smiles, stood like a shield between her uncle and the intended experiment.</w:t>
      </w:r>
      <w:r>
        <w:br/>
      </w:r>
      <w:r>
        <w:t xml:space="preserve">    (a) not having the characteristic of or relating to bouncing back light/heat/sound...</w:t>
      </w:r>
      <w:r>
        <w:br/>
      </w:r>
      <w:r>
        <w:t xml:space="preserve">    (b) arrogant (acting as if better, more important, and superior in ideas than others)</w:t>
      </w:r>
      <w:r>
        <w:br/>
      </w:r>
      <w:r>
        <w:t xml:space="preserve">    (c) able to qualify for regular payments that permit having an income without working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cheek of Mabel did not recover all its bloom until the canoe was again in the current, down which it floated swiftly, occasionally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impelled</w:t>
      </w:r>
      <w:r>
        <w:rPr>
          <w:b/>
          <w:bCs/>
        </w:rPr>
        <w:t xml:space="preserve"> </w:t>
      </w:r>
      <w:r>
        <w:rPr>
          <w:b/>
          <w:bCs/>
        </w:rPr>
        <w:t xml:space="preserve">by the paddle of Jasper.</w:t>
      </w:r>
      <w:r>
        <w:br/>
      </w:r>
      <w:r>
        <w:t xml:space="preserve">    (a) made appropriate in size, amount, or degree</w:t>
      </w:r>
      <w:r>
        <w:br/>
      </w:r>
      <w:r>
        <w:t xml:space="preserve">    (b) concentrated, look at, or paid attention to</w:t>
      </w:r>
      <w:r>
        <w:br/>
      </w:r>
      <w:r>
        <w:t xml:space="preserve">    (c) to make someone feel they must do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here, just as I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vaunting</w:t>
      </w:r>
      <w:r>
        <w:rPr>
          <w:b/>
          <w:bCs/>
        </w:rPr>
        <w:t xml:space="preserve"> </w:t>
      </w:r>
      <w:r>
        <w:rPr>
          <w:b/>
          <w:bCs/>
        </w:rPr>
        <w:t xml:space="preserve">of our safety, comes danger to give me the lie.</w:t>
      </w:r>
      <w:r>
        <w:br/>
      </w:r>
      <w:r>
        <w:t xml:space="preserve">    (a) taking up or receiving into heaven</w:t>
      </w:r>
      <w:r>
        <w:br/>
      </w:r>
      <w:r>
        <w:t xml:space="preserve">    (b) finding, searching, or researching</w:t>
      </w:r>
      <w:r>
        <w:br/>
      </w:r>
      <w:r>
        <w:t xml:space="preserve">    (c) extravagantly praising or boasting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"And yet I should think, from all we have heard in the towns, that the soldiers on this frontier are used to the artifices of their enemies," said Mabel, "and become almost 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wily</w:t>
      </w:r>
      <w:r>
        <w:rPr>
          <w:b/>
          <w:bCs/>
        </w:rPr>
        <w:t xml:space="preserve"> </w:t>
      </w:r>
      <w:r>
        <w:rPr>
          <w:b/>
          <w:bCs/>
        </w:rPr>
        <w:t xml:space="preserve">as the red men themselves."</w:t>
      </w:r>
      <w:r>
        <w:br/>
      </w:r>
      <w:r>
        <w:t xml:space="preserve">    (a) clever</w:t>
      </w:r>
      <w:r>
        <w:br/>
      </w:r>
      <w:r>
        <w:t xml:space="preserve">    (b) steady</w:t>
      </w:r>
      <w:r>
        <w:br/>
      </w:r>
      <w:r>
        <w:t xml:space="preserve">    (c) sloped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ends of these little trees were forced into the mud, outside of the canoes, the depth of the water being very trifling; and in the course of ten minutes a very effectual screen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interposed</w:t>
      </w:r>
      <w:r>
        <w:rPr>
          <w:b/>
          <w:bCs/>
        </w:rPr>
        <w:t xml:space="preserve"> </w:t>
      </w:r>
      <w:r>
        <w:rPr>
          <w:b/>
          <w:bCs/>
        </w:rPr>
        <w:t xml:space="preserve">between them and the principal point of danger.</w:t>
      </w:r>
      <w:r>
        <w:br/>
      </w:r>
      <w:r>
        <w:t xml:space="preserve">    (a) (verb) drew pictures to accompany  OR  (adjective) accompanied by pictures</w:t>
      </w:r>
      <w:r>
        <w:br/>
      </w:r>
      <w:r>
        <w:t xml:space="preserve">    (b) to insert between other elements; or to interrupt or stop action by others</w:t>
      </w:r>
      <w:r>
        <w:br/>
      </w:r>
      <w:r>
        <w:t xml:space="preserve">    (c) not justified or explained as an understandable reaction to another action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That a party had returned already, on their own footsteps, by land, was pretty certain; and all the benefit expected from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artifice</w:t>
      </w:r>
      <w:r>
        <w:rPr>
          <w:b/>
          <w:bCs/>
        </w:rPr>
        <w:t xml:space="preserve"> </w:t>
      </w:r>
      <w:r>
        <w:rPr>
          <w:b/>
          <w:bCs/>
        </w:rPr>
        <w:t xml:space="preserve">of the fire was necessarily lost.</w:t>
      </w:r>
      <w:r>
        <w:br/>
      </w:r>
      <w:r>
        <w:t xml:space="preserve">    (a) deceptive behavior or something made to deceive</w:t>
      </w:r>
      <w:r>
        <w:br/>
      </w:r>
      <w:r>
        <w:t xml:space="preserve">    (b) opinion of what is good and bad about something</w:t>
      </w:r>
      <w:r>
        <w:br/>
      </w:r>
      <w:r>
        <w:t xml:space="preserve">    (c) the majority denomination of Islam (almost 90%)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it would be unwise to expose yourself on the water; for them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miscreants</w:t>
      </w:r>
      <w:r>
        <w:rPr>
          <w:b/>
          <w:bCs/>
        </w:rPr>
        <w:t xml:space="preserve"> </w:t>
      </w:r>
      <w:r>
        <w:rPr>
          <w:b/>
          <w:bCs/>
        </w:rPr>
        <w:t xml:space="preserve">are beginning to bethink them again of powder and bullets.</w:t>
      </w:r>
      <w:r>
        <w:br/>
      </w:r>
      <w:r>
        <w:t xml:space="preserve">    (a) a person who behaves badly or breaks rules -- especially someone who commits crimes or acts immorally</w:t>
      </w:r>
      <w:r>
        <w:br/>
      </w:r>
      <w:r>
        <w:t xml:space="preserve">    (b) soccer players who play in the middle third of the field and who assist with both defense and offense</w:t>
      </w:r>
      <w:r>
        <w:br/>
      </w:r>
      <w:r>
        <w:t xml:space="preserve">    (c) aka natural rights -- rights that are naturally due because of human nature and the natural condition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No sail whitened the surface, no whale or other fish gambolled on its bosom, no sign of use or service rewarded the longest and most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minute</w:t>
      </w:r>
      <w:r>
        <w:rPr>
          <w:b/>
          <w:bCs/>
        </w:rPr>
        <w:t xml:space="preserve"> </w:t>
      </w:r>
      <w:r>
        <w:rPr>
          <w:b/>
          <w:bCs/>
        </w:rPr>
        <w:t xml:space="preserve">gaze at its boundless expanse.</w:t>
      </w:r>
      <w:r>
        <w:br/>
      </w:r>
      <w:r>
        <w:t xml:space="preserve">    (a) having the characteristics of a</w:t>
      </w:r>
      <w:r>
        <w:t xml:space="preserve"> </w:t>
      </w:r>
      <w:r>
        <w:rPr>
          <w:i/>
          <w:iCs/>
        </w:rPr>
        <w:t xml:space="preserve">monk</w:t>
      </w:r>
      <w:r>
        <w:t xml:space="preserve"> </w:t>
      </w:r>
      <w:r>
        <w:t xml:space="preserve">(often inclined toward self-denial)</w:t>
      </w:r>
      <w:r>
        <w:br/>
      </w:r>
      <w:r>
        <w:t xml:space="preserve">    (b) careful</w:t>
      </w:r>
      <w:r>
        <w:br/>
      </w:r>
      <w:r>
        <w:t xml:space="preserve">    (c) the quality of holding something back or holding others down through oppression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woman took advantage of a slight amorous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propensity</w:t>
      </w:r>
      <w:r>
        <w:rPr>
          <w:b/>
          <w:bCs/>
        </w:rPr>
        <w:t xml:space="preserve"> </w:t>
      </w:r>
      <w:r>
        <w:rPr>
          <w:b/>
          <w:bCs/>
        </w:rPr>
        <w:t xml:space="preserve">that may be a weakness in my disposition, perhaps, and inveigled me into a contract which was found to be illegal.</w:t>
      </w:r>
      <w:r>
        <w:br/>
      </w:r>
      <w:r>
        <w:t xml:space="preserve">    (a) a subtle characteristic</w:t>
      </w:r>
      <w:r>
        <w:br/>
      </w:r>
      <w:r>
        <w:t xml:space="preserve">    (b) interaction or interest</w:t>
      </w:r>
      <w:r>
        <w:br/>
      </w:r>
      <w:r>
        <w:t xml:space="preserve">    (c) tendency or inclination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happiest marriages are those in which youth and beauty and confidence on one side, rely on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sagacity</w:t>
      </w:r>
      <w:r>
        <w:rPr>
          <w:b/>
          <w:bCs/>
        </w:rPr>
        <w:t xml:space="preserve">, moderation, and prudence of years—middle age, I mean, madam, for I'll no' deny that there is such a thing as a husband's being too old for a wife.</w:t>
      </w:r>
      <w:r>
        <w:br/>
      </w:r>
      <w:r>
        <w:t xml:space="preserve">    (a) battle</w:t>
      </w:r>
      <w:r>
        <w:br/>
      </w:r>
      <w:r>
        <w:t xml:space="preserve">    (b) memory</w:t>
      </w:r>
      <w:r>
        <w:br/>
      </w:r>
      <w:r>
        <w:t xml:space="preserve">    (c) wisdom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By centre and skin, if there is any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perceptible</w:t>
      </w:r>
      <w:r>
        <w:rPr>
          <w:b/>
          <w:bCs/>
        </w:rPr>
        <w:t xml:space="preserve"> </w:t>
      </w:r>
      <w:r>
        <w:rPr>
          <w:b/>
          <w:bCs/>
        </w:rPr>
        <w:t xml:space="preserve">difference; otherwise the double shot must follow.</w:t>
      </w:r>
      <w:r>
        <w:br/>
      </w:r>
      <w:r>
        <w:t xml:space="preserve">    (a) the state of being awake</w:t>
      </w:r>
      <w:r>
        <w:br/>
      </w:r>
      <w:r>
        <w:t xml:space="preserve">    (b) capable of being noticed</w:t>
      </w:r>
      <w:r>
        <w:br/>
      </w:r>
      <w:r>
        <w:t xml:space="preserve">    (c) able to take on or adopt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Jasper's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diffidence</w:t>
      </w:r>
      <w:r>
        <w:rPr>
          <w:b/>
          <w:bCs/>
        </w:rPr>
        <w:t xml:space="preserve">, no less than admiration for another, would have prevented him from aspiring to the honor of complimenting any whom he thought so much his superiors.</w:t>
      </w:r>
      <w:r>
        <w:br/>
      </w:r>
      <w:r>
        <w:t xml:space="preserve">    (a) an expert who shares professional opinions in a specific field</w:t>
      </w:r>
      <w:r>
        <w:br/>
      </w:r>
      <w:r>
        <w:t xml:space="preserve">    (b) the act of being in a working position; or the act of starting</w:t>
      </w:r>
      <w:r>
        <w:br/>
      </w:r>
      <w:r>
        <w:t xml:space="preserve">    (c) hesitancy and unassertiveness due to a lack of self-confidence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No real seafarer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disparages</w:t>
      </w:r>
      <w:r>
        <w:rPr>
          <w:b/>
          <w:bCs/>
        </w:rPr>
        <w:t xml:space="preserve"> </w:t>
      </w:r>
      <w:r>
        <w:rPr>
          <w:b/>
          <w:bCs/>
        </w:rPr>
        <w:t xml:space="preserve">anything; but, d—me, if I regard this here Ontario, as they call it, as more than so much water in a ship's scuttle-butt.</w:t>
      </w:r>
      <w:r>
        <w:br/>
      </w:r>
      <w:r>
        <w:t xml:space="preserve">    (a) protects something or keeps it as it is</w:t>
      </w:r>
      <w:r>
        <w:br/>
      </w:r>
      <w:r>
        <w:t xml:space="preserve">    (b) examines in detail to better understand</w:t>
      </w:r>
      <w:r>
        <w:br/>
      </w:r>
      <w:r>
        <w:t xml:space="preserve">    (c) criticizes or makes seem less important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cunning knave is paddling dead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windward</w:t>
      </w:r>
      <w:r>
        <w:rPr>
          <w:b/>
          <w:bCs/>
        </w:rPr>
        <w:t xml:space="preserve">, and the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Scud</w:t>
      </w:r>
      <w:r>
        <w:rPr>
          <w:b/>
          <w:bCs/>
        </w:rPr>
        <w:t xml:space="preserve"> </w:t>
      </w:r>
      <w:r>
        <w:rPr>
          <w:b/>
          <w:bCs/>
        </w:rPr>
        <w:t xml:space="preserve">can never overtake him!</w:t>
      </w:r>
      <w:r>
        <w:br/>
      </w:r>
      <w:r>
        <w:t xml:space="preserve">    (a) the state of being unaware of one's mental activity</w:t>
      </w:r>
      <w:r>
        <w:br/>
      </w:r>
      <w:r>
        <w:t xml:space="preserve">    (b) the direction or side from which the wind is coming</w:t>
      </w:r>
      <w:r>
        <w:br/>
      </w:r>
      <w:r>
        <w:t xml:space="preserve">    (c) increasing reason or general desire to do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 opinion then decided the Sergeant, who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forthwith</w:t>
      </w:r>
      <w:r>
        <w:rPr>
          <w:b/>
          <w:bCs/>
        </w:rPr>
        <w:t xml:space="preserve"> </w:t>
      </w:r>
      <w:r>
        <w:rPr>
          <w:b/>
          <w:bCs/>
        </w:rPr>
        <w:t xml:space="preserve">set about the execution of the necessary measures.</w:t>
      </w:r>
      <w:r>
        <w:br/>
      </w:r>
      <w:r>
        <w:t xml:space="preserve">    (a) immediately</w:t>
      </w:r>
      <w:r>
        <w:br/>
      </w:r>
      <w:r>
        <w:t xml:space="preserve">    (b) well suited</w:t>
      </w:r>
      <w:r>
        <w:br/>
      </w:r>
      <w:r>
        <w:t xml:space="preserve">    (c) a last name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you expect me, a stranger on your lake, to find this place without chart, course, distance, latitude,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longitude</w:t>
      </w:r>
      <w:r>
        <w:rPr>
          <w:b/>
          <w:bCs/>
        </w:rPr>
        <w:t xml:space="preserve">, or soundings,—ay, d—me, or tallow!</w:t>
      </w:r>
      <w:r>
        <w:br/>
      </w:r>
      <w:r>
        <w:t xml:space="preserve">    (a) a measure of east/west (relative to the Prime Meridian) on the earth</w:t>
      </w:r>
      <w:r>
        <w:br/>
      </w:r>
      <w:r>
        <w:t xml:space="preserve">    (b) relating to logical examination of something to better understand it</w:t>
      </w:r>
      <w:r>
        <w:br/>
      </w:r>
      <w:r>
        <w:t xml:space="preserve">    (c) lack of interest; or the process of stopping interaction or interest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Mabel waited some time to catch a signal of leave-taking or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amity</w:t>
      </w:r>
      <w:r>
        <w:rPr>
          <w:b/>
          <w:bCs/>
        </w:rPr>
        <w:t xml:space="preserve"> </w:t>
      </w:r>
      <w:r>
        <w:rPr>
          <w:b/>
          <w:bCs/>
        </w:rPr>
        <w:t xml:space="preserve">after her friend had landed, but none was given.</w:t>
      </w:r>
      <w:r>
        <w:br/>
      </w:r>
      <w:r>
        <w:t xml:space="preserve">    (a) something taken on or adopted</w:t>
      </w:r>
      <w:r>
        <w:br/>
      </w:r>
      <w:r>
        <w:t xml:space="preserve">    (b) aka analysist -- psychiatrist</w:t>
      </w:r>
      <w:r>
        <w:br/>
      </w:r>
      <w:r>
        <w:t xml:space="preserve">    (c) a state of friendly relations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Considering all the circumstances, the conditions were not very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discreditable</w:t>
      </w:r>
      <w:r>
        <w:rPr>
          <w:b/>
          <w:bCs/>
        </w:rPr>
        <w:t xml:space="preserve"> </w:t>
      </w:r>
      <w:r>
        <w:rPr>
          <w:b/>
          <w:bCs/>
        </w:rPr>
        <w:t xml:space="preserve">to either party.</w:t>
      </w:r>
      <w:r>
        <w:br/>
      </w:r>
      <w:r>
        <w:t xml:space="preserve">    (a) full of strong desire for something</w:t>
      </w:r>
      <w:r>
        <w:br/>
      </w:r>
      <w:r>
        <w:t xml:space="preserve">    (b) in a manner that takes on or adopts</w:t>
      </w:r>
      <w:r>
        <w:br/>
      </w:r>
      <w:r>
        <w:t xml:space="preserve">    (c) tending to damage the reputation of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2026-07-31T17:29:34Z</dcterms:created>
  <dcterms:modified xsi:type="dcterms:W3CDTF">2026-07-31T17:29:34Z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