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28f49ea11de09efe80e2554e152fa1bbecc5b8"/>
    <w:p>
      <w:pPr>
        <w:pStyle w:val="Heading1"/>
      </w:pPr>
      <w:r>
        <w:rPr>
          <w:b/>
          <w:bCs/>
        </w:rPr>
        <w:t xml:space="preserve">The Pardoner's Tale</w:t>
      </w:r>
      <w:r>
        <w:br/>
      </w:r>
      <w:r>
        <w:rPr>
          <w:i/>
          <w:iCs/>
        </w:rPr>
        <w:t xml:space="preserve">Geoffrey Chaucer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shameful death as hearte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</w:t>
      </w:r>
      <w:r>
        <w:rPr>
          <w:b/>
          <w:bCs/>
        </w:rPr>
        <w:t xml:space="preserve"> </w:t>
      </w:r>
      <w:r>
        <w:rPr>
          <w:b/>
          <w:bCs/>
        </w:rPr>
        <w:t xml:space="preserve">Come to these judges and their advoca's.</w:t>
      </w:r>
      <w:r>
        <w:br/>
      </w:r>
      <w:r>
        <w:t xml:space="preserve">    (a) come up with (invent or create)</w:t>
      </w:r>
      <w:r>
        <w:br/>
      </w:r>
      <w:r>
        <w:t xml:space="preserve">    (b) stop (something from happening)</w:t>
      </w:r>
      <w:r>
        <w:br/>
      </w:r>
      <w:r>
        <w:t xml:space="preserve">    (c) think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*burst, broken Thou *bel ami,* thou Pardoner," he said, *good friend* "Tell us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mirth</w:t>
      </w:r>
      <w:r>
        <w:rPr>
          <w:b/>
          <w:bCs/>
        </w:rPr>
        <w:t xml:space="preserve"> </w:t>
      </w:r>
      <w:r>
        <w:rPr>
          <w:b/>
          <w:bCs/>
        </w:rPr>
        <w:t xml:space="preserve">of japes* right anon." *jokes "It shall be done," quoth he, "by Saint Ronion.</w:t>
      </w:r>
      <w:r>
        <w:br/>
      </w:r>
      <w:r>
        <w:t xml:space="preserve">    (a) restart (a fire)</w:t>
      </w:r>
      <w:r>
        <w:br/>
      </w:r>
      <w:r>
        <w:t xml:space="preserve">    (b) fun and laughter</w:t>
      </w:r>
      <w:r>
        <w:br/>
      </w:r>
      <w:r>
        <w:t xml:space="preserve">    (c) started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though myself be guilty in that sin, Yet can I maken other folk to twin* *depart From avarice, and sore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repent</w:t>
      </w:r>
      <w:r>
        <w:rPr>
          <w:b/>
          <w:bCs/>
        </w:rPr>
        <w:t xml:space="preserve">.</w:t>
      </w:r>
      <w:r>
        <w:br/>
      </w:r>
      <w:r>
        <w:t xml:space="preserve">    (a) give an opinion of what is wrong with something</w:t>
      </w:r>
      <w:r>
        <w:br/>
      </w:r>
      <w:r>
        <w:t xml:space="preserve">    (b) to express or feel regret for having done wrong</w:t>
      </w:r>
      <w:r>
        <w:br/>
      </w:r>
      <w:r>
        <w:t xml:space="preserve">    (c) mark important text; or the text that is marked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** *dainty **fruit-girls Singers with harpes, baudes,* waferers,** *revellers **cake-sellers Which be the very devil's officers, To kindle and blow the fire of lechery, That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annexed</w:t>
      </w:r>
      <w:r>
        <w:rPr>
          <w:b/>
          <w:bCs/>
        </w:rPr>
        <w:t xml:space="preserve"> </w:t>
      </w:r>
      <w:r>
        <w:rPr>
          <w:b/>
          <w:bCs/>
        </w:rPr>
        <w:t xml:space="preserve">unto gluttony.</w:t>
      </w:r>
      <w:r>
        <w:br/>
      </w:r>
      <w:r>
        <w:t xml:space="preserve">    (a) told (a story)</w:t>
      </w:r>
      <w:r>
        <w:br/>
      </w:r>
      <w:r>
        <w:t xml:space="preserve">    (b) not controlled</w:t>
      </w:r>
      <w:r>
        <w:br/>
      </w:r>
      <w:r>
        <w:t xml:space="preserve">    (c) took territory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&lt;9&gt; Lo, how that drunken Lot unkindely* *unnaturally Lay by his daughters two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unwittingly</w:t>
      </w:r>
      <w:r>
        <w:rPr>
          <w:b/>
          <w:bCs/>
        </w:rPr>
        <w:t xml:space="preserve">, So drunk he was he knew not what he wrought.</w:t>
      </w:r>
      <w:r>
        <w:br/>
      </w:r>
      <w:r>
        <w:t xml:space="preserve">    (a) in a strongly biased manner</w:t>
      </w:r>
      <w:r>
        <w:br/>
      </w:r>
      <w:r>
        <w:t xml:space="preserve">    (b) in a manner that challenges</w:t>
      </w:r>
      <w:r>
        <w:br/>
      </w:r>
      <w:r>
        <w:t xml:space="preserve">    (c) without knowledge or intent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Seneca saith a good word, doubteless: He saith he can no difference find Betwixt a man that is out of his mind, And a man whiche that is drunkelew:* *a drunkard &lt;11&gt; But that woodness,* y-fallen in a shrew,* *madness **one evil-tempered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Persevereth</w:t>
      </w:r>
      <w:r>
        <w:rPr>
          <w:b/>
          <w:bCs/>
        </w:rPr>
        <w:t xml:space="preserve"> </w:t>
      </w:r>
      <w:r>
        <w:rPr>
          <w:b/>
          <w:bCs/>
        </w:rPr>
        <w:t xml:space="preserve">longer than drunkenness.</w:t>
      </w:r>
      <w:r>
        <w:br/>
      </w:r>
      <w:r>
        <w:t xml:space="preserve">    (a) the state or character of agreeing or approving</w:t>
      </w:r>
      <w:r>
        <w:br/>
      </w:r>
      <w:r>
        <w:t xml:space="preserve">    (b) the state or quality of being able to challenge</w:t>
      </w:r>
      <w:r>
        <w:br/>
      </w:r>
      <w:r>
        <w:t xml:space="preserve">    (c) keeps working at something despite difficulties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hearken, lordings, one word, I you pray, That all the sovreign actes, dare I say, Of victories in the Old Testament, Through very God that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omnipotent</w:t>
      </w:r>
      <w:r>
        <w:rPr>
          <w:b/>
          <w:bCs/>
        </w:rPr>
        <w:t xml:space="preserve">, Were done in abstinence and in prayere: Look in the Bible, and there ye may it lear.</w:t>
      </w:r>
      <w:r>
        <w:br/>
      </w:r>
      <w:r>
        <w:t xml:space="preserve">    (a) all powerful</w:t>
      </w:r>
      <w:r>
        <w:br/>
      </w:r>
      <w:r>
        <w:t xml:space="preserve">    (b) not pleasing</w:t>
      </w:r>
      <w:r>
        <w:br/>
      </w:r>
      <w:r>
        <w:t xml:space="preserve">    (c) sticking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* *forbid gambling* Hazard is very mother of leasings,* *lies And of deceit, and cursed forswearings: Blasphem' of Christ,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manslaughter</w:t>
      </w:r>
      <w:r>
        <w:rPr>
          <w:b/>
          <w:bCs/>
        </w:rPr>
        <w:t xml:space="preserve">, and waste also Of chattel* and of time; and furthermo' *property It is repreve,* and contrar' of honour, *reproach For to be held a common hazardour.</w:t>
      </w:r>
      <w:r>
        <w:br/>
      </w:r>
      <w:r>
        <w:t xml:space="preserve">    (a) interacts, interests, or attracts</w:t>
      </w:r>
      <w:r>
        <w:br/>
      </w:r>
      <w:r>
        <w:t xml:space="preserve">    (b) because of a basic rule or belief</w:t>
      </w:r>
      <w:r>
        <w:br/>
      </w:r>
      <w:r>
        <w:t xml:space="preserve">    (c) unintentional killing of a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Look eke how to the King Demetrius The King of Parthes, as the book saith us, Sent him a pair of dice of gold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, For he had used hazard therebeforn: For which he held his glory and renown At no value or reputatioun.</w:t>
      </w:r>
      <w:r>
        <w:br/>
      </w:r>
      <w:r>
        <w:t xml:space="preserve">    (a) not answer questions; or block progress</w:t>
      </w:r>
      <w:r>
        <w:br/>
      </w:r>
      <w:r>
        <w:t xml:space="preserve">    (b) move from more general to more specific</w:t>
      </w:r>
      <w:r>
        <w:br/>
      </w:r>
      <w:r>
        <w:t xml:space="preserve">    (c) disrespect or reject as not good enough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Great swearing is a 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abominable</w:t>
      </w:r>
      <w:r>
        <w:rPr>
          <w:b/>
          <w:bCs/>
        </w:rPr>
        <w:t xml:space="preserve">, And false swearing is more reprovable.</w:t>
      </w:r>
      <w:r>
        <w:br/>
      </w:r>
      <w:r>
        <w:t xml:space="preserve">    (a) non-traditional or non-standard</w:t>
      </w:r>
      <w:r>
        <w:br/>
      </w:r>
      <w:r>
        <w:t xml:space="preserve">    (b) poor ability to make a decision</w:t>
      </w:r>
      <w:r>
        <w:br/>
      </w:r>
      <w:r>
        <w:t xml:space="preserve">    (c) exceptionally bad or detestable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Great swearing is a thing abominable,</w:t>
      </w:r>
      <w:r>
        <w:br/>
      </w:r>
      <w:r>
        <w:rPr>
          <w:b/>
          <w:bCs/>
        </w:rPr>
        <w:t xml:space="preserve">And false swearing is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reprovable</w:t>
      </w:r>
      <w:r>
        <w:rPr>
          <w:b/>
          <w:bCs/>
        </w:rPr>
        <w:t xml:space="preserve">.</w:t>
      </w:r>
      <w:r>
        <w:br/>
      </w:r>
      <w:r>
        <w:t xml:space="preserve">    (a) worthy of criticism</w:t>
      </w:r>
      <w:r>
        <w:br/>
      </w:r>
      <w:r>
        <w:t xml:space="preserve">    (b) able to be translated</w:t>
      </w:r>
      <w:r>
        <w:br/>
      </w:r>
      <w:r>
        <w:t xml:space="preserve">    (c) not easily identified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fruit comes of the *bicched bones two,* *two cursed bones (dice)*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Forswearing</w:t>
      </w:r>
      <w:r>
        <w:rPr>
          <w:b/>
          <w:bCs/>
        </w:rPr>
        <w:t xml:space="preserve">, ire, falseness, and homicide.</w:t>
      </w:r>
      <w:r>
        <w:br/>
      </w:r>
      <w:r>
        <w:t xml:space="preserve">    (a) to decide to stop doing something; or to renounce or disavow something</w:t>
      </w:r>
      <w:r>
        <w:br/>
      </w:r>
      <w:r>
        <w:t xml:space="preserve">    (b) exposing something as not true, real, or as valuable as others thought</w:t>
      </w:r>
      <w:r>
        <w:br/>
      </w:r>
      <w:r>
        <w:t xml:space="preserve">    (c) making an agreement of payment for services that is enforceable by law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hath a thousand slain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pestilence</w:t>
      </w:r>
      <w:r>
        <w:rPr>
          <w:b/>
          <w:bCs/>
        </w:rPr>
        <w:t xml:space="preserve">; And, master, ere you come in his presence, Me thinketh that it were full necessary For to beware of such an adversary; Be ready for to meet him evermore.</w:t>
      </w:r>
      <w:r>
        <w:br/>
      </w:r>
      <w:r>
        <w:t xml:space="preserve">    (a) a South African whose first language is Afrikaans -- typically descendants of 17th century Dutch settlers</w:t>
      </w:r>
      <w:r>
        <w:br/>
      </w:r>
      <w:r>
        <w:t xml:space="preserve">    (b) widespread disease (usually severe); or any severely harmful or evil influence that is hard to get rid of</w:t>
      </w:r>
      <w:r>
        <w:br/>
      </w:r>
      <w:r>
        <w:t xml:space="preserve">    (c) something that is not obvious, but noticeable by someone with adequate sensitivity and relevant knowledge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hath a thousand slain this pestilence; And, master, ere you come in his presence, Me thinketh that it were full necessary For to beware of such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adversary</w:t>
      </w:r>
      <w:r>
        <w:rPr>
          <w:b/>
          <w:bCs/>
        </w:rPr>
        <w:t xml:space="preserve">; Be ready for to meet him evermore.</w:t>
      </w:r>
      <w:r>
        <w:br/>
      </w:r>
      <w:r>
        <w:t xml:space="preserve">    (a) opponent</w:t>
      </w:r>
      <w:r>
        <w:br/>
      </w:r>
      <w:r>
        <w:t xml:space="preserve">    (b) disorder</w:t>
      </w:r>
      <w:r>
        <w:br/>
      </w:r>
      <w:r>
        <w:t xml:space="preserve">    (c) reporter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"By Sainte Mary," said the tavernere, "The child saith sooth, for he hath slain this year, Hence ov'r a mile, within a great village, Both man and woman, child, and hind, and page; I trow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habitation</w:t>
      </w:r>
      <w:r>
        <w:rPr>
          <w:b/>
          <w:bCs/>
        </w:rPr>
        <w:t xml:space="preserve"> </w:t>
      </w:r>
      <w:r>
        <w:rPr>
          <w:b/>
          <w:bCs/>
        </w:rPr>
        <w:t xml:space="preserve">be there; To be advised* great wisdom it were, *watchful, on one's guard Ere* that he did a man a dishonour."</w:t>
      </w:r>
      <w:r>
        <w:br/>
      </w:r>
      <w:r>
        <w:t xml:space="preserve">    (a) lack of interest; or the process of stopping interaction or interest</w:t>
      </w:r>
      <w:r>
        <w:br/>
      </w:r>
      <w:r>
        <w:t xml:space="preserve">    (b) the type of environment in which an organism or group normally lives</w:t>
      </w:r>
      <w:r>
        <w:br/>
      </w:r>
      <w:r>
        <w:t xml:space="preserve">    (c) relating to logical examination of something to better understand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*dear Lo, how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wane</w:t>
      </w:r>
      <w:r>
        <w:rPr>
          <w:b/>
          <w:bCs/>
        </w:rPr>
        <w:t xml:space="preserve">, flesh, and blood, and skin; Alas!</w:t>
      </w:r>
      <w:r>
        <w:br/>
      </w:r>
      <w:r>
        <w:t xml:space="preserve">    (a) gradually decrease in strength, intensity, size, or importance -- especially the part of the moon that is visible</w:t>
      </w:r>
      <w:r>
        <w:br/>
      </w:r>
      <w:r>
        <w:t xml:space="preserve">    (b) a method of artistic painting on a wall by using watercolors on wet plaster; or the painting made in such a manner</w:t>
      </w:r>
      <w:r>
        <w:br/>
      </w:r>
      <w:r>
        <w:t xml:space="preserve">    (c) accept someone's membership though a special procedure such as a ceremony and/or period of instruction and/or 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Wherefore I rede,* that cut** among us all *advise **lots We draw, and let see where the cut will fall: And he that hath the cut, with hearte blithe Shall run unto the town, and that full swithe,* *quickly And bring us bread and wine full privily: And two of us shall keepe subtilly This treasure well: and if he will not tarry, When it is night, we will this treasure carry, By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assent</w:t>
      </w:r>
      <w:r>
        <w:rPr>
          <w:b/>
          <w:bCs/>
        </w:rPr>
        <w:t xml:space="preserve">, where as us thinketh best.</w:t>
      </w:r>
      <w:r>
        <w:br/>
      </w:r>
      <w:r>
        <w:t xml:space="preserve">    (a) removing the favoring any side in a contest, war, disagreement, or other dispute</w:t>
      </w:r>
      <w:r>
        <w:br/>
      </w:r>
      <w:r>
        <w:t xml:space="preserve">    (b) to release from slavery or servitude; or (metaphorically) from social restraints</w:t>
      </w:r>
      <w:r>
        <w:br/>
      </w:r>
      <w:r>
        <w:t xml:space="preserve">    (c) to express agreement -- especially with a statement or proposal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forth he went, no longer would he tarry, Into the town to an apothecary, And prayed him that he him woulde sell Some poison, that he might *his rattes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quell</w:t>
      </w:r>
      <w:r>
        <w:rPr>
          <w:b/>
          <w:bCs/>
        </w:rPr>
        <w:t xml:space="preserve">,* *kill his rats* And eke there was a polecat in his haw,* *farm-yard, hedge &lt;27&gt; That, as he said, his eapons had y-slaw:* *slain And fain he would him wreak,* if that he might, *revenge Of vermin that destroyed him by night.</w:t>
      </w:r>
      <w:r>
        <w:br/>
      </w:r>
      <w:r>
        <w:t xml:space="preserve">    (a) suppress or stop completely</w:t>
      </w:r>
      <w:r>
        <w:br/>
      </w:r>
      <w:r>
        <w:t xml:space="preserve">    (b) develop or change gradually</w:t>
      </w:r>
      <w:r>
        <w:br/>
      </w:r>
      <w:r>
        <w:t xml:space="preserve">    (c) pessimistic or disagreeable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ware* you from the sin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avarice</w:t>
      </w:r>
      <w:r>
        <w:rPr>
          <w:b/>
          <w:bCs/>
        </w:rPr>
        <w:t xml:space="preserve">.  [*keep]</w:t>
      </w:r>
      <w:r>
        <w:br/>
      </w:r>
      <w:r>
        <w:t xml:space="preserve">    (a) pessimism or unpleasantness</w:t>
      </w:r>
      <w:r>
        <w:br/>
      </w:r>
      <w:r>
        <w:t xml:space="preserve">    (b) excessive desire for wealth</w:t>
      </w:r>
      <w:r>
        <w:br/>
      </w:r>
      <w:r>
        <w:t xml:space="preserve">    (c) arousing or inspiring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Lo, Sires, thus I preach; And Jesus Christ, that is our soules' leech,* *healer So grante you his pardon to receive; For that is best, I will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</w:t>
      </w:r>
      <w:r>
        <w:rPr>
          <w:b/>
          <w:bCs/>
        </w:rPr>
        <w:t xml:space="preserve">.</w:t>
      </w:r>
      <w:r>
        <w:br/>
      </w:r>
      <w:r>
        <w:t xml:space="preserve">    (a) bad or harmful</w:t>
      </w:r>
      <w:r>
        <w:br/>
      </w:r>
      <w:r>
        <w:t xml:space="preserve">    (b) tell (a story)</w:t>
      </w:r>
      <w:r>
        <w:br/>
      </w:r>
      <w:r>
        <w:t xml:space="preserve">    (c) lie or mislead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2026-07-31T19:14:31Z</dcterms:created>
  <dcterms:modified xsi:type="dcterms:W3CDTF">2026-07-31T19:14:31Z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