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7ec48ab4fd45d75688e4bf6e082532223483bce"/>
    <w:p>
      <w:pPr>
        <w:pStyle w:val="Heading1"/>
      </w:pPr>
      <w:r>
        <w:rPr>
          <w:b/>
          <w:bCs/>
        </w:rPr>
        <w:t xml:space="preserve">The Overcoat</w:t>
      </w:r>
      <w:r>
        <w:br/>
      </w:r>
      <w:r>
        <w:rPr>
          <w:i/>
          <w:iCs/>
        </w:rPr>
        <w:t xml:space="preserve">Nikolai Gogol</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u w:val="single"/>
        </w:rPr>
        <w:t xml:space="preserve">However</w:t>
      </w:r>
      <w:r>
        <w:rPr>
          <w:b/>
          <w:bCs/>
        </w:rPr>
        <w:t xml:space="preserve"> </w:t>
      </w:r>
      <w:r>
        <w:rPr>
          <w:b/>
          <w:bCs/>
        </w:rPr>
        <w:t xml:space="preserve">much the directors and chiefs of all kinds were changed, he was always to be seen in the same place, the same attitude, the same occupation; so that it was afterwards affirmed that he had been born in undress uniform with a bald head.</w:t>
      </w:r>
      <w:r>
        <w:br/>
      </w:r>
      <w:r>
        <w:t xml:space="preserve">    (a) regardless of how</w:t>
      </w:r>
      <w:r>
        <w:br/>
      </w:r>
      <w:r>
        <w:t xml:space="preserve">    (b) people who are good at or spend much time studying, thinking, and reasoning</w:t>
      </w:r>
      <w:r>
        <w:br/>
      </w:r>
      <w:r>
        <w:t xml:space="preserve">    (c) aka analysis -- psychiatric treatment; or a theory of psychiatric treatment</w:t>
      </w:r>
    </w:p>
    <w:p>
      <w:pPr>
        <w:pStyle w:val="Compact"/>
        <w:numPr>
          <w:ilvl w:val="0"/>
          <w:numId w:val="1001"/>
        </w:numPr>
      </w:pPr>
      <w:r>
        <w:rPr>
          <w:b/>
          <w:bCs/>
        </w:rPr>
        <w:t xml:space="preserve">This,</w:t>
      </w:r>
      <w:r>
        <w:rPr>
          <w:b/>
          <w:bCs/>
        </w:rPr>
        <w:t xml:space="preserve"> </w:t>
      </w:r>
      <w:r>
        <w:rPr>
          <w:b/>
          <w:bCs/>
          <w:u w:val="single"/>
        </w:rPr>
        <w:t xml:space="preserve">however</w:t>
      </w:r>
      <w:r>
        <w:rPr>
          <w:b/>
          <w:bCs/>
        </w:rPr>
        <w:t xml:space="preserve">, inspired him with such terror that he ran off with all his might, and therefore did not scan the dead man closely, but only saw how the latter threatened him from afar with his finger.</w:t>
      </w:r>
      <w:r>
        <w:br/>
      </w:r>
      <w:r>
        <w:t xml:space="preserve">    (a) a word used to connect contrasting ideas as when using</w:t>
      </w:r>
      <w:r>
        <w:t xml:space="preserve"> </w:t>
      </w:r>
      <w:r>
        <w:rPr>
          <w:i/>
          <w:iCs/>
        </w:rPr>
        <w:t xml:space="preserve">though</w:t>
      </w:r>
      <w:r>
        <w:t xml:space="preserve">,</w:t>
      </w:r>
      <w:r>
        <w:t xml:space="preserve"> </w:t>
      </w:r>
      <w:r>
        <w:rPr>
          <w:i/>
          <w:iCs/>
        </w:rPr>
        <w:t xml:space="preserve">in spite of that</w:t>
      </w:r>
      <w:r>
        <w:t xml:space="preserve">,</w:t>
      </w:r>
      <w:r>
        <w:t xml:space="preserve"> </w:t>
      </w:r>
      <w:r>
        <w:rPr>
          <w:i/>
          <w:iCs/>
        </w:rPr>
        <w:t xml:space="preserve">in contrast</w:t>
      </w:r>
      <w:r>
        <w:t xml:space="preserve">,</w:t>
      </w:r>
      <w:r>
        <w:t xml:space="preserve"> </w:t>
      </w:r>
      <w:r>
        <w:rPr>
          <w:i/>
          <w:iCs/>
        </w:rPr>
        <w:t xml:space="preserve">nevertheless</w:t>
      </w:r>
      <w:r>
        <w:t xml:space="preserve">, etc.</w:t>
      </w:r>
      <w:r>
        <w:br/>
      </w:r>
      <w:r>
        <w:t xml:space="preserve">    (b) therefore (for that reason)</w:t>
      </w:r>
      <w:r>
        <w:br/>
      </w:r>
      <w:r>
        <w:t xml:space="preserve">    (c) in keeping with or in agreement with what was just stated</w:t>
      </w:r>
    </w:p>
    <w:p>
      <w:pPr>
        <w:pStyle w:val="Compact"/>
        <w:numPr>
          <w:ilvl w:val="0"/>
          <w:numId w:val="1001"/>
        </w:numPr>
      </w:pPr>
      <w:r>
        <w:rPr>
          <w:b/>
          <w:bCs/>
        </w:rPr>
        <w:t xml:space="preserve">And there was something strange in the words and the voice in which they were</w:t>
      </w:r>
      <w:r>
        <w:rPr>
          <w:b/>
          <w:bCs/>
        </w:rPr>
        <w:t xml:space="preserve"> </w:t>
      </w:r>
      <w:r>
        <w:rPr>
          <w:b/>
          <w:bCs/>
          <w:u w:val="single"/>
        </w:rPr>
        <w:t xml:space="preserve">uttered</w:t>
      </w:r>
      <w:r>
        <w:rPr>
          <w:b/>
          <w:bCs/>
        </w:rPr>
        <w:t xml:space="preserve">.</w:t>
      </w:r>
      <w:r>
        <w:br/>
      </w:r>
      <w:r>
        <w:t xml:space="preserve">    (a) said (or make a sound) with the voice</w:t>
      </w:r>
      <w:r>
        <w:br/>
      </w:r>
      <w:r>
        <w:t xml:space="preserve">    (b) genetically changed through evolution</w:t>
      </w:r>
      <w:r>
        <w:br/>
      </w:r>
      <w:r>
        <w:t xml:space="preserve">    (c) controlled (how something turned out)</w:t>
      </w:r>
    </w:p>
    <w:p>
      <w:pPr>
        <w:pStyle w:val="Compact"/>
        <w:numPr>
          <w:ilvl w:val="0"/>
          <w:numId w:val="1001"/>
        </w:numPr>
      </w:pPr>
      <w:r>
        <w:rPr>
          <w:b/>
          <w:bCs/>
        </w:rPr>
        <w:t xml:space="preserve">It is not enough to say that Akakiy laboured with</w:t>
      </w:r>
      <w:r>
        <w:rPr>
          <w:b/>
          <w:bCs/>
        </w:rPr>
        <w:t xml:space="preserve"> </w:t>
      </w:r>
      <w:r>
        <w:rPr>
          <w:b/>
          <w:bCs/>
          <w:u w:val="single"/>
        </w:rPr>
        <w:t xml:space="preserve">zeal</w:t>
      </w:r>
      <w:r>
        <w:rPr>
          <w:b/>
          <w:bCs/>
        </w:rPr>
        <w:t xml:space="preserve">: no, he laboured with love.</w:t>
      </w:r>
      <w:r>
        <w:br/>
      </w:r>
      <w:r>
        <w:t xml:space="preserve">    (a) made by taking on as one's own</w:t>
      </w:r>
      <w:r>
        <w:br/>
      </w:r>
      <w:r>
        <w:t xml:space="preserve">    (b) active interest and enthusiasm</w:t>
      </w:r>
      <w:r>
        <w:br/>
      </w:r>
      <w:r>
        <w:t xml:space="preserve">    (c) relating to the chest (thorax)</w:t>
      </w:r>
    </w:p>
    <w:p>
      <w:pPr>
        <w:pStyle w:val="Compact"/>
        <w:numPr>
          <w:ilvl w:val="0"/>
          <w:numId w:val="1001"/>
        </w:numPr>
      </w:pPr>
      <w:r>
        <w:rPr>
          <w:b/>
          <w:bCs/>
          <w:u w:val="single"/>
        </w:rPr>
        <w:t xml:space="preserve">Moreover</w:t>
      </w:r>
      <w:r>
        <w:rPr>
          <w:b/>
          <w:bCs/>
        </w:rPr>
        <w:t xml:space="preserve">, it is impossible to say that no attention was paid to him.</w:t>
      </w:r>
      <w:r>
        <w:br/>
      </w:r>
      <w:r>
        <w:t xml:space="preserve">    (a) in addition to what has just been said</w:t>
      </w:r>
      <w:r>
        <w:br/>
      </w:r>
      <w:r>
        <w:t xml:space="preserve">    (b) even though -- used to connect contrasting ideas</w:t>
      </w:r>
      <w:r>
        <w:br/>
      </w:r>
      <w:r>
        <w:t xml:space="preserve">    (c) despite that (used to connect contrasting ideas)</w:t>
      </w:r>
    </w:p>
    <w:p>
      <w:pPr>
        <w:pStyle w:val="Compact"/>
        <w:numPr>
          <w:ilvl w:val="0"/>
          <w:numId w:val="1001"/>
        </w:numPr>
      </w:pPr>
      <w:r>
        <w:rPr>
          <w:b/>
          <w:bCs/>
        </w:rPr>
        <w:t xml:space="preserve">Even at the hour when the grey St. Petersburg sky had quite</w:t>
      </w:r>
      <w:r>
        <w:rPr>
          <w:b/>
          <w:bCs/>
        </w:rPr>
        <w:t xml:space="preserve"> </w:t>
      </w:r>
      <w:r>
        <w:rPr>
          <w:b/>
          <w:bCs/>
          <w:u w:val="single"/>
        </w:rPr>
        <w:t xml:space="preserve">dispersed</w:t>
      </w:r>
      <w:r>
        <w:rPr>
          <w:b/>
          <w:bCs/>
        </w:rPr>
        <w:t xml:space="preserve">, and all the official world had eaten or dined, each as he could, in accordance with the salary he received and his own fancy;</w:t>
      </w:r>
      <w:r>
        <w:br/>
      </w:r>
      <w:r>
        <w:t xml:space="preserve">    (a) excessively excited</w:t>
      </w:r>
      <w:r>
        <w:br/>
      </w:r>
      <w:r>
        <w:t xml:space="preserve">    (b) scattered or spread</w:t>
      </w:r>
      <w:r>
        <w:br/>
      </w:r>
      <w:r>
        <w:t xml:space="preserve">    (c) nervous or confused</w:t>
      </w:r>
    </w:p>
    <w:p>
      <w:pPr>
        <w:pStyle w:val="Compact"/>
        <w:numPr>
          <w:ilvl w:val="0"/>
          <w:numId w:val="1001"/>
        </w:numPr>
      </w:pPr>
      <w:r>
        <w:rPr>
          <w:b/>
          <w:bCs/>
        </w:rPr>
        <w:t xml:space="preserve">in a word, at the hour when all officials disperse among the contracted quarters of their friends, to play whist, as they sip their tea from glasses with a kopek's worth of sugar, smoke long pipes, relate at times some bits of gossip which a Russian man can never, under any circumstances, refrain from, and, when there is nothing else to talk of, repeat eternal</w:t>
      </w:r>
      <w:r>
        <w:rPr>
          <w:b/>
          <w:bCs/>
        </w:rPr>
        <w:t xml:space="preserve"> </w:t>
      </w:r>
      <w:r>
        <w:rPr>
          <w:b/>
          <w:bCs/>
          <w:u w:val="single"/>
        </w:rPr>
        <w:t xml:space="preserve">anecdotes</w:t>
      </w:r>
      <w:r>
        <w:rPr>
          <w:b/>
          <w:bCs/>
        </w:rPr>
        <w:t xml:space="preserve"> </w:t>
      </w:r>
      <w:r>
        <w:rPr>
          <w:b/>
          <w:bCs/>
        </w:rPr>
        <w:t xml:space="preserve">about the commandant to whom they had sent word that the tails of the horses on the Falconet Monument had been cut off, when all strive to divert themselves, Akakiy Akakievitch indulged in no kind of diversion.</w:t>
      </w:r>
      <w:r>
        <w:br/>
      </w:r>
      <w:r>
        <w:t xml:space="preserve">    (a) sizes or dimensions</w:t>
      </w:r>
      <w:r>
        <w:br/>
      </w:r>
      <w:r>
        <w:t xml:space="preserve">    (b) outward appearances</w:t>
      </w:r>
      <w:r>
        <w:br/>
      </w:r>
      <w:r>
        <w:t xml:space="preserve">    (c) short, true stories</w:t>
      </w:r>
    </w:p>
    <w:p>
      <w:pPr>
        <w:pStyle w:val="Compact"/>
        <w:numPr>
          <w:ilvl w:val="0"/>
          <w:numId w:val="1001"/>
        </w:numPr>
      </w:pPr>
      <w:r>
        <w:rPr>
          <w:b/>
          <w:bCs/>
        </w:rPr>
        <w:t xml:space="preserve">You must know that Akakiy Akakievitch's cloak served as an object of</w:t>
      </w:r>
      <w:r>
        <w:rPr>
          <w:b/>
          <w:bCs/>
        </w:rPr>
        <w:t xml:space="preserve"> </w:t>
      </w:r>
      <w:r>
        <w:rPr>
          <w:b/>
          <w:bCs/>
          <w:u w:val="single"/>
        </w:rPr>
        <w:t xml:space="preserve">ridicule</w:t>
      </w:r>
      <w:r>
        <w:rPr>
          <w:b/>
          <w:bCs/>
        </w:rPr>
        <w:t xml:space="preserve"> </w:t>
      </w:r>
      <w:r>
        <w:rPr>
          <w:b/>
          <w:bCs/>
        </w:rPr>
        <w:t xml:space="preserve">to the officials: they even refused it the noble name of cloak, and called it a cape.</w:t>
      </w:r>
      <w:r>
        <w:br/>
      </w:r>
      <w:r>
        <w:t xml:space="preserve">    (a) mock (make fun of); or the language or behavior that does so</w:t>
      </w:r>
      <w:r>
        <w:br/>
      </w:r>
      <w:r>
        <w:t xml:space="preserve">    (b) provide investment funds for something -- such as a business</w:t>
      </w:r>
      <w:r>
        <w:br/>
      </w:r>
      <w:r>
        <w:t xml:space="preserve">    (c) ignore someone's wishes or cause inconvenience or discomfort</w:t>
      </w:r>
    </w:p>
    <w:p>
      <w:pPr>
        <w:pStyle w:val="Compact"/>
        <w:numPr>
          <w:ilvl w:val="0"/>
          <w:numId w:val="1001"/>
        </w:numPr>
      </w:pPr>
      <w:r>
        <w:rPr>
          <w:b/>
          <w:bCs/>
        </w:rPr>
        <w:t xml:space="preserve">After which he again lifted the general-</w:t>
      </w:r>
      <w:r>
        <w:rPr>
          <w:b/>
          <w:bCs/>
          <w:u w:val="single"/>
        </w:rPr>
        <w:t xml:space="preserve">adorned</w:t>
      </w:r>
      <w:r>
        <w:rPr>
          <w:b/>
          <w:bCs/>
        </w:rPr>
        <w:t xml:space="preserve"> </w:t>
      </w:r>
      <w:r>
        <w:rPr>
          <w:b/>
          <w:bCs/>
        </w:rPr>
        <w:t xml:space="preserve">lid with its bit of pasted paper, and having stuffed his nose with snuff, closed and put away the snuff-box, and said finally, "No, it is impossible to mend it; it's a wretched garment!"</w:t>
      </w:r>
      <w:r>
        <w:br/>
      </w:r>
      <w:r>
        <w:t xml:space="preserve">    (a) postponed</w:t>
      </w:r>
      <w:r>
        <w:br/>
      </w:r>
      <w:r>
        <w:t xml:space="preserve">    (b) disagreed</w:t>
      </w:r>
      <w:r>
        <w:br/>
      </w:r>
      <w:r>
        <w:t xml:space="preserve">    (c) decorated</w:t>
      </w:r>
    </w:p>
    <w:p>
      <w:pPr>
        <w:pStyle w:val="Compact"/>
        <w:numPr>
          <w:ilvl w:val="0"/>
          <w:numId w:val="1001"/>
        </w:numPr>
      </w:pPr>
      <w:r>
        <w:rPr>
          <w:b/>
          <w:bCs/>
        </w:rPr>
        <w:t xml:space="preserve">They bought some very good cloth, and at a reasonable rate too, for they had been considering the matter for six months, and rarely let a month pass without their visiting the shops to</w:t>
      </w:r>
      <w:r>
        <w:rPr>
          <w:b/>
          <w:bCs/>
        </w:rPr>
        <w:t xml:space="preserve"> </w:t>
      </w:r>
      <w:r>
        <w:rPr>
          <w:b/>
          <w:bCs/>
          <w:u w:val="single"/>
        </w:rPr>
        <w:t xml:space="preserve">inquire</w:t>
      </w:r>
      <w:r>
        <w:rPr>
          <w:b/>
          <w:bCs/>
        </w:rPr>
        <w:t xml:space="preserve"> </w:t>
      </w:r>
      <w:r>
        <w:rPr>
          <w:b/>
          <w:bCs/>
        </w:rPr>
        <w:t xml:space="preserve">prices.</w:t>
      </w:r>
      <w:r>
        <w:br/>
      </w:r>
      <w:r>
        <w:t xml:space="preserve">    (a) interact again or interest again</w:t>
      </w:r>
      <w:r>
        <w:br/>
      </w:r>
      <w:r>
        <w:t xml:space="preserve">    (b) genetic change through evolution</w:t>
      </w:r>
      <w:r>
        <w:br/>
      </w:r>
      <w:r>
        <w:t xml:space="preserve">    (c) ask about or look into something</w:t>
      </w:r>
    </w:p>
    <w:p>
      <w:pPr>
        <w:pStyle w:val="Compact"/>
        <w:numPr>
          <w:ilvl w:val="0"/>
          <w:numId w:val="1001"/>
        </w:numPr>
      </w:pPr>
      <w:r>
        <w:rPr>
          <w:b/>
          <w:bCs/>
        </w:rPr>
        <w:t xml:space="preserve">And long after dinner he laughed again when the condition of the "cape"</w:t>
      </w:r>
      <w:r>
        <w:rPr>
          <w:b/>
          <w:bCs/>
        </w:rPr>
        <w:t xml:space="preserve"> </w:t>
      </w:r>
      <w:r>
        <w:rPr>
          <w:b/>
          <w:bCs/>
          <w:u w:val="single"/>
        </w:rPr>
        <w:t xml:space="preserve">recurred</w:t>
      </w:r>
      <w:r>
        <w:rPr>
          <w:b/>
          <w:bCs/>
        </w:rPr>
        <w:t xml:space="preserve"> </w:t>
      </w:r>
      <w:r>
        <w:rPr>
          <w:b/>
          <w:bCs/>
        </w:rPr>
        <w:t xml:space="preserve">to his mind.</w:t>
      </w:r>
      <w:r>
        <w:br/>
      </w:r>
      <w:r>
        <w:t xml:space="preserve">    (a) happened again</w:t>
      </w:r>
      <w:r>
        <w:br/>
      </w:r>
      <w:r>
        <w:t xml:space="preserve">    (b) began fighting</w:t>
      </w:r>
      <w:r>
        <w:br/>
      </w:r>
      <w:r>
        <w:t xml:space="preserve">    (c) not translated</w:t>
      </w:r>
    </w:p>
    <w:p>
      <w:pPr>
        <w:pStyle w:val="Compact"/>
        <w:numPr>
          <w:ilvl w:val="0"/>
          <w:numId w:val="1001"/>
        </w:numPr>
      </w:pPr>
      <w:r>
        <w:rPr>
          <w:b/>
          <w:bCs/>
        </w:rPr>
        <w:t xml:space="preserve">Others were shut, but,</w:t>
      </w:r>
      <w:r>
        <w:rPr>
          <w:b/>
          <w:bCs/>
        </w:rPr>
        <w:t xml:space="preserve"> </w:t>
      </w:r>
      <w:r>
        <w:rPr>
          <w:b/>
          <w:bCs/>
          <w:u w:val="single"/>
        </w:rPr>
        <w:t xml:space="preserve">nevertheless</w:t>
      </w:r>
      <w:r>
        <w:rPr>
          <w:b/>
          <w:bCs/>
        </w:rPr>
        <w:t xml:space="preserve">, showed a streak of light the whole length of the door-crack, indicating that they were not yet free of company, and that probably some domestics, male and female, were finishing their stories and conversations whilst leaving their masters in complete ignorance as to their whereabouts.</w:t>
      </w:r>
      <w:r>
        <w:br/>
      </w:r>
      <w:r>
        <w:t xml:space="preserve">    (a) therefore (for that reason)</w:t>
      </w:r>
      <w:r>
        <w:br/>
      </w:r>
      <w:r>
        <w:t xml:space="preserve">    (b) in keeping with or in agreement with what was just stated</w:t>
      </w:r>
      <w:r>
        <w:br/>
      </w:r>
      <w:r>
        <w:t xml:space="preserve">    (c) despite that (used to connect contrasting ideas)</w:t>
      </w:r>
    </w:p>
    <w:p>
      <w:pPr>
        <w:pStyle w:val="Compact"/>
        <w:numPr>
          <w:ilvl w:val="0"/>
          <w:numId w:val="1001"/>
        </w:numPr>
      </w:pPr>
      <w:r>
        <w:rPr>
          <w:b/>
          <w:bCs/>
        </w:rPr>
        <w:t xml:space="preserve">When he told her about the affair, she clasped her hands, and said that he must go straight to the district chief of police, for his</w:t>
      </w:r>
      <w:r>
        <w:rPr>
          <w:b/>
          <w:bCs/>
        </w:rPr>
        <w:t xml:space="preserve"> </w:t>
      </w:r>
      <w:r>
        <w:rPr>
          <w:b/>
          <w:bCs/>
          <w:u w:val="single"/>
        </w:rPr>
        <w:t xml:space="preserve">subordinate</w:t>
      </w:r>
      <w:r>
        <w:rPr>
          <w:b/>
          <w:bCs/>
        </w:rPr>
        <w:t xml:space="preserve"> </w:t>
      </w:r>
      <w:r>
        <w:rPr>
          <w:b/>
          <w:bCs/>
        </w:rPr>
        <w:t xml:space="preserve">would turn up his nose, promise well, and drop the matter there.</w:t>
      </w:r>
      <w:r>
        <w:br/>
      </w:r>
      <w:r>
        <w:t xml:space="preserve">    (a) prepare food in a way that keeps it from spoiling</w:t>
      </w:r>
      <w:r>
        <w:br/>
      </w:r>
      <w:r>
        <w:t xml:space="preserve">    (b) treat as a particular type that is considered bad</w:t>
      </w:r>
      <w:r>
        <w:br/>
      </w:r>
      <w:r>
        <w:t xml:space="preserve">    (c) less important or subservient; or to rank as such</w:t>
      </w:r>
    </w:p>
    <w:p>
      <w:pPr>
        <w:pStyle w:val="Compact"/>
        <w:numPr>
          <w:ilvl w:val="0"/>
          <w:numId w:val="1001"/>
        </w:numPr>
      </w:pPr>
      <w:r>
        <w:rPr>
          <w:b/>
          <w:bCs/>
        </w:rPr>
        <w:t xml:space="preserve">So that at last, for once in his life, Akakiy Akakievitch felt an inclination to show some spirit, and said</w:t>
      </w:r>
      <w:r>
        <w:rPr>
          <w:b/>
          <w:bCs/>
        </w:rPr>
        <w:t xml:space="preserve"> </w:t>
      </w:r>
      <w:r>
        <w:rPr>
          <w:b/>
          <w:bCs/>
          <w:u w:val="single"/>
        </w:rPr>
        <w:t xml:space="preserve">curtly</w:t>
      </w:r>
      <w:r>
        <w:rPr>
          <w:b/>
          <w:bCs/>
        </w:rPr>
        <w:t xml:space="preserve"> </w:t>
      </w:r>
      <w:r>
        <w:rPr>
          <w:b/>
          <w:bCs/>
        </w:rPr>
        <w:t xml:space="preserve">that he must see the chief in person; that they ought not to presume to refuse him entrance; that he came from the department of justice, and that when he complained of them, they would see.</w:t>
      </w:r>
      <w:r>
        <w:br/>
      </w:r>
      <w:r>
        <w:t xml:space="preserve">    (a) in a manner that is the most exciting or important part of a series of events</w:t>
      </w:r>
      <w:r>
        <w:br/>
      </w:r>
      <w:r>
        <w:t xml:space="preserve">    (b) in a manner that uses few words or is abrupt and perhaps discourteous or rude</w:t>
      </w:r>
      <w:r>
        <w:br/>
      </w:r>
      <w:r>
        <w:t xml:space="preserve">    (c) in a manner that makes uncomfortable (weighs heavily on the senses or spirit)</w:t>
      </w:r>
    </w:p>
    <w:p>
      <w:pPr>
        <w:pStyle w:val="Compact"/>
        <w:numPr>
          <w:ilvl w:val="0"/>
          <w:numId w:val="1001"/>
        </w:numPr>
      </w:pPr>
      <w:r>
        <w:rPr>
          <w:b/>
          <w:bCs/>
        </w:rPr>
        <w:t xml:space="preserve">His ordinary converse with his</w:t>
      </w:r>
      <w:r>
        <w:rPr>
          <w:b/>
          <w:bCs/>
        </w:rPr>
        <w:t xml:space="preserve"> </w:t>
      </w:r>
      <w:r>
        <w:rPr>
          <w:b/>
          <w:bCs/>
          <w:u w:val="single"/>
        </w:rPr>
        <w:t xml:space="preserve">inferiors</w:t>
      </w:r>
      <w:r>
        <w:rPr>
          <w:b/>
          <w:bCs/>
        </w:rPr>
        <w:t xml:space="preserve"> </w:t>
      </w:r>
      <w:r>
        <w:rPr>
          <w:b/>
          <w:bCs/>
        </w:rPr>
        <w:t xml:space="preserve">smacked of sternness, and consisted chiefly of three phrases: "How dare you?"</w:t>
      </w:r>
      <w:r>
        <w:br/>
      </w:r>
      <w:r>
        <w:t xml:space="preserve">    (a) People who are of lower rank or status</w:t>
      </w:r>
      <w:r>
        <w:br/>
      </w:r>
      <w:r>
        <w:t xml:space="preserve">    (b) theories on the origin of the universe</w:t>
      </w:r>
      <w:r>
        <w:br/>
      </w:r>
      <w:r>
        <w:t xml:space="preserve">    (c) things that affect a result or outcome</w:t>
      </w:r>
    </w:p>
    <w:p>
      <w:pPr>
        <w:pStyle w:val="Compact"/>
        <w:numPr>
          <w:ilvl w:val="0"/>
          <w:numId w:val="1001"/>
        </w:numPr>
      </w:pPr>
      <w:r>
        <w:rPr>
          <w:b/>
          <w:bCs/>
        </w:rPr>
        <w:t xml:space="preserve">And in</w:t>
      </w:r>
      <w:r>
        <w:rPr>
          <w:b/>
          <w:bCs/>
        </w:rPr>
        <w:t xml:space="preserve"> </w:t>
      </w:r>
      <w:r>
        <w:rPr>
          <w:b/>
          <w:bCs/>
          <w:u w:val="single"/>
        </w:rPr>
        <w:t xml:space="preserve">consequence</w:t>
      </w:r>
      <w:r>
        <w:rPr>
          <w:b/>
          <w:bCs/>
        </w:rPr>
        <w:t xml:space="preserve"> </w:t>
      </w:r>
      <w:r>
        <w:rPr>
          <w:b/>
          <w:bCs/>
        </w:rPr>
        <w:t xml:space="preserve">of such reflections he always remained in the same dumb state, uttering from time to time a few monosyllabic sounds, and thereby earning the name of the most wearisome of men.</w:t>
      </w:r>
      <w:r>
        <w:br/>
      </w:r>
      <w:r>
        <w:t xml:space="preserve">    (a) result</w:t>
      </w:r>
      <w:r>
        <w:br/>
      </w:r>
      <w:r>
        <w:t xml:space="preserve">    (b) battle</w:t>
      </w:r>
      <w:r>
        <w:br/>
      </w:r>
      <w:r>
        <w:t xml:space="preserve">    (c) memory</w:t>
      </w:r>
    </w:p>
    <w:p>
      <w:pPr>
        <w:pStyle w:val="Compact"/>
        <w:numPr>
          <w:ilvl w:val="0"/>
          <w:numId w:val="1001"/>
        </w:numPr>
      </w:pPr>
      <w:r>
        <w:rPr>
          <w:b/>
          <w:bCs/>
        </w:rPr>
        <w:t xml:space="preserve">The watchman said, "It's of no</w:t>
      </w:r>
      <w:r>
        <w:rPr>
          <w:b/>
          <w:bCs/>
        </w:rPr>
        <w:t xml:space="preserve"> </w:t>
      </w:r>
      <w:r>
        <w:rPr>
          <w:b/>
          <w:bCs/>
          <w:u w:val="single"/>
        </w:rPr>
        <w:t xml:space="preserve">consequence</w:t>
      </w:r>
      <w:r>
        <w:rPr>
          <w:b/>
          <w:bCs/>
        </w:rPr>
        <w:t xml:space="preserve">," and turned back instantly.</w:t>
      </w:r>
      <w:r>
        <w:br/>
      </w:r>
      <w:r>
        <w:t xml:space="preserve">    (a) sticks out</w:t>
      </w:r>
      <w:r>
        <w:br/>
      </w:r>
      <w:r>
        <w:t xml:space="preserve">    (b) importance</w:t>
      </w:r>
      <w:r>
        <w:br/>
      </w:r>
      <w:r>
        <w:t xml:space="preserve">    (c) translates</w:t>
      </w:r>
    </w:p>
    <w:p>
      <w:pPr>
        <w:pStyle w:val="Compact"/>
        <w:numPr>
          <w:ilvl w:val="0"/>
          <w:numId w:val="1001"/>
        </w:numPr>
      </w:pPr>
      <w:r>
        <w:rPr>
          <w:b/>
          <w:bCs/>
        </w:rPr>
        <w:t xml:space="preserve">A being disappeared who was protected by none, dear to none, interesting to none, and who never even attracted to himself the attention of those students of human nature who</w:t>
      </w:r>
      <w:r>
        <w:rPr>
          <w:b/>
          <w:bCs/>
        </w:rPr>
        <w:t xml:space="preserve"> </w:t>
      </w:r>
      <w:r>
        <w:rPr>
          <w:b/>
          <w:bCs/>
          <w:u w:val="single"/>
        </w:rPr>
        <w:t xml:space="preserve">omit</w:t>
      </w:r>
      <w:r>
        <w:rPr>
          <w:b/>
          <w:bCs/>
        </w:rPr>
        <w:t xml:space="preserve"> </w:t>
      </w:r>
      <w:r>
        <w:rPr>
          <w:b/>
          <w:bCs/>
        </w:rPr>
        <w:t xml:space="preserve">no opportunity of thrusting a pin through a common fly, and examining it under the microscope.</w:t>
      </w:r>
      <w:r>
        <w:br/>
      </w:r>
      <w:r>
        <w:t xml:space="preserve">    (a) fulfill one's highest potential</w:t>
      </w:r>
      <w:r>
        <w:br/>
      </w:r>
      <w:r>
        <w:t xml:space="preserve">    (b) to exclude or neglect something</w:t>
      </w:r>
      <w:r>
        <w:br/>
      </w:r>
      <w:r>
        <w:t xml:space="preserve">    (c) stop (something from happening)</w:t>
      </w:r>
    </w:p>
    <w:p>
      <w:pPr>
        <w:pStyle w:val="Compact"/>
        <w:numPr>
          <w:ilvl w:val="0"/>
          <w:numId w:val="1001"/>
        </w:numPr>
      </w:pPr>
      <w:r>
        <w:rPr>
          <w:b/>
          <w:bCs/>
        </w:rPr>
        <w:t xml:space="preserve">But the most noteworthy point was, that from that day forward the</w:t>
      </w:r>
      <w:r>
        <w:rPr>
          <w:b/>
          <w:bCs/>
        </w:rPr>
        <w:t xml:space="preserve"> </w:t>
      </w:r>
      <w:r>
        <w:rPr>
          <w:b/>
          <w:bCs/>
          <w:u w:val="single"/>
        </w:rPr>
        <w:t xml:space="preserve">apparition</w:t>
      </w:r>
      <w:r>
        <w:rPr>
          <w:b/>
          <w:bCs/>
        </w:rPr>
        <w:t xml:space="preserve"> </w:t>
      </w:r>
      <w:r>
        <w:rPr>
          <w:b/>
          <w:bCs/>
        </w:rPr>
        <w:t xml:space="preserve">of the dead tchinovnik ceased to be seen.</w:t>
      </w:r>
      <w:r>
        <w:br/>
      </w:r>
      <w:r>
        <w:t xml:space="preserve">    (a) a ghostlike figure or its appearance</w:t>
      </w:r>
      <w:r>
        <w:br/>
      </w:r>
      <w:r>
        <w:t xml:space="preserve">    (b) a Muslim religious teacher or leader</w:t>
      </w:r>
      <w:r>
        <w:br/>
      </w:r>
      <w:r>
        <w:t xml:space="preserve">    (c) lacking experience or sophistication</w:t>
      </w:r>
    </w:p>
    <w:p>
      <w:pPr>
        <w:pStyle w:val="Compact"/>
        <w:numPr>
          <w:ilvl w:val="0"/>
          <w:numId w:val="1001"/>
        </w:numPr>
      </w:pPr>
      <w:r>
        <w:rPr>
          <w:b/>
          <w:bCs/>
        </w:rPr>
        <w:t xml:space="preserve">But the most noteworthy point was, that from that day forward the apparition of the dead tchinovnik</w:t>
      </w:r>
      <w:r>
        <w:rPr>
          <w:b/>
          <w:bCs/>
        </w:rPr>
        <w:t xml:space="preserve"> </w:t>
      </w:r>
      <w:r>
        <w:rPr>
          <w:b/>
          <w:bCs/>
          <w:u w:val="single"/>
        </w:rPr>
        <w:t xml:space="preserve">ceased</w:t>
      </w:r>
      <w:r>
        <w:rPr>
          <w:b/>
          <w:bCs/>
        </w:rPr>
        <w:t xml:space="preserve"> </w:t>
      </w:r>
      <w:r>
        <w:rPr>
          <w:b/>
          <w:bCs/>
        </w:rPr>
        <w:t xml:space="preserve">to be seen.</w:t>
      </w:r>
      <w:r>
        <w:br/>
      </w:r>
      <w:r>
        <w:t xml:space="preserve">    (a) not taken on or adopted</w:t>
      </w:r>
      <w:r>
        <w:br/>
      </w:r>
      <w:r>
        <w:t xml:space="preserve">    (b) stopped or discontinued</w:t>
      </w:r>
      <w:r>
        <w:br/>
      </w:r>
      <w:r>
        <w:t xml:space="preserve">    (c) did in a particular way</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2026-07-31T19:10:27Z</dcterms:created>
  <dcterms:modified xsi:type="dcterms:W3CDTF">2026-07-31T19:10:27Z</dcterms:modified>
</cp:coreProperties>
</file>

<file path=docProps/custom.xml><?xml version="1.0" encoding="utf-8"?>
<Properties xmlns="http://schemas.openxmlformats.org/officeDocument/2006/custom-properties" xmlns:vt="http://schemas.openxmlformats.org/officeDocument/2006/docPropsVTypes"/>
</file>