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4c0a275e72b28843ddad279a7a62a7efbeb322"/>
    <w:p>
      <w:pPr>
        <w:pStyle w:val="Heading1"/>
      </w:pPr>
      <w:r>
        <w:rPr>
          <w:b/>
          <w:bCs/>
        </w:rPr>
        <w:t xml:space="preserve">The Outsiders</w:t>
      </w:r>
      <w:r>
        <w:br/>
      </w:r>
      <w:r>
        <w:rPr>
          <w:i/>
          <w:iCs/>
        </w:rPr>
        <w:t xml:space="preserve">S. E. Hinton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abide</w:t>
      </w:r>
      <w:r>
        <w:rPr>
          <w:b/>
          <w:bCs/>
        </w:rPr>
        <w:t xml:space="preserve"> </w:t>
      </w:r>
      <w:r>
        <w:rPr>
          <w:b/>
          <w:bCs/>
        </w:rPr>
        <w:t xml:space="preserve">their religious intolerance.</w:t>
      </w:r>
      <w:r>
        <w:br/>
      </w:r>
      <w:r>
        <w:t xml:space="preserve">    (a) criticize</w:t>
      </w:r>
      <w:r>
        <w:br/>
      </w:r>
      <w:r>
        <w:t xml:space="preserve">    (b) put up with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working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acquire</w:t>
      </w:r>
      <w:r>
        <w:rPr>
          <w:b/>
          <w:bCs/>
        </w:rPr>
        <w:t xml:space="preserve"> </w:t>
      </w:r>
      <w:r>
        <w:rPr>
          <w:b/>
          <w:bCs/>
        </w:rPr>
        <w:t xml:space="preserve">nuclear weapons.</w:t>
      </w:r>
      <w:r>
        <w:br/>
      </w:r>
      <w:r>
        <w:t xml:space="preserve">    (a) eliminate (get rid of)</w:t>
      </w:r>
      <w:r>
        <w:br/>
      </w:r>
      <w:r>
        <w:t xml:space="preserve">    (b) obtain (get)</w:t>
      </w:r>
      <w:r>
        <w:br/>
      </w:r>
      <w:r>
        <w:t xml:space="preserve">    (c) disguise or hide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employer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aghast</w:t>
      </w:r>
      <w:r>
        <w:rPr>
          <w:b/>
          <w:bCs/>
        </w:rPr>
        <w:t xml:space="preserve"> </w:t>
      </w:r>
      <w:r>
        <w:rPr>
          <w:b/>
          <w:bCs/>
        </w:rPr>
        <w:t xml:space="preserve">and fired her on the spot.</w:t>
      </w:r>
      <w:r>
        <w:br/>
      </w:r>
      <w:r>
        <w:t xml:space="preserve">    (a) confident</w:t>
      </w:r>
      <w:r>
        <w:br/>
      </w:r>
      <w:r>
        <w:t xml:space="preserve">    (b) shocked</w:t>
      </w:r>
      <w:r>
        <w:br/>
      </w:r>
      <w:r>
        <w:t xml:space="preserve">    (c) angry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cried out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agony</w:t>
      </w:r>
      <w:r>
        <w:rPr>
          <w:b/>
          <w:bCs/>
        </w:rPr>
        <w:t xml:space="preserve">.</w:t>
      </w:r>
      <w:r>
        <w:br/>
      </w:r>
      <w:r>
        <w:t xml:space="preserve">    (a) intense suffering</w:t>
      </w:r>
      <w:r>
        <w:br/>
      </w:r>
      <w:r>
        <w:t xml:space="preserve">    (b) intense anger</w:t>
      </w:r>
      <w:r>
        <w:br/>
      </w:r>
      <w:r>
        <w:t xml:space="preserve">    (c) sudden surprise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missed their warm relationship and was saddened by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aloofness</w:t>
      </w:r>
      <w:r>
        <w:rPr>
          <w:b/>
          <w:bCs/>
        </w:rPr>
        <w:t xml:space="preserve">.</w:t>
      </w:r>
      <w:r>
        <w:br/>
      </w:r>
      <w:r>
        <w:t xml:space="preserve">    (a) lack of respect</w:t>
      </w:r>
      <w:r>
        <w:br/>
      </w:r>
      <w:r>
        <w:t xml:space="preserve">    (b) lack of concentration</w:t>
      </w:r>
      <w:r>
        <w:br/>
      </w:r>
      <w:r>
        <w:t xml:space="preserve">    (c) lack of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Apparently</w:t>
      </w:r>
      <w:r>
        <w:rPr>
          <w:b/>
          <w:bCs/>
        </w:rPr>
        <w:t xml:space="preserve">, she was upset.</w:t>
      </w:r>
      <w:r>
        <w:br/>
      </w:r>
      <w:r>
        <w:t xml:space="preserve">    (a) at that moment</w:t>
      </w:r>
      <w:r>
        <w:br/>
      </w:r>
      <w:r>
        <w:t xml:space="preserve">    (b) as a parent</w:t>
      </w:r>
      <w:r>
        <w:br/>
      </w:r>
      <w:r>
        <w:t xml:space="preserve">    (c) it appears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doesn't fully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appreciate</w:t>
      </w:r>
      <w:r>
        <w:rPr>
          <w:b/>
          <w:bCs/>
        </w:rPr>
        <w:t xml:space="preserve"> </w:t>
      </w:r>
      <w:r>
        <w:rPr>
          <w:b/>
          <w:bCs/>
        </w:rPr>
        <w:t xml:space="preserve">our difficulties.</w:t>
      </w:r>
      <w:r>
        <w:br/>
      </w:r>
      <w:r>
        <w:t xml:space="preserve">    (a) explain</w:t>
      </w:r>
      <w:r>
        <w:br/>
      </w:r>
      <w:r>
        <w:t xml:space="preserve">    (b) understand</w:t>
      </w:r>
      <w:r>
        <w:br/>
      </w:r>
      <w:r>
        <w:t xml:space="preserve">    (c) increase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kind, beautiful and athletic, but her quick mind is her rarest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asset</w:t>
      </w:r>
      <w:r>
        <w:rPr>
          <w:b/>
          <w:bCs/>
        </w:rPr>
        <w:t xml:space="preserve">.</w:t>
      </w:r>
      <w:r>
        <w:br/>
      </w:r>
      <w:r>
        <w:t xml:space="preserve">    (a) weakness</w:t>
      </w:r>
      <w:r>
        <w:br/>
      </w:r>
      <w:r>
        <w:t xml:space="preserve">    (b) characteristic</w:t>
      </w:r>
      <w:r>
        <w:br/>
      </w:r>
      <w:r>
        <w:t xml:space="preserve">    (c) positive trait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hard to get her to consider a change because she is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way things are.</w:t>
      </w:r>
      <w:r>
        <w:br/>
      </w:r>
      <w:r>
        <w:t xml:space="preserve">    (a) stubborn</w:t>
      </w:r>
      <w:r>
        <w:br/>
      </w:r>
      <w:r>
        <w:t xml:space="preserve">    (b) satisfied</w:t>
      </w:r>
      <w:r>
        <w:br/>
      </w:r>
      <w:r>
        <w:t xml:space="preserve">    (c) concerned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days, she seems emotionally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detached</w:t>
      </w:r>
      <w:r>
        <w:rPr>
          <w:b/>
          <w:bCs/>
        </w:rPr>
        <w:t xml:space="preserve"> </w:t>
      </w:r>
      <w:r>
        <w:rPr>
          <w:b/>
          <w:bCs/>
        </w:rPr>
        <w:t xml:space="preserve">whenever she talks about him.</w:t>
      </w:r>
      <w:r>
        <w:br/>
      </w:r>
      <w:r>
        <w:t xml:space="preserve">    (a) connected</w:t>
      </w:r>
      <w:r>
        <w:br/>
      </w:r>
      <w:r>
        <w:t xml:space="preserve">    (b) heightened</w:t>
      </w:r>
      <w:r>
        <w:br/>
      </w:r>
      <w:r>
        <w:t xml:space="preserve">    (c) separated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to find a cure for the disease.</w:t>
      </w:r>
      <w:r>
        <w:br/>
      </w:r>
      <w:r>
        <w:t xml:space="preserve">    (a) hoping</w:t>
      </w:r>
      <w:r>
        <w:br/>
      </w:r>
      <w:r>
        <w:t xml:space="preserve">    (b) firmly planning</w:t>
      </w:r>
      <w:r>
        <w:br/>
      </w:r>
      <w:r>
        <w:t xml:space="preserve">    (c) without hope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dumbfounded</w:t>
      </w:r>
      <w:r>
        <w:rPr>
          <w:b/>
          <w:bCs/>
        </w:rPr>
        <w:t xml:space="preserve"> </w:t>
      </w:r>
      <w:r>
        <w:rPr>
          <w:b/>
          <w:bCs/>
        </w:rPr>
        <w:t xml:space="preserve">to answer.</w:t>
      </w:r>
      <w:r>
        <w:br/>
      </w:r>
      <w:r>
        <w:t xml:space="preserve">    (a) polite</w:t>
      </w:r>
      <w:r>
        <w:br/>
      </w:r>
      <w:r>
        <w:t xml:space="preserve">    (b) surprised</w:t>
      </w:r>
      <w:r>
        <w:br/>
      </w:r>
      <w:r>
        <w:t xml:space="preserve">    (c) unintelligent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found guilty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manslaughter</w:t>
      </w:r>
      <w:r>
        <w:rPr>
          <w:b/>
          <w:bCs/>
        </w:rPr>
        <w:t xml:space="preserve"> </w:t>
      </w:r>
      <w:r>
        <w:rPr>
          <w:b/>
          <w:bCs/>
        </w:rPr>
        <w:t xml:space="preserve">through gross negligence.</w:t>
      </w:r>
      <w:r>
        <w:br/>
      </w:r>
      <w:r>
        <w:t xml:space="preserve">    (a) intentional killing</w:t>
      </w:r>
      <w:r>
        <w:br/>
      </w:r>
      <w:r>
        <w:t xml:space="preserve">    (b) causing bodily harm</w:t>
      </w:r>
      <w:r>
        <w:br/>
      </w:r>
      <w:r>
        <w:t xml:space="preserve">    (c) unintentional killing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 exercise where the two divisions take part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mock</w:t>
      </w:r>
      <w:r>
        <w:rPr>
          <w:b/>
          <w:bCs/>
        </w:rPr>
        <w:t xml:space="preserve"> </w:t>
      </w:r>
      <w:r>
        <w:rPr>
          <w:b/>
          <w:bCs/>
        </w:rPr>
        <w:t xml:space="preserve">battle.</w:t>
      </w:r>
      <w:r>
        <w:br/>
      </w:r>
      <w:r>
        <w:t xml:space="preserve">    (a) high-casualty</w:t>
      </w:r>
      <w:r>
        <w:br/>
      </w:r>
      <w:r>
        <w:t xml:space="preserve">    (b) not real</w:t>
      </w:r>
      <w:r>
        <w:br/>
      </w:r>
      <w:r>
        <w:t xml:space="preserve">    (c) low-casualty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could she be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</w:t>
      </w:r>
      <w:r>
        <w:rPr>
          <w:b/>
          <w:bCs/>
        </w:rPr>
        <w:t xml:space="preserve"> </w:t>
      </w:r>
      <w:r>
        <w:rPr>
          <w:b/>
          <w:bCs/>
        </w:rPr>
        <w:t xml:space="preserve">about making him suffer?</w:t>
      </w:r>
      <w:r>
        <w:br/>
      </w:r>
      <w:r>
        <w:t xml:space="preserve">    (a) unconcerned</w:t>
      </w:r>
      <w:r>
        <w:br/>
      </w:r>
      <w:r>
        <w:t xml:space="preserve">    (b) dishonset</w:t>
      </w:r>
      <w:r>
        <w:br/>
      </w:r>
      <w:r>
        <w:t xml:space="preserve">    (c) happy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guiding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principle</w:t>
      </w:r>
      <w:r>
        <w:rPr>
          <w:b/>
          <w:bCs/>
        </w:rPr>
        <w:t xml:space="preserve"> </w:t>
      </w:r>
      <w:r>
        <w:rPr>
          <w:b/>
          <w:bCs/>
        </w:rPr>
        <w:t xml:space="preserve">is that everyone should be treated fairly.</w:t>
      </w:r>
      <w:r>
        <w:br/>
      </w:r>
      <w:r>
        <w:t xml:space="preserve">    (a) answer or result</w:t>
      </w:r>
      <w:r>
        <w:br/>
      </w:r>
      <w:r>
        <w:t xml:space="preserve">    (b) rule or belief</w:t>
      </w:r>
      <w:r>
        <w:br/>
      </w:r>
      <w:r>
        <w:t xml:space="preserve">    (c) complaint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recurring</w:t>
      </w:r>
      <w:r>
        <w:rPr>
          <w:b/>
          <w:bCs/>
        </w:rPr>
        <w:t xml:space="preserve"> </w:t>
      </w:r>
      <w:r>
        <w:rPr>
          <w:b/>
          <w:bCs/>
        </w:rPr>
        <w:t xml:space="preserve">nightmare.</w:t>
      </w:r>
      <w:r>
        <w:br/>
      </w:r>
      <w:r>
        <w:t xml:space="preserve">    (a) happening repeatedly</w:t>
      </w:r>
      <w:r>
        <w:br/>
      </w:r>
      <w:r>
        <w:t xml:space="preserve">    (b) when least expected</w:t>
      </w:r>
      <w:r>
        <w:br/>
      </w:r>
      <w:r>
        <w:t xml:space="preserve">    (c) frightening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putting a stop</w:t>
      </w:r>
      <w:r>
        <w:br/>
      </w:r>
      <w:r>
        <w:t xml:space="preserve">    (b) resistant</w:t>
      </w:r>
      <w:r>
        <w:br/>
      </w:r>
      <w:r>
        <w:t xml:space="preserve">    (c) with acceptance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read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sage</w:t>
      </w:r>
      <w:r>
        <w:rPr>
          <w:b/>
          <w:bCs/>
        </w:rPr>
        <w:t xml:space="preserve"> </w:t>
      </w:r>
      <w:r>
        <w:rPr>
          <w:b/>
          <w:bCs/>
        </w:rPr>
        <w:t xml:space="preserve">relationship advice at her blog.</w:t>
      </w:r>
      <w:r>
        <w:br/>
      </w:r>
      <w:r>
        <w:t xml:space="preserve">    (a) spicy</w:t>
      </w:r>
      <w:r>
        <w:br/>
      </w:r>
      <w:r>
        <w:t xml:space="preserve">    (b) shallow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, dreamy look as she thought about how life would change if she could get a good job.</w:t>
      </w:r>
      <w:r>
        <w:br/>
      </w:r>
      <w:r>
        <w:t xml:space="preserve">    (a) showing determination</w:t>
      </w:r>
      <w:r>
        <w:br/>
      </w:r>
      <w:r>
        <w:t xml:space="preserve">    (b) showing optimism</w:t>
      </w:r>
      <w:r>
        <w:br/>
      </w:r>
      <w:r>
        <w:t xml:space="preserve">    (c) showing longing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2026-07-31T16:03:25Z</dcterms:created>
  <dcterms:modified xsi:type="dcterms:W3CDTF">2026-07-31T16:03:25Z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