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b8f9e1bbe4899db7bc7bee0fb3c49830897bb4"/>
    <w:p>
      <w:pPr>
        <w:pStyle w:val="Heading1"/>
      </w:pPr>
      <w:r>
        <w:rPr>
          <w:b/>
          <w:bCs/>
        </w:rPr>
        <w:t xml:space="preserve">The Outsiders</w:t>
      </w:r>
      <w:r>
        <w:br/>
      </w:r>
      <w:r>
        <w:rPr>
          <w:i/>
          <w:iCs/>
        </w:rPr>
        <w:t xml:space="preserve">S. E. Hinton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wish they were more gray, because I hate most guys that have green eyes, but I have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</w:t>
      </w:r>
      <w:r>
        <w:rPr>
          <w:b/>
          <w:bCs/>
        </w:rPr>
        <w:t xml:space="preserve"> </w:t>
      </w:r>
      <w:r>
        <w:rPr>
          <w:b/>
          <w:bCs/>
        </w:rPr>
        <w:t xml:space="preserve">with what I have.</w:t>
      </w:r>
      <w:r>
        <w:br/>
      </w:r>
      <w:r>
        <w:t xml:space="preserve">    (a) unhappy</w:t>
      </w:r>
      <w:r>
        <w:br/>
      </w:r>
      <w:r>
        <w:t xml:space="preserve">    (b) satisfied</w:t>
      </w:r>
      <w:r>
        <w:br/>
      </w:r>
      <w:r>
        <w:t xml:space="preserve">    (c) stuck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get editorials in the paper for being a public disgrace one day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asset</w:t>
      </w:r>
      <w:r>
        <w:rPr>
          <w:b/>
          <w:bCs/>
        </w:rPr>
        <w:t xml:space="preserve"> </w:t>
      </w:r>
      <w:r>
        <w:rPr>
          <w:b/>
          <w:bCs/>
        </w:rPr>
        <w:t xml:space="preserve">to society the next.</w:t>
      </w:r>
      <w:r>
        <w:br/>
      </w:r>
      <w:r>
        <w:t xml:space="preserve">    (a) something of value</w:t>
      </w:r>
      <w:r>
        <w:br/>
      </w:r>
      <w:r>
        <w:t xml:space="preserve">    (b) something worthless</w:t>
      </w:r>
      <w:r>
        <w:br/>
      </w:r>
      <w:r>
        <w:t xml:space="preserve">    (c) something regrettable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famous for shoplifting and his black-handled switchblade (which he couldn't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acquired</w:t>
      </w:r>
      <w:r>
        <w:rPr>
          <w:b/>
          <w:bCs/>
        </w:rPr>
        <w:t xml:space="preserve"> </w:t>
      </w:r>
      <w:r>
        <w:rPr>
          <w:b/>
          <w:bCs/>
        </w:rPr>
        <w:t xml:space="preserve">without his first talent),</w:t>
      </w:r>
      <w:r>
        <w:br/>
      </w:r>
      <w:r>
        <w:t xml:space="preserve">    (a) obtained</w:t>
      </w:r>
      <w:r>
        <w:br/>
      </w:r>
      <w:r>
        <w:t xml:space="preserve">    (b) handled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"Nice-lookin' bruise you got there, kid."</w:t>
      </w:r>
      <w:r>
        <w:br/>
      </w:r>
      <w:r>
        <w:rPr>
          <w:b/>
          <w:bCs/>
        </w:rPr>
        <w:t xml:space="preserve">I touched my cheek gingerly. "Really?"</w:t>
      </w:r>
      <w:r>
        <w:br/>
      </w:r>
      <w:r>
        <w:rPr>
          <w:b/>
          <w:bCs/>
        </w:rPr>
        <w:t xml:space="preserve">Two-Bit nodded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sagely</w:t>
      </w:r>
      <w:r>
        <w:rPr>
          <w:b/>
          <w:bCs/>
        </w:rPr>
        <w:t xml:space="preserve">. "Nice cut, too."</w:t>
      </w:r>
      <w:r>
        <w:br/>
      </w:r>
      <w:r>
        <w:t xml:space="preserve">    (a) in the same manner as sagebrush in the wind</w:t>
      </w:r>
      <w:r>
        <w:br/>
      </w:r>
      <w:r>
        <w:t xml:space="preserve">    (b) like a wise person with experience</w:t>
      </w:r>
      <w:r>
        <w:br/>
      </w:r>
      <w:r>
        <w:t xml:space="preserve">    (c) with apparent reasonableness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"Okay," I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nonchalantly</w:t>
      </w:r>
      <w:r>
        <w:rPr>
          <w:b/>
          <w:bCs/>
        </w:rPr>
        <w:t xml:space="preserve">, "might as well."</w:t>
      </w:r>
      <w:r>
        <w:br/>
      </w:r>
      <w:r>
        <w:t xml:space="preserve">    (a) without concern</w:t>
      </w:r>
      <w:r>
        <w:br/>
      </w:r>
      <w:r>
        <w:t xml:space="preserve">    (b) in a hesitant manner</w:t>
      </w:r>
      <w:r>
        <w:br/>
      </w:r>
      <w:r>
        <w:t xml:space="preserve">    (c) with doubt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Cherry had said she wouldn't drink Dally's Coke if she was starving, and she meant it. It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 </w:t>
      </w:r>
      <w:r>
        <w:rPr>
          <w:b/>
          <w:bCs/>
        </w:rPr>
        <w:t xml:space="preserve">of the thing. But Marcia saw no reason to throw away a perfectly good, free Coke.</w:t>
      </w:r>
      <w:r>
        <w:br/>
      </w:r>
      <w:r>
        <w:t xml:space="preserve">    (a) health concern</w:t>
      </w:r>
      <w:r>
        <w:br/>
      </w:r>
      <w:r>
        <w:t xml:space="preserve">    (b) person in charge</w:t>
      </w:r>
      <w:r>
        <w:br/>
      </w:r>
      <w:r>
        <w:t xml:space="preserve">    (c) moral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Johnny, who was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law-abiding</w:t>
      </w:r>
      <w:r>
        <w:rPr>
          <w:b/>
          <w:bCs/>
        </w:rPr>
        <w:t xml:space="preserve"> </w:t>
      </w:r>
      <w:r>
        <w:rPr>
          <w:b/>
          <w:bCs/>
        </w:rPr>
        <w:t xml:space="preserve">of us, now carried in his back pocket a six-inch switchblade.</w:t>
      </w:r>
      <w:r>
        <w:br/>
      </w:r>
      <w:r>
        <w:t xml:space="preserve">    (a) obeying</w:t>
      </w:r>
      <w:r>
        <w:br/>
      </w:r>
      <w:r>
        <w:t xml:space="preserve">    (b) defying</w:t>
      </w:r>
      <w:r>
        <w:br/>
      </w:r>
      <w:r>
        <w:t xml:space="preserve">    (c) avoiding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Socs were always behind a wall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aloofness</w:t>
      </w:r>
      <w:r>
        <w:rPr>
          <w:b/>
          <w:bCs/>
        </w:rPr>
        <w:t xml:space="preserve">, careful not to let their real selves show through.</w:t>
      </w:r>
      <w:r>
        <w:br/>
      </w:r>
      <w:r>
        <w:t xml:space="preserve">    (a) nice cars and homes</w:t>
      </w:r>
      <w:r>
        <w:br/>
      </w:r>
      <w:r>
        <w:t xml:space="preserve">    (b) acting superior</w:t>
      </w:r>
      <w:r>
        <w:br/>
      </w:r>
      <w:r>
        <w:t xml:space="preserve">    (c) heavy makeup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"Well," Cherry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resignedly</w:t>
      </w:r>
      <w:r>
        <w:rPr>
          <w:b/>
          <w:bCs/>
        </w:rPr>
        <w:t xml:space="preserve">, "they've spotted us."</w:t>
      </w:r>
      <w:r>
        <w:br/>
      </w:r>
      <w:r>
        <w:t xml:space="preserve">    (a) in a manner that is pointless</w:t>
      </w:r>
      <w:r>
        <w:br/>
      </w:r>
      <w:r>
        <w:t xml:space="preserve">    (b) accepting something undesirable as unavoidable</w:t>
      </w:r>
      <w:r>
        <w:br/>
      </w:r>
      <w:r>
        <w:t xml:space="preserve">    (c) without showing emotion or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"Gee," Johnny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wistfully</w:t>
      </w:r>
      <w:r>
        <w:rPr>
          <w:b/>
          <w:bCs/>
        </w:rPr>
        <w:t xml:space="preserve">, "it sure will be good to get into a car again."</w:t>
      </w:r>
      <w:r>
        <w:br/>
      </w:r>
      <w:r>
        <w:t xml:space="preserve">    (a) with longing</w:t>
      </w:r>
      <w:r>
        <w:br/>
      </w:r>
      <w:r>
        <w:t xml:space="preserve">    (b) with excitement</w:t>
      </w:r>
      <w:r>
        <w:br/>
      </w:r>
      <w:r>
        <w:t xml:space="preserve">    (c) persuasively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thought about turning ourselves in lots of times,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apparently</w:t>
      </w:r>
      <w:r>
        <w:rPr>
          <w:b/>
          <w:bCs/>
        </w:rPr>
        <w:t xml:space="preserve"> </w:t>
      </w:r>
      <w:r>
        <w:rPr>
          <w:b/>
          <w:bCs/>
        </w:rPr>
        <w:t xml:space="preserve">the whole idea was a jolt to Dallas.</w:t>
      </w:r>
      <w:r>
        <w:br/>
      </w:r>
      <w:r>
        <w:t xml:space="preserve">    (a) obviously</w:t>
      </w:r>
      <w:r>
        <w:br/>
      </w:r>
      <w:r>
        <w:t xml:space="preserve">    (b) surprisingly</w:t>
      </w:r>
      <w:r>
        <w:br/>
      </w:r>
      <w:r>
        <w:t xml:space="preserve">    (c) unfortunately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too worried and scared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appreciate</w:t>
      </w:r>
      <w:r>
        <w:rPr>
          <w:b/>
          <w:bCs/>
        </w:rPr>
        <w:t xml:space="preserve"> </w:t>
      </w:r>
      <w:r>
        <w:rPr>
          <w:b/>
          <w:bCs/>
        </w:rPr>
        <w:t xml:space="preserve">the fact that he was trying to be funny.</w:t>
      </w:r>
      <w:r>
        <w:br/>
      </w:r>
      <w:r>
        <w:t xml:space="preserve">    (a) debate</w:t>
      </w:r>
      <w:r>
        <w:br/>
      </w:r>
      <w:r>
        <w:t xml:space="preserve">    (b) understand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they were charging Johnny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manslaughter</w:t>
      </w:r>
      <w:r>
        <w:rPr>
          <w:b/>
          <w:bCs/>
        </w:rPr>
        <w:t xml:space="preserve">.</w:t>
      </w:r>
      <w:r>
        <w:br/>
      </w:r>
      <w:r>
        <w:t xml:space="preserve">    (a) unintentional killing</w:t>
      </w:r>
      <w:r>
        <w:br/>
      </w:r>
      <w:r>
        <w:t xml:space="preserve">    (b) murder without forethought</w:t>
      </w:r>
      <w:r>
        <w:br/>
      </w:r>
      <w:r>
        <w:t xml:space="preserve">    (c) murder with forethought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dream this dream and wake up in a cold sweat or screaming. ... Soda began sleeping with me, and it stopped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recurring</w:t>
      </w:r>
      <w:r>
        <w:rPr>
          <w:b/>
          <w:bCs/>
        </w:rPr>
        <w:t xml:space="preserve"> </w:t>
      </w:r>
      <w:r>
        <w:rPr>
          <w:b/>
          <w:bCs/>
        </w:rPr>
        <w:t xml:space="preserve">so often, but it happened often enough for Darry to take me to a doctor.</w:t>
      </w:r>
      <w:r>
        <w:br/>
      </w:r>
      <w:r>
        <w:t xml:space="preserve">    (a) happening repeatedly</w:t>
      </w:r>
      <w:r>
        <w:br/>
      </w:r>
      <w:r>
        <w:t xml:space="preserve">    (b) being so vivid</w:t>
      </w:r>
      <w:r>
        <w:br/>
      </w:r>
      <w:r>
        <w:t xml:space="preserve">    (c) causing wakefulness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"Ever consider working for a living?"</w:t>
      </w:r>
      <w:r>
        <w:br/>
      </w:r>
      <w:r>
        <w:rPr>
          <w:b/>
          <w:bCs/>
        </w:rPr>
        <w:t xml:space="preserve">"Work?" Two-Bit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aghast</w:t>
      </w:r>
      <w:r>
        <w:rPr>
          <w:b/>
          <w:bCs/>
        </w:rPr>
        <w:t xml:space="preserve">.</w:t>
      </w:r>
      <w:r>
        <w:br/>
      </w:r>
      <w:r>
        <w:t xml:space="preserve">    (a) shocked or surprised</w:t>
      </w:r>
      <w:r>
        <w:br/>
      </w:r>
      <w:r>
        <w:t xml:space="preserve">    (b) annoyed or irritated</w:t>
      </w:r>
      <w:r>
        <w:br/>
      </w:r>
      <w:r>
        <w:t xml:space="preserve">    (c) deeply 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Sodapop looked down at 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superiority, but Darry went on:</w:t>
      </w:r>
      <w:r>
        <w:br/>
      </w:r>
      <w:r>
        <w:t xml:space="preserve">    (a) pretend (not real)</w:t>
      </w:r>
      <w:r>
        <w:br/>
      </w:r>
      <w:r>
        <w:t xml:space="preserve">    (b) excessive</w:t>
      </w:r>
      <w:r>
        <w:br/>
      </w:r>
      <w:r>
        <w:t xml:space="preserve">    (c) undeserved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Living the way we do would only make him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to get somewhere.</w:t>
      </w:r>
      <w:r>
        <w:br/>
      </w:r>
      <w:r>
        <w:t xml:space="preserve">    (a) unlikely</w:t>
      </w:r>
      <w:r>
        <w:br/>
      </w:r>
      <w:r>
        <w:t xml:space="preserve">    (b) firm in purpose</w:t>
      </w:r>
      <w:r>
        <w:br/>
      </w:r>
      <w:r>
        <w:t xml:space="preserve">    (c) understanding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Numerous bruises along my back and on my face were throbbing, but I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pain, as if it wasn't really me feeling it.</w:t>
      </w:r>
      <w:r>
        <w:br/>
      </w:r>
      <w:r>
        <w:t xml:space="preserve">    (a) disabled</w:t>
      </w:r>
      <w:r>
        <w:br/>
      </w:r>
      <w:r>
        <w:t xml:space="preserve">    (b) separated</w:t>
      </w:r>
      <w:r>
        <w:br/>
      </w:r>
      <w:r>
        <w:t xml:space="preserve">    (c) focused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very still, and for a moment I thought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: He's dead already.</w:t>
      </w:r>
      <w:r>
        <w:br/>
      </w:r>
      <w:r>
        <w:t xml:space="preserve">    (a) complete confusion</w:t>
      </w:r>
      <w:r>
        <w:br/>
      </w:r>
      <w:r>
        <w:t xml:space="preserve">    (b) intense suffering</w:t>
      </w:r>
      <w:r>
        <w:br/>
      </w:r>
      <w:r>
        <w:t xml:space="preserve">    (c) intense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"Hate to tell you this, kiddo," the guy said dryly, "but you're bleedin' all over my car seats."</w:t>
      </w:r>
      <w:r>
        <w:br/>
      </w:r>
      <w:r>
        <w:rPr>
          <w:b/>
          <w:bCs/>
        </w:rPr>
        <w:t xml:space="preserve">I blinked. "I am?"</w:t>
      </w:r>
      <w:r>
        <w:br/>
      </w:r>
      <w:r>
        <w:rPr>
          <w:b/>
          <w:bCs/>
        </w:rPr>
        <w:t xml:space="preserve">"Your head."</w:t>
      </w:r>
      <w:r>
        <w:br/>
      </w:r>
      <w:r>
        <w:rPr>
          <w:b/>
          <w:bCs/>
        </w:rPr>
        <w:t xml:space="preserve">I reached up to scratch the side of my head where it'd been itching for a while, and when I looked at my hand it was smeared with blood. "Gosh, mister, I'm sorry," I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dumfounded</w:t>
      </w:r>
      <w:r>
        <w:rPr>
          <w:b/>
          <w:bCs/>
        </w:rPr>
        <w:t xml:space="preserve">.</w:t>
      </w:r>
      <w:r>
        <w:br/>
      </w:r>
      <w:r>
        <w:t xml:space="preserve">    (a) very sorry</w:t>
      </w:r>
      <w:r>
        <w:br/>
      </w:r>
      <w:r>
        <w:t xml:space="preserve">    (b) very carefully</w:t>
      </w:r>
      <w:r>
        <w:br/>
      </w:r>
      <w:r>
        <w:t xml:space="preserve">    (c) very surprised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2026-07-31T16:03:26Z</dcterms:created>
  <dcterms:modified xsi:type="dcterms:W3CDTF">2026-07-31T16:03:26Z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