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ab48cb238b38edd08fc8164281548759334229"/>
    <w:p>
      <w:pPr>
        <w:pStyle w:val="Heading1"/>
      </w:pPr>
      <w:r>
        <w:rPr>
          <w:b/>
          <w:bCs/>
        </w:rPr>
        <w:t xml:space="preserve">The Other Wes Moore</w:t>
      </w:r>
      <w:r>
        <w:br/>
      </w:r>
      <w:r>
        <w:rPr>
          <w:i/>
          <w:iCs/>
        </w:rPr>
        <w:t xml:space="preserve">Wes Moore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book is broken up into eight chapters, corresponding to eight years that had a</w:t>
      </w:r>
      <w:r>
        <w:rPr>
          <w:b/>
          <w:bCs/>
        </w:rPr>
        <w:t xml:space="preserve"> </w:t>
      </w:r>
      <w:r>
        <w:rPr>
          <w:b/>
          <w:bCs/>
          <w:u w:val="single"/>
        </w:rPr>
        <w:t xml:space="preserve">decisive</w:t>
      </w:r>
      <w:r>
        <w:rPr>
          <w:b/>
          <w:bCs/>
        </w:rPr>
        <w:t xml:space="preserve"> </w:t>
      </w:r>
      <w:r>
        <w:rPr>
          <w:b/>
          <w:bCs/>
        </w:rPr>
        <w:t xml:space="preserve">impact on our respective lives.</w:t>
      </w:r>
      <w:r>
        <w:br/>
      </w:r>
      <w:r>
        <w:t xml:space="preserve">    (a) relating to one-sided information that is purposefully spread to influence opinions</w:t>
      </w:r>
      <w:r>
        <w:br/>
      </w:r>
      <w:r>
        <w:t xml:space="preserve">    (b) able to be persuaded to do something by tempting with pleasure or something desired</w:t>
      </w:r>
      <w:r>
        <w:br/>
      </w:r>
      <w:r>
        <w:t xml:space="preserve">    (c) determining an outcome</w:t>
      </w:r>
    </w:p>
    <w:p>
      <w:pPr>
        <w:pStyle w:val="Compact"/>
        <w:numPr>
          <w:ilvl w:val="0"/>
          <w:numId w:val="1001"/>
        </w:numPr>
      </w:pPr>
      <w:r>
        <w:rPr>
          <w:b/>
          <w:bCs/>
        </w:rPr>
        <w:t xml:space="preserve">Their</w:t>
      </w:r>
      <w:r>
        <w:rPr>
          <w:b/>
          <w:bCs/>
        </w:rPr>
        <w:t xml:space="preserve"> </w:t>
      </w:r>
      <w:r>
        <w:rPr>
          <w:b/>
          <w:bCs/>
          <w:u w:val="single"/>
        </w:rPr>
        <w:t xml:space="preserve">decisive</w:t>
      </w:r>
      <w:r>
        <w:rPr>
          <w:b/>
          <w:bCs/>
        </w:rPr>
        <w:t xml:space="preserve"> </w:t>
      </w:r>
      <w:r>
        <w:rPr>
          <w:b/>
          <w:bCs/>
        </w:rPr>
        <w:t xml:space="preserve">movements showed they knew exactly where to go and what they were looking for.</w:t>
      </w:r>
      <w:r>
        <w:br/>
      </w:r>
      <w:r>
        <w:t xml:space="preserve">    (a) made by humans -- often to replace something that can be found in nature</w:t>
      </w:r>
      <w:r>
        <w:br/>
      </w:r>
      <w:r>
        <w:t xml:space="preserve">    (b) ability to make quick decisions</w:t>
      </w:r>
      <w:r>
        <w:br/>
      </w:r>
      <w:r>
        <w:t xml:space="preserve">    (c) the quality or degree of straightness, or absence of anything in between</w:t>
      </w:r>
    </w:p>
    <w:p>
      <w:pPr>
        <w:pStyle w:val="Compact"/>
        <w:numPr>
          <w:ilvl w:val="0"/>
          <w:numId w:val="1001"/>
        </w:numPr>
      </w:pPr>
      <w:r>
        <w:rPr>
          <w:b/>
          <w:bCs/>
        </w:rPr>
        <w:t xml:space="preserve">Despite the quick</w:t>
      </w:r>
      <w:r>
        <w:rPr>
          <w:b/>
          <w:bCs/>
        </w:rPr>
        <w:t xml:space="preserve"> </w:t>
      </w:r>
      <w:r>
        <w:rPr>
          <w:b/>
          <w:bCs/>
          <w:u w:val="single"/>
        </w:rPr>
        <w:t xml:space="preserve">engagement</w:t>
      </w:r>
      <w:r>
        <w:rPr>
          <w:b/>
          <w:bCs/>
        </w:rPr>
        <w:t xml:space="preserve">, they waited two years to get married, by which time Joy was a junior and Bill a recent graduate looking for work.</w:t>
      </w:r>
      <w:r>
        <w:br/>
      </w:r>
      <w:r>
        <w:t xml:space="preserve">    (a) the process or result of learning, discovering, or deciding</w:t>
      </w:r>
      <w:r>
        <w:br/>
      </w:r>
      <w:r>
        <w:t xml:space="preserve">    (b) person, organization, or anything with a separate existence</w:t>
      </w:r>
      <w:r>
        <w:br/>
      </w:r>
      <w:r>
        <w:t xml:space="preserve">    (c) agreement to marry</w:t>
      </w:r>
    </w:p>
    <w:p>
      <w:pPr>
        <w:pStyle w:val="Compact"/>
        <w:numPr>
          <w:ilvl w:val="0"/>
          <w:numId w:val="1001"/>
        </w:numPr>
      </w:pPr>
      <w:r>
        <w:rPr>
          <w:b/>
          <w:bCs/>
        </w:rPr>
        <w:t xml:space="preserve">I have fought battles I should not have</w:t>
      </w:r>
      <w:r>
        <w:rPr>
          <w:b/>
          <w:bCs/>
        </w:rPr>
        <w:t xml:space="preserve"> </w:t>
      </w:r>
      <w:r>
        <w:rPr>
          <w:b/>
          <w:bCs/>
          <w:u w:val="single"/>
        </w:rPr>
        <w:t xml:space="preserve">engaged</w:t>
      </w:r>
      <w:r>
        <w:rPr>
          <w:b/>
          <w:bCs/>
        </w:rPr>
        <w:t xml:space="preserve"> </w:t>
      </w:r>
      <w:r>
        <w:rPr>
          <w:b/>
          <w:bCs/>
        </w:rPr>
        <w:t xml:space="preserve">in, and walked away from causes that needed and deserved a champion.</w:t>
      </w:r>
      <w:r>
        <w:br/>
      </w:r>
      <w:r>
        <w:t xml:space="preserve">    (a) been involved</w:t>
      </w:r>
      <w:r>
        <w:br/>
      </w:r>
      <w:r>
        <w:t xml:space="preserve">    (b) studying</w:t>
      </w:r>
      <w:r>
        <w:br/>
      </w:r>
      <w:r>
        <w:t xml:space="preserve">    (c) promised to marry</w:t>
      </w:r>
    </w:p>
    <w:p>
      <w:pPr>
        <w:pStyle w:val="Compact"/>
        <w:numPr>
          <w:ilvl w:val="0"/>
          <w:numId w:val="1001"/>
        </w:numPr>
      </w:pPr>
      <w:r>
        <w:rPr>
          <w:b/>
          <w:bCs/>
        </w:rPr>
        <w:t xml:space="preserve">Marriage brought the sobering realities of life into</w:t>
      </w:r>
      <w:r>
        <w:rPr>
          <w:b/>
          <w:bCs/>
        </w:rPr>
        <w:t xml:space="preserve"> </w:t>
      </w:r>
      <w:r>
        <w:rPr>
          <w:b/>
          <w:bCs/>
          <w:u w:val="single"/>
        </w:rPr>
        <w:t xml:space="preserve">focus</w:t>
      </w:r>
      <w:r>
        <w:rPr>
          <w:b/>
          <w:bCs/>
        </w:rPr>
        <w:t xml:space="preserve">.</w:t>
      </w:r>
      <w:r>
        <w:br/>
      </w:r>
      <w:r>
        <w:t xml:space="preserve">    (a) a condition where the body cannot properly regulate blood sugar levels because it produces little or no insulin</w:t>
      </w:r>
      <w:r>
        <w:br/>
      </w:r>
      <w:r>
        <w:t xml:space="preserve">    (b) software that stops uninvited software from spreading between computers and causing damage to data and software</w:t>
      </w:r>
      <w:r>
        <w:br/>
      </w:r>
      <w:r>
        <w:t xml:space="preserve">    (c) view (a state where something can be seen clearly)</w:t>
      </w:r>
    </w:p>
    <w:p>
      <w:pPr>
        <w:pStyle w:val="Compact"/>
        <w:numPr>
          <w:ilvl w:val="0"/>
          <w:numId w:val="1001"/>
        </w:numPr>
      </w:pPr>
      <w:r>
        <w:rPr>
          <w:b/>
          <w:bCs/>
        </w:rPr>
        <w:t xml:space="preserve">When I returned to the States, I interned in Washington, D.C.,</w:t>
      </w:r>
      <w:r>
        <w:rPr>
          <w:b/>
          <w:bCs/>
        </w:rPr>
        <w:t xml:space="preserve"> </w:t>
      </w:r>
      <w:r>
        <w:rPr>
          <w:b/>
          <w:bCs/>
          <w:u w:val="single"/>
        </w:rPr>
        <w:t xml:space="preserve">focusing</w:t>
      </w:r>
      <w:r>
        <w:rPr>
          <w:b/>
          <w:bCs/>
        </w:rPr>
        <w:t xml:space="preserve"> </w:t>
      </w:r>
      <w:r>
        <w:rPr>
          <w:b/>
          <w:bCs/>
        </w:rPr>
        <w:t xml:space="preserve">on homeland security issues.</w:t>
      </w:r>
      <w:r>
        <w:br/>
      </w:r>
      <w:r>
        <w:t xml:space="preserve">    (a) stopping (something from happening)</w:t>
      </w:r>
      <w:r>
        <w:br/>
      </w:r>
      <w:r>
        <w:t xml:space="preserve">    (b) making someone want to do something</w:t>
      </w:r>
      <w:r>
        <w:br/>
      </w:r>
      <w:r>
        <w:t xml:space="preserve">    (c) concentrating</w:t>
      </w:r>
    </w:p>
    <w:p>
      <w:pPr>
        <w:pStyle w:val="Compact"/>
        <w:numPr>
          <w:ilvl w:val="0"/>
          <w:numId w:val="1001"/>
        </w:numPr>
      </w:pPr>
      <w:r>
        <w:rPr>
          <w:b/>
          <w:bCs/>
        </w:rPr>
        <w:t xml:space="preserve">But his face was unshaven, his clothes disheveled, his name unfamiliar, his address not in an</w:t>
      </w:r>
      <w:r>
        <w:rPr>
          <w:b/>
          <w:bCs/>
        </w:rPr>
        <w:t xml:space="preserve"> </w:t>
      </w:r>
      <w:r>
        <w:rPr>
          <w:b/>
          <w:bCs/>
          <w:u w:val="single"/>
        </w:rPr>
        <w:t xml:space="preserve">affluent</w:t>
      </w:r>
      <w:r>
        <w:rPr>
          <w:b/>
          <w:bCs/>
        </w:rPr>
        <w:t xml:space="preserve"> </w:t>
      </w:r>
      <w:r>
        <w:rPr>
          <w:b/>
          <w:bCs/>
        </w:rPr>
        <w:t xml:space="preserve">area.</w:t>
      </w:r>
      <w:r>
        <w:br/>
      </w:r>
      <w:r>
        <w:t xml:space="preserve">    (a) aka analytic -- relating to a theory of psychiatry</w:t>
      </w:r>
      <w:r>
        <w:br/>
      </w:r>
      <w:r>
        <w:t xml:space="preserve">    (b) people who are, or the condition of being, wealthy</w:t>
      </w:r>
      <w:r>
        <w:br/>
      </w:r>
      <w:r>
        <w:t xml:space="preserve">    (c) the trait of being difficult to meet and talk with</w:t>
      </w:r>
    </w:p>
    <w:p>
      <w:pPr>
        <w:pStyle w:val="Compact"/>
        <w:numPr>
          <w:ilvl w:val="0"/>
          <w:numId w:val="1001"/>
        </w:numPr>
      </w:pPr>
      <w:r>
        <w:rPr>
          <w:b/>
          <w:bCs/>
        </w:rPr>
        <w:t xml:space="preserve">Fear and</w:t>
      </w:r>
      <w:r>
        <w:rPr>
          <w:b/>
          <w:bCs/>
        </w:rPr>
        <w:t xml:space="preserve"> </w:t>
      </w:r>
      <w:r>
        <w:rPr>
          <w:b/>
          <w:bCs/>
          <w:u w:val="single"/>
        </w:rPr>
        <w:t xml:space="preserve">apathy</w:t>
      </w:r>
      <w:r>
        <w:rPr>
          <w:b/>
          <w:bCs/>
        </w:rPr>
        <w:t xml:space="preserve"> </w:t>
      </w:r>
      <w:r>
        <w:rPr>
          <w:b/>
          <w:bCs/>
        </w:rPr>
        <w:t xml:space="preserve">had become the new norm in what had once been a close-knit community.</w:t>
      </w:r>
      <w:r>
        <w:br/>
      </w:r>
      <w:r>
        <w:t xml:space="preserve">    (a) lack of interest and enthusiasm</w:t>
      </w:r>
      <w:r>
        <w:br/>
      </w:r>
      <w:r>
        <w:t xml:space="preserve">    (b) non-traditional or non-standard</w:t>
      </w:r>
      <w:r>
        <w:br/>
      </w:r>
      <w:r>
        <w:t xml:space="preserve">    (c) poor ability to make a decision</w:t>
      </w:r>
    </w:p>
    <w:p>
      <w:pPr>
        <w:pStyle w:val="Compact"/>
        <w:numPr>
          <w:ilvl w:val="0"/>
          <w:numId w:val="1001"/>
        </w:numPr>
      </w:pPr>
      <w:r>
        <w:rPr>
          <w:b/>
          <w:bCs/>
        </w:rPr>
        <w:t xml:space="preserve">One Sunday, they entered Mount Horeb Church in St. James Parish and were immediately impressed by the young,</w:t>
      </w:r>
      <w:r>
        <w:rPr>
          <w:b/>
          <w:bCs/>
        </w:rPr>
        <w:t xml:space="preserve"> </w:t>
      </w:r>
      <w:r>
        <w:rPr>
          <w:b/>
          <w:bCs/>
          <w:u w:val="single"/>
        </w:rPr>
        <w:t xml:space="preserve">dynamic</w:t>
      </w:r>
      <w:r>
        <w:rPr>
          <w:b/>
          <w:bCs/>
        </w:rPr>
        <w:t xml:space="preserve"> </w:t>
      </w:r>
      <w:r>
        <w:rPr>
          <w:b/>
          <w:bCs/>
        </w:rPr>
        <w:t xml:space="preserve">pastor, Josiah Thomas.</w:t>
      </w:r>
      <w:r>
        <w:br/>
      </w:r>
      <w:r>
        <w:t xml:space="preserve">    (a) energetic and enthusiastic</w:t>
      </w:r>
      <w:r>
        <w:br/>
      </w:r>
      <w:r>
        <w:t xml:space="preserve">    (b) able to be translated</w:t>
      </w:r>
      <w:r>
        <w:br/>
      </w:r>
      <w:r>
        <w:t xml:space="preserve">    (c) exactness or accuracy</w:t>
      </w:r>
    </w:p>
    <w:p>
      <w:pPr>
        <w:pStyle w:val="Compact"/>
        <w:numPr>
          <w:ilvl w:val="0"/>
          <w:numId w:val="1001"/>
        </w:numPr>
      </w:pPr>
      <w:r>
        <w:rPr>
          <w:b/>
          <w:bCs/>
        </w:rPr>
        <w:t xml:space="preserve">But even that</w:t>
      </w:r>
      <w:r>
        <w:rPr>
          <w:b/>
          <w:bCs/>
        </w:rPr>
        <w:t xml:space="preserve"> </w:t>
      </w:r>
      <w:r>
        <w:rPr>
          <w:b/>
          <w:bCs/>
          <w:u w:val="single"/>
        </w:rPr>
        <w:t xml:space="preserve">dynamic</w:t>
      </w:r>
      <w:r>
        <w:rPr>
          <w:b/>
          <w:bCs/>
        </w:rPr>
        <w:t xml:space="preserve"> </w:t>
      </w:r>
      <w:r>
        <w:rPr>
          <w:b/>
          <w:bCs/>
        </w:rPr>
        <w:t xml:space="preserve">wasn't unique; the same thing was happening in Wes's neighborhood, where Hopkins was the driving force of change, aimed at improving the quality of life for students and faculty.</w:t>
      </w:r>
      <w:r>
        <w:br/>
      </w:r>
      <w:r>
        <w:t xml:space="preserve">    (a) interaction of forces influencing a system</w:t>
      </w:r>
      <w:r>
        <w:br/>
      </w:r>
      <w:r>
        <w:t xml:space="preserve">    (b) an electronic component that acts like a one-way valve</w:t>
      </w:r>
      <w:r>
        <w:br/>
      </w:r>
      <w:r>
        <w:t xml:space="preserve">    (c) any substance that tends to increase the flow of urine</w:t>
      </w:r>
    </w:p>
    <w:p>
      <w:pPr>
        <w:pStyle w:val="Compact"/>
        <w:numPr>
          <w:ilvl w:val="0"/>
          <w:numId w:val="1001"/>
        </w:numPr>
      </w:pPr>
      <w:r>
        <w:rPr>
          <w:b/>
          <w:bCs/>
        </w:rPr>
        <w:t xml:space="preserve">The man who</w:t>
      </w:r>
      <w:r>
        <w:rPr>
          <w:b/>
          <w:bCs/>
        </w:rPr>
        <w:t xml:space="preserve"> </w:t>
      </w:r>
      <w:r>
        <w:rPr>
          <w:b/>
          <w:bCs/>
          <w:u w:val="single"/>
        </w:rPr>
        <w:t xml:space="preserve">mentored</w:t>
      </w:r>
      <w:r>
        <w:rPr>
          <w:b/>
          <w:bCs/>
        </w:rPr>
        <w:t xml:space="preserve">— and clothed—my grandfather followed his dreams and made history.</w:t>
      </w:r>
      <w:r>
        <w:br/>
      </w:r>
      <w:r>
        <w:t xml:space="preserve">    (a) worked or operated</w:t>
      </w:r>
      <w:r>
        <w:br/>
      </w:r>
      <w:r>
        <w:t xml:space="preserve">    (b) provided guidance to someone less experienced</w:t>
      </w:r>
      <w:r>
        <w:br/>
      </w:r>
      <w:r>
        <w:t xml:space="preserve">    (c) not disagreed with</w:t>
      </w:r>
    </w:p>
    <w:p>
      <w:pPr>
        <w:pStyle w:val="Compact"/>
        <w:numPr>
          <w:ilvl w:val="0"/>
          <w:numId w:val="1001"/>
        </w:numPr>
      </w:pPr>
      <w:r>
        <w:rPr>
          <w:b/>
          <w:bCs/>
        </w:rPr>
        <w:t xml:space="preserve">The Dutch Reformed Church, born in the Netherlands during the Reformation, had spread throughout Europe and around the world, and even eventually became the official religion of</w:t>
      </w:r>
      <w:r>
        <w:rPr>
          <w:b/>
          <w:bCs/>
        </w:rPr>
        <w:t xml:space="preserve"> </w:t>
      </w:r>
      <w:r>
        <w:rPr>
          <w:b/>
          <w:bCs/>
          <w:u w:val="single"/>
        </w:rPr>
        <w:t xml:space="preserve">apartheid</w:t>
      </w:r>
      <w:r>
        <w:rPr>
          <w:b/>
          <w:bCs/>
        </w:rPr>
        <w:t xml:space="preserve"> </w:t>
      </w:r>
      <w:r>
        <w:rPr>
          <w:b/>
          <w:bCs/>
        </w:rPr>
        <w:t xml:space="preserve">South Africa.</w:t>
      </w:r>
      <w:r>
        <w:br/>
      </w:r>
      <w:r>
        <w:t xml:space="preserve">    (a) a tradition that celebrates cultural differences</w:t>
      </w:r>
      <w:r>
        <w:br/>
      </w:r>
      <w:r>
        <w:t xml:space="preserve">    (b) a legal system that give equal rights to all citizens</w:t>
      </w:r>
      <w:r>
        <w:br/>
      </w:r>
      <w:r>
        <w:t xml:space="preserve">    (c) a system that unfairly treats people of a different race</w:t>
      </w:r>
    </w:p>
    <w:p>
      <w:pPr>
        <w:pStyle w:val="Compact"/>
        <w:numPr>
          <w:ilvl w:val="0"/>
          <w:numId w:val="1001"/>
        </w:numPr>
      </w:pPr>
      <w:r>
        <w:rPr>
          <w:b/>
          <w:bCs/>
        </w:rPr>
        <w:t xml:space="preserve">The deeper bruise,</w:t>
      </w:r>
      <w:r>
        <w:rPr>
          <w:b/>
          <w:bCs/>
        </w:rPr>
        <w:t xml:space="preserve"> </w:t>
      </w:r>
      <w:r>
        <w:rPr>
          <w:b/>
          <w:bCs/>
          <w:u w:val="single"/>
        </w:rPr>
        <w:t xml:space="preserve">however</w:t>
      </w:r>
      <w:r>
        <w:rPr>
          <w:b/>
          <w:bCs/>
        </w:rPr>
        <w:t xml:space="preserve">, Mary could do nothing about.</w:t>
      </w:r>
      <w:r>
        <w:br/>
      </w:r>
      <w:r>
        <w:t xml:space="preserve">    (a) a word used to connect contrasting ideas as when using</w:t>
      </w:r>
      <w:r>
        <w:t xml:space="preserve"> </w:t>
      </w:r>
      <w:r>
        <w:rPr>
          <w:i/>
          <w:iCs/>
        </w:rPr>
        <w:t xml:space="preserve">though</w:t>
      </w:r>
      <w:r>
        <w:t xml:space="preserve">,</w:t>
      </w:r>
      <w:r>
        <w:t xml:space="preserve"> </w:t>
      </w:r>
      <w:r>
        <w:rPr>
          <w:i/>
          <w:iCs/>
        </w:rPr>
        <w:t xml:space="preserve">in spite of that</w:t>
      </w:r>
      <w:r>
        <w:t xml:space="preserve">,</w:t>
      </w:r>
      <w:r>
        <w:t xml:space="preserve"> </w:t>
      </w:r>
      <w:r>
        <w:rPr>
          <w:i/>
          <w:iCs/>
        </w:rPr>
        <w:t xml:space="preserve">in contrast</w:t>
      </w:r>
      <w:r>
        <w:t xml:space="preserve">,</w:t>
      </w:r>
      <w:r>
        <w:t xml:space="preserve"> </w:t>
      </w:r>
      <w:r>
        <w:rPr>
          <w:i/>
          <w:iCs/>
        </w:rPr>
        <w:t xml:space="preserve">nevertheless</w:t>
      </w:r>
      <w:r>
        <w:t xml:space="preserve">, etc.</w:t>
      </w:r>
      <w:r>
        <w:br/>
      </w:r>
      <w:r>
        <w:t xml:space="preserve">    (b) in keeping with or in agreement with what was just stated</w:t>
      </w:r>
      <w:r>
        <w:br/>
      </w:r>
      <w:r>
        <w:t xml:space="preserve">    (c) therefore (for that reason)</w:t>
      </w:r>
    </w:p>
    <w:p>
      <w:pPr>
        <w:pStyle w:val="Compact"/>
        <w:numPr>
          <w:ilvl w:val="0"/>
          <w:numId w:val="1001"/>
        </w:numPr>
      </w:pPr>
      <w:r>
        <w:rPr>
          <w:b/>
          <w:bCs/>
        </w:rPr>
        <w:t xml:space="preserve">If I find anything out, I will tell you, and I will cooperate</w:t>
      </w:r>
      <w:r>
        <w:rPr>
          <w:b/>
          <w:bCs/>
        </w:rPr>
        <w:t xml:space="preserve"> </w:t>
      </w:r>
      <w:r>
        <w:rPr>
          <w:b/>
          <w:bCs/>
          <w:u w:val="single"/>
        </w:rPr>
        <w:t xml:space="preserve">however</w:t>
      </w:r>
      <w:r>
        <w:rPr>
          <w:b/>
          <w:bCs/>
        </w:rPr>
        <w:t xml:space="preserve"> </w:t>
      </w:r>
      <w:r>
        <w:rPr>
          <w:b/>
          <w:bCs/>
        </w:rPr>
        <w:t xml:space="preserve">I can, but right now I don't need to be questioned like I did something wrong.</w:t>
      </w:r>
      <w:r>
        <w:br/>
      </w:r>
      <w:r>
        <w:t xml:space="preserve">    (a) starts (a fire)</w:t>
      </w:r>
      <w:r>
        <w:br/>
      </w:r>
      <w:r>
        <w:t xml:space="preserve">    (b) starts fighting</w:t>
      </w:r>
      <w:r>
        <w:br/>
      </w:r>
      <w:r>
        <w:t xml:space="preserve">    (c) in whatever way</w:t>
      </w:r>
    </w:p>
    <w:p>
      <w:pPr>
        <w:pStyle w:val="Compact"/>
        <w:numPr>
          <w:ilvl w:val="0"/>
          <w:numId w:val="1001"/>
        </w:numPr>
      </w:pPr>
      <w:r>
        <w:rPr>
          <w:b/>
          <w:bCs/>
        </w:rPr>
        <w:t xml:space="preserve">As we stared at the markups on the wall, admiring the work of some of our</w:t>
      </w:r>
      <w:r>
        <w:rPr>
          <w:b/>
          <w:bCs/>
        </w:rPr>
        <w:t xml:space="preserve"> </w:t>
      </w:r>
      <w:r>
        <w:rPr>
          <w:b/>
          <w:bCs/>
          <w:u w:val="single"/>
        </w:rPr>
        <w:t xml:space="preserve">contemporaries</w:t>
      </w:r>
      <w:r>
        <w:rPr>
          <w:b/>
          <w:bCs/>
        </w:rPr>
        <w:t xml:space="preserve">, Shea reached over his shoulder, pulled the backpack in front of him, and slowly unzipped it.</w:t>
      </w:r>
      <w:r>
        <w:br/>
      </w:r>
      <w:r>
        <w:t xml:space="preserve">    (a) dreamlike states of altered consciousness</w:t>
      </w:r>
      <w:r>
        <w:br/>
      </w:r>
      <w:r>
        <w:t xml:space="preserve">    (b) works of fiction depicting a bleak future</w:t>
      </w:r>
      <w:r>
        <w:br/>
      </w:r>
      <w:r>
        <w:t xml:space="preserve">    (c) people of about the same age</w:t>
      </w:r>
    </w:p>
    <w:p>
      <w:pPr>
        <w:pStyle w:val="Compact"/>
        <w:numPr>
          <w:ilvl w:val="0"/>
          <w:numId w:val="1001"/>
        </w:numPr>
      </w:pPr>
      <w:r>
        <w:rPr>
          <w:b/>
          <w:bCs/>
        </w:rPr>
        <w:t xml:space="preserve">The plaid suits with large collars, the bushy mustaches and overdue haircuts, and the thick knotted ties were all obviously stylish back when he went to Oxford but looked a little funny through</w:t>
      </w:r>
      <w:r>
        <w:rPr>
          <w:b/>
          <w:bCs/>
        </w:rPr>
        <w:t xml:space="preserve"> </w:t>
      </w:r>
      <w:r>
        <w:rPr>
          <w:b/>
          <w:bCs/>
          <w:u w:val="single"/>
        </w:rPr>
        <w:t xml:space="preserve">contemporary</w:t>
      </w:r>
      <w:r>
        <w:rPr>
          <w:b/>
          <w:bCs/>
        </w:rPr>
        <w:t xml:space="preserve"> </w:t>
      </w:r>
      <w:r>
        <w:rPr>
          <w:b/>
          <w:bCs/>
        </w:rPr>
        <w:t xml:space="preserve">eyes.</w:t>
      </w:r>
      <w:r>
        <w:br/>
      </w:r>
      <w:r>
        <w:t xml:space="preserve">    (a) deserving no respect (worthless or of bad quality)</w:t>
      </w:r>
      <w:r>
        <w:br/>
      </w:r>
      <w:r>
        <w:t xml:space="preserve">    (b) aka analytic -- relating to a theory of psychiatry</w:t>
      </w:r>
      <w:r>
        <w:br/>
      </w:r>
      <w:r>
        <w:t xml:space="preserve">    (c) belonging to the present time</w:t>
      </w:r>
    </w:p>
    <w:p>
      <w:pPr>
        <w:pStyle w:val="Compact"/>
        <w:numPr>
          <w:ilvl w:val="0"/>
          <w:numId w:val="1001"/>
        </w:numPr>
      </w:pPr>
      <w:r>
        <w:rPr>
          <w:b/>
          <w:bCs/>
        </w:rPr>
        <w:t xml:space="preserve">"Ma, isn't it crazy that you just had a baby, and we just had a baby, and there is someone else at the table pregnant—" Tony cut himself off and</w:t>
      </w:r>
      <w:r>
        <w:rPr>
          <w:b/>
          <w:bCs/>
        </w:rPr>
        <w:t xml:space="preserve"> </w:t>
      </w:r>
      <w:r>
        <w:rPr>
          <w:b/>
          <w:bCs/>
          <w:u w:val="single"/>
        </w:rPr>
        <w:t xml:space="preserve">assumed</w:t>
      </w:r>
      <w:r>
        <w:rPr>
          <w:b/>
          <w:bCs/>
        </w:rPr>
        <w:t xml:space="preserve"> </w:t>
      </w:r>
      <w:r>
        <w:rPr>
          <w:b/>
          <w:bCs/>
        </w:rPr>
        <w:t xml:space="preserve">a surprised expression, as if he couldn't believe he'd let the news slip out.</w:t>
      </w:r>
      <w:r>
        <w:br/>
      </w:r>
      <w:r>
        <w:t xml:space="preserve">    (a) wrongly translated</w:t>
      </w:r>
      <w:r>
        <w:br/>
      </w:r>
      <w:r>
        <w:t xml:space="preserve">    (b) influenced opinion</w:t>
      </w:r>
      <w:r>
        <w:br/>
      </w:r>
      <w:r>
        <w:t xml:space="preserve">    (c) took on (an appearance)</w:t>
      </w:r>
    </w:p>
    <w:p>
      <w:pPr>
        <w:pStyle w:val="Compact"/>
        <w:numPr>
          <w:ilvl w:val="0"/>
          <w:numId w:val="1001"/>
        </w:numPr>
      </w:pPr>
      <w:r>
        <w:rPr>
          <w:b/>
          <w:bCs/>
        </w:rPr>
        <w:t xml:space="preserve">The reporter warned those watching that they should be</w:t>
      </w:r>
      <w:r>
        <w:rPr>
          <w:b/>
          <w:bCs/>
        </w:rPr>
        <w:t xml:space="preserve"> </w:t>
      </w:r>
      <w:r>
        <w:rPr>
          <w:b/>
          <w:bCs/>
          <w:u w:val="single"/>
        </w:rPr>
        <w:t xml:space="preserve">assumed</w:t>
      </w:r>
      <w:r>
        <w:rPr>
          <w:b/>
          <w:bCs/>
        </w:rPr>
        <w:t xml:space="preserve"> </w:t>
      </w:r>
      <w:r>
        <w:rPr>
          <w:b/>
          <w:bCs/>
        </w:rPr>
        <w:t xml:space="preserve">to be "armed and very dangerous."</w:t>
      </w:r>
      <w:r>
        <w:br/>
      </w:r>
      <w:r>
        <w:t xml:space="preserve">    (a) accepted as true (without proof)</w:t>
      </w:r>
      <w:r>
        <w:br/>
      </w:r>
      <w:r>
        <w:t xml:space="preserve">    (b) caused something to move forward</w:t>
      </w:r>
      <w:r>
        <w:br/>
      </w:r>
      <w:r>
        <w:t xml:space="preserve">    (c) not found, sought, or researched</w:t>
      </w:r>
    </w:p>
    <w:p>
      <w:pPr>
        <w:pStyle w:val="Compact"/>
        <w:numPr>
          <w:ilvl w:val="0"/>
          <w:numId w:val="1001"/>
        </w:numPr>
      </w:pPr>
      <w:r>
        <w:rPr>
          <w:b/>
          <w:bCs/>
        </w:rPr>
        <w:t xml:space="preserve">When these townships were</w:t>
      </w:r>
      <w:r>
        <w:rPr>
          <w:b/>
          <w:bCs/>
        </w:rPr>
        <w:t xml:space="preserve"> </w:t>
      </w:r>
      <w:r>
        <w:rPr>
          <w:b/>
          <w:bCs/>
          <w:u w:val="single"/>
        </w:rPr>
        <w:t xml:space="preserve">established</w:t>
      </w:r>
      <w:r>
        <w:rPr>
          <w:b/>
          <w:bCs/>
        </w:rPr>
        <w:t xml:space="preserve">, Afrikaners, or whites of Dutch ancestry, made up 9 percent of the population.</w:t>
      </w:r>
      <w:r>
        <w:br/>
      </w:r>
      <w:r>
        <w:t xml:space="preserve">    (a) accepted someone's membership though a special procedure such as a ceremony and/or period of instruction and/or test</w:t>
      </w:r>
      <w:r>
        <w:br/>
      </w:r>
      <w:r>
        <w:t xml:space="preserve">    (b) created</w:t>
      </w:r>
      <w:r>
        <w:br/>
      </w:r>
      <w:r>
        <w:t xml:space="preserve">    (c) examined an issue, got opinions by asking specific questions; and/or asked people for political support individually</w:t>
      </w:r>
    </w:p>
    <w:p>
      <w:pPr>
        <w:pStyle w:val="Compact"/>
        <w:numPr>
          <w:ilvl w:val="0"/>
          <w:numId w:val="1001"/>
        </w:numPr>
      </w:pPr>
      <w:r>
        <w:rPr>
          <w:b/>
          <w:bCs/>
        </w:rPr>
        <w:t xml:space="preserve">By</w:t>
      </w:r>
      <w:r>
        <w:rPr>
          <w:b/>
          <w:bCs/>
        </w:rPr>
        <w:t xml:space="preserve"> </w:t>
      </w:r>
      <w:r>
        <w:rPr>
          <w:b/>
          <w:bCs/>
          <w:u w:val="single"/>
        </w:rPr>
        <w:t xml:space="preserve">establishing</w:t>
      </w:r>
      <w:r>
        <w:rPr>
          <w:b/>
          <w:bCs/>
        </w:rPr>
        <w:t xml:space="preserve"> </w:t>
      </w:r>
      <w:r>
        <w:rPr>
          <w:b/>
          <w:bCs/>
        </w:rPr>
        <w:t xml:space="preserve">himself as the protagonist of his own story, he inspired me and countless other young people to see ourselves as capable of taking control of our own destinies, and to realize how each decision we make determines the course of our life stories.</w:t>
      </w:r>
      <w:r>
        <w:br/>
      </w:r>
      <w:r>
        <w:t xml:space="preserve">    (a) to gradually take something like control, property, or rights from another</w:t>
      </w:r>
      <w:r>
        <w:br/>
      </w:r>
      <w:r>
        <w:t xml:space="preserve">    (b) setting in place</w:t>
      </w:r>
      <w:r>
        <w:br/>
      </w:r>
      <w:r>
        <w:t xml:space="preserve">    (c) sticking out, attracting more attention than desired, or imposing on others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2026-07-31T18:24:55Z</dcterms:created>
  <dcterms:modified xsi:type="dcterms:W3CDTF">2026-07-31T18:24:55Z</dcterms:modified>
</cp:coreProperties>
</file>

<file path=docProps/custom.xml><?xml version="1.0" encoding="utf-8"?>
<Properties xmlns="http://schemas.openxmlformats.org/officeDocument/2006/custom-properties" xmlns:vt="http://schemas.openxmlformats.org/officeDocument/2006/docPropsVTypes"/>
</file>