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one-kiera-cass-vocabulary-in-context"/>
    <w:p>
      <w:pPr>
        <w:pStyle w:val="Heading1"/>
      </w:pPr>
      <w:r>
        <w:rPr>
          <w:b/>
          <w:bCs/>
        </w:rPr>
        <w:t xml:space="preserve">The One</w:t>
      </w:r>
      <w:r>
        <w:br/>
      </w:r>
      <w:r>
        <w:rPr>
          <w:i/>
          <w:iCs/>
        </w:rPr>
        <w:t xml:space="preserve">Kiera Cass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reached up and grabbed his ear immediately, 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demurely</w:t>
      </w:r>
      <w:r>
        <w:rPr>
          <w:b/>
          <w:bCs/>
        </w:rPr>
        <w:t xml:space="preserve"> </w:t>
      </w:r>
      <w:r>
        <w:rPr>
          <w:b/>
          <w:bCs/>
        </w:rPr>
        <w:t xml:space="preserve">did the same.</w:t>
      </w:r>
      <w:r>
        <w:br/>
      </w:r>
      <w:r>
        <w:t xml:space="preserve">    (a) in a quiet, modest, or shy manner  OR  (more rarely) pretending shyness in a playful way</w:t>
      </w:r>
      <w:r>
        <w:br/>
      </w:r>
      <w:r>
        <w:t xml:space="preserve">    (b) adequately (in a manner that provides enough -- often without being more than is needed)</w:t>
      </w:r>
      <w:r>
        <w:br/>
      </w:r>
      <w:r>
        <w:t xml:space="preserve">    (c) done in a rude or unfriendly manner because of using too few words or moving too quickly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asked, horrified, trying to think of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inconspicuous</w:t>
      </w:r>
      <w:r>
        <w:rPr>
          <w:b/>
          <w:bCs/>
        </w:rPr>
        <w:t xml:space="preserve"> </w:t>
      </w:r>
      <w:r>
        <w:rPr>
          <w:b/>
          <w:bCs/>
        </w:rPr>
        <w:t xml:space="preserve">way to check my breath.</w:t>
      </w:r>
      <w:r>
        <w:br/>
      </w:r>
      <w:r>
        <w:t xml:space="preserve">    (a) not very noticeable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my fault he's not taking you,"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.</w:t>
      </w:r>
      <w:r>
        <w:br/>
      </w:r>
      <w:r>
        <w:t xml:space="preserve">    (a) was abundant or plentiful</w:t>
      </w:r>
      <w:r>
        <w:br/>
      </w:r>
      <w:r>
        <w:t xml:space="preserve">    (b) thought -- possibly aloud</w:t>
      </w:r>
      <w:r>
        <w:br/>
      </w:r>
      <w:r>
        <w:t xml:space="preserve">    (c) expressed grief or regret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 </w:t>
      </w:r>
      <w:r>
        <w:rPr>
          <w:b/>
          <w:bCs/>
        </w:rPr>
        <w:t xml:space="preserve">that we don't?</w:t>
      </w:r>
      <w:r>
        <w:br/>
      </w:r>
      <w:r>
        <w:t xml:space="preserve">    (a) suggesting (saying indirectly)</w:t>
      </w:r>
      <w:r>
        <w:br/>
      </w:r>
      <w:r>
        <w:t xml:space="preserve">    (b) going back to a previous state</w:t>
      </w:r>
      <w:r>
        <w:br/>
      </w:r>
      <w:r>
        <w:t xml:space="preserve">    (c) acting in an official capacity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Destroying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monarchy</w:t>
      </w:r>
      <w:r>
        <w:rPr>
          <w:b/>
          <w:bCs/>
        </w:rPr>
        <w:t xml:space="preserve"> </w:t>
      </w:r>
      <w:r>
        <w:rPr>
          <w:b/>
          <w:bCs/>
        </w:rPr>
        <w:t xml:space="preserve">is more up the Southern rebels' alley.</w:t>
      </w:r>
      <w:r>
        <w:br/>
      </w:r>
      <w:r>
        <w:t xml:space="preserve">    (a) a usually brief state of mental confusion often accompanied by hallucinations</w:t>
      </w:r>
      <w:r>
        <w:br/>
      </w:r>
      <w:r>
        <w:t xml:space="preserve">    (b) a psychologist concerned with the treatment of abnormal thinking and behavior</w:t>
      </w:r>
      <w:r>
        <w:br/>
      </w:r>
      <w:r>
        <w:t xml:space="preserve">    (c)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genuinely</w:t>
      </w:r>
      <w:r>
        <w:rPr>
          <w:b/>
          <w:bCs/>
        </w:rPr>
        <w:t xml:space="preserve"> </w:t>
      </w:r>
      <w:r>
        <w:rPr>
          <w:b/>
          <w:bCs/>
        </w:rPr>
        <w:t xml:space="preserve">thought that when she spoke of duty she meant to her family or to her New Asian roots, not to the Northern rebels.</w:t>
      </w:r>
      <w:r>
        <w:br/>
      </w:r>
      <w:r>
        <w:t xml:space="preserve">    (a) mainly</w:t>
      </w:r>
      <w:r>
        <w:br/>
      </w:r>
      <w:r>
        <w:t xml:space="preserve">    (b) wisely</w:t>
      </w:r>
      <w:r>
        <w:br/>
      </w:r>
      <w:r>
        <w:t xml:space="preserve">    (c) really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day you made a point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humiliating</w:t>
      </w:r>
      <w:r>
        <w:rPr>
          <w:b/>
          <w:bCs/>
        </w:rPr>
        <w:t xml:space="preserve"> </w:t>
      </w:r>
      <w:r>
        <w:rPr>
          <w:b/>
          <w:bCs/>
        </w:rPr>
        <w:t xml:space="preserve">me, and yesterday you basically said I was an embarrassment.</w:t>
      </w:r>
      <w:r>
        <w:br/>
      </w:r>
      <w:r>
        <w:t xml:space="preserve">    (a) compensating for a loss; or paying a reward</w:t>
      </w:r>
      <w:r>
        <w:br/>
      </w:r>
      <w:r>
        <w:t xml:space="preserve">    (b) extremely embarrassing (decreasing dignity)</w:t>
      </w:r>
      <w:r>
        <w:br/>
      </w:r>
      <w:r>
        <w:t xml:space="preserve">    (c) protecting something or keeping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"Beginning today, the rebels intend to attack Twos and work their way down the castes," the king added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solemnly</w:t>
      </w:r>
      <w:r>
        <w:rPr>
          <w:b/>
          <w:bCs/>
        </w:rPr>
        <w:t xml:space="preserve">.</w:t>
      </w:r>
      <w:r>
        <w:br/>
      </w:r>
      <w:r>
        <w:t xml:space="preserve">    (a) in a manner that is not good</w:t>
      </w:r>
      <w:r>
        <w:br/>
      </w:r>
      <w:r>
        <w:t xml:space="preserve">    (b) in a manner that finds fault</w:t>
      </w:r>
      <w:r>
        <w:br/>
      </w:r>
      <w:r>
        <w:t xml:space="preserve">    (c) with seriousness and dignity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all I saw was his blond hair as he stared into his lap,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dejected</w:t>
      </w:r>
      <w:r>
        <w:rPr>
          <w:b/>
          <w:bCs/>
        </w:rPr>
        <w:t xml:space="preserve"> </w:t>
      </w:r>
      <w:r>
        <w:rPr>
          <w:b/>
          <w:bCs/>
        </w:rPr>
        <w:t xml:space="preserve">frown the only thing visible.</w:t>
      </w:r>
      <w:r>
        <w:br/>
      </w:r>
      <w:r>
        <w:t xml:space="preserve">    (a) feeling sad, disappointed, or low in spirits -- especially after a loss or setback</w:t>
      </w:r>
      <w:r>
        <w:br/>
      </w:r>
      <w:r>
        <w:t xml:space="preserve">    (b) an argument attributed to one's opponent that is weaker than their actual argument</w:t>
      </w:r>
      <w:r>
        <w:br/>
      </w:r>
      <w:r>
        <w:t xml:space="preserve">    (c) the quality of feeling angry or unhappy about having to accept something not liked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"Good," I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fidgeting</w:t>
      </w:r>
      <w:r>
        <w:rPr>
          <w:b/>
          <w:bCs/>
        </w:rPr>
        <w:t xml:space="preserve"> </w:t>
      </w:r>
      <w:r>
        <w:rPr>
          <w:b/>
          <w:bCs/>
        </w:rPr>
        <w:t xml:space="preserve">with my dress.</w:t>
      </w:r>
      <w:r>
        <w:br/>
      </w:r>
      <w:r>
        <w:t xml:space="preserve">    (a) telling someone about something</w:t>
      </w:r>
      <w:r>
        <w:br/>
      </w:r>
      <w:r>
        <w:t xml:space="preserve">    (b) commending or praising publicly</w:t>
      </w:r>
      <w:r>
        <w:br/>
      </w:r>
      <w:r>
        <w:t xml:space="preserve">    (c) making small restless movements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all these months of trying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reconcile</w:t>
      </w:r>
      <w:r>
        <w:rPr>
          <w:b/>
          <w:bCs/>
        </w:rPr>
        <w:t xml:space="preserve"> </w:t>
      </w:r>
      <w:r>
        <w:rPr>
          <w:b/>
          <w:bCs/>
        </w:rPr>
        <w:t xml:space="preserve">what I wanted and hoped for, I realized then—in this moment Maxon created just for us—that it would never make sense.</w:t>
      </w:r>
      <w:r>
        <w:br/>
      </w:r>
      <w:r>
        <w:t xml:space="preserve">    (a) notable difference</w:t>
      </w:r>
      <w:r>
        <w:br/>
      </w:r>
      <w:r>
        <w:t xml:space="preserve">    (b) gradually increase</w:t>
      </w:r>
      <w:r>
        <w:br/>
      </w:r>
      <w:r>
        <w:t xml:space="preserve">    (c) make compatible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Quotes from those polled edged the graph, saying that Celeste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positively</w:t>
      </w:r>
      <w:r>
        <w:rPr>
          <w:b/>
          <w:bCs/>
        </w:rPr>
        <w:t xml:space="preserve"> </w:t>
      </w:r>
      <w:r>
        <w:rPr>
          <w:b/>
          <w:bCs/>
        </w:rPr>
        <w:t xml:space="preserve">regal, though she was in third.</w:t>
      </w:r>
      <w:r>
        <w:br/>
      </w:r>
      <w:r>
        <w:t xml:space="preserve">    (a) with hard work</w:t>
      </w:r>
      <w:r>
        <w:br/>
      </w:r>
      <w:r>
        <w:t xml:space="preserve">    (b) without regret</w:t>
      </w:r>
      <w:r>
        <w:br/>
      </w:r>
      <w:r>
        <w:t xml:space="preserve">    (c) absolutely (used for emphasis)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 wipe the worry off my face and focus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things, but I realized there weren't any.</w:t>
      </w:r>
      <w:r>
        <w:br/>
      </w:r>
      <w:r>
        <w:t xml:space="preserve">    (a) not representative</w:t>
      </w:r>
      <w:r>
        <w:br/>
      </w:r>
      <w:r>
        <w:t xml:space="preserve">    (b) good</w:t>
      </w:r>
      <w:r>
        <w:br/>
      </w:r>
      <w:r>
        <w:t xml:space="preserve">    (c) impossible to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August had just said the Northerners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essentially</w:t>
      </w:r>
      <w:r>
        <w:rPr>
          <w:b/>
          <w:bCs/>
        </w:rPr>
        <w:t xml:space="preserve"> </w:t>
      </w:r>
      <w:r>
        <w:rPr>
          <w:b/>
          <w:bCs/>
        </w:rPr>
        <w:t xml:space="preserve">unarmed.</w:t>
      </w:r>
      <w:r>
        <w:br/>
      </w:r>
      <w:r>
        <w:t xml:space="preserve">    (a) basically (in all important respects; or relating to the basic nature of something)</w:t>
      </w:r>
      <w:r>
        <w:br/>
      </w:r>
      <w:r>
        <w:t xml:space="preserve">    (b) with an orientation that is straight up and down (90 degrees relative to the floor)</w:t>
      </w:r>
      <w:r>
        <w:br/>
      </w:r>
      <w:r>
        <w:t xml:space="preserve">    (c) in a manner that is extremely unpleasant, disgusting, dislikable, or worthy of hate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voice was small, but I could sense her joy in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acknowledged</w:t>
      </w:r>
      <w:r>
        <w:rPr>
          <w:b/>
          <w:bCs/>
        </w:rPr>
        <w:t xml:space="preserve">.</w:t>
      </w:r>
      <w:r>
        <w:br/>
      </w:r>
      <w:r>
        <w:t xml:space="preserve">    (a) translated</w:t>
      </w:r>
      <w:r>
        <w:br/>
      </w:r>
      <w:r>
        <w:t xml:space="preserve">    (b) recognized</w:t>
      </w:r>
      <w:r>
        <w:br/>
      </w:r>
      <w:r>
        <w:t xml:space="preserve">    (c) subtracted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Magistrates</w:t>
      </w:r>
      <w:r>
        <w:rPr>
          <w:b/>
          <w:bCs/>
        </w:rPr>
        <w:t xml:space="preserve"> </w:t>
      </w:r>
      <w:r>
        <w:rPr>
          <w:b/>
          <w:bCs/>
        </w:rPr>
        <w:t xml:space="preserve">do that.</w:t>
      </w:r>
      <w:r>
        <w:br/>
      </w:r>
      <w:r>
        <w:t xml:space="preserve">    (a) acts of interacting or getting interested again</w:t>
      </w:r>
      <w:r>
        <w:br/>
      </w:r>
      <w:r>
        <w:t xml:space="preserve">    (b) judges or civil authorities who conduct a court</w:t>
      </w:r>
      <w:r>
        <w:br/>
      </w:r>
      <w:r>
        <w:t xml:space="preserve">    (c) general feelings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supposed to place the branches at the foot of the king as a sign of peace toward our leader and our willingness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 the law.</w:t>
      </w:r>
      <w:r>
        <w:br/>
      </w:r>
      <w:r>
        <w:t xml:space="preserve">    (a) an involuntary vomiting spasm</w:t>
      </w:r>
      <w:r>
        <w:br/>
      </w:r>
      <w:r>
        <w:t xml:space="preserve">    (b) give in, give way, or give up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Maxon stared at his father, still not fully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comprehending</w:t>
      </w:r>
      <w:r>
        <w:rPr>
          <w:b/>
          <w:bCs/>
        </w:rPr>
        <w:t xml:space="preserve"> </w:t>
      </w:r>
      <w:r>
        <w:rPr>
          <w:b/>
          <w:bCs/>
        </w:rPr>
        <w:t xml:space="preserve">his words.</w:t>
      </w:r>
      <w:r>
        <w:br/>
      </w:r>
      <w:r>
        <w:t xml:space="preserve">    (a) concentrating</w:t>
      </w:r>
      <w:r>
        <w:br/>
      </w:r>
      <w:r>
        <w:t xml:space="preserve">    (b) bouncing back</w:t>
      </w:r>
      <w:r>
        <w:br/>
      </w:r>
      <w:r>
        <w:t xml:space="preserve">    (c)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Surely he could see how furious I still was, but in the seconds that had passed,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demeanor</w:t>
      </w:r>
      <w:r>
        <w:rPr>
          <w:b/>
          <w:bCs/>
        </w:rPr>
        <w:t xml:space="preserve"> </w:t>
      </w:r>
      <w:r>
        <w:rPr>
          <w:b/>
          <w:bCs/>
        </w:rPr>
        <w:t xml:space="preserve">had shifted completely.</w:t>
      </w:r>
      <w:r>
        <w:br/>
      </w:r>
      <w:r>
        <w:t xml:space="preserve">    (a) lacking experience or sophistication</w:t>
      </w:r>
      <w:r>
        <w:br/>
      </w:r>
      <w:r>
        <w:t xml:space="preserve">    (b) a Muslim religious teacher or leader</w:t>
      </w:r>
      <w:r>
        <w:br/>
      </w:r>
      <w:r>
        <w:t xml:space="preserve">    (c) the manner in which a person behaves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Lucy's feet really were too big, but with every attempt she laughed herself into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stupor</w:t>
      </w:r>
      <w:r>
        <w:rPr>
          <w:b/>
          <w:bCs/>
        </w:rPr>
        <w:t xml:space="preserve"> </w:t>
      </w:r>
      <w:r>
        <w:rPr>
          <w:b/>
          <w:bCs/>
        </w:rPr>
        <w:t xml:space="preserve">at May's antics, and I was doubled over watching it all.</w:t>
      </w:r>
      <w:r>
        <w:br/>
      </w:r>
      <w:r>
        <w:t xml:space="preserve">    (a) a small facility where patients receive treatment</w:t>
      </w:r>
      <w:r>
        <w:br/>
      </w:r>
      <w:r>
        <w:t xml:space="preserve">    (b) people who do not believe in the existence of god</w:t>
      </w:r>
      <w:r>
        <w:br/>
      </w:r>
      <w:r>
        <w:t xml:space="preserve">    (c) a state in which there is little ability to think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2026-07-31T19:46:41Z</dcterms:created>
  <dcterms:modified xsi:type="dcterms:W3CDTF">2026-07-31T19:46:41Z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