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77e219f1f9e2ca6f6b211f460fc35add9fd731"/>
    <w:p>
      <w:pPr>
        <w:pStyle w:val="Heading1"/>
      </w:pPr>
      <w:r>
        <w:rPr>
          <w:b/>
          <w:bCs/>
        </w:rPr>
        <w:t xml:space="preserve">The One and Only Ivan</w:t>
      </w:r>
      <w:r>
        <w:br/>
      </w:r>
      <w:r>
        <w:rPr>
          <w:i/>
          <w:iCs/>
        </w:rPr>
        <w:t xml:space="preserve">Katherine Applegate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circus doesn't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migrate</w:t>
      </w:r>
      <w:r>
        <w:rPr>
          <w:b/>
          <w:bCs/>
        </w:rPr>
        <w:t xml:space="preserve">.</w:t>
      </w:r>
      <w:r>
        <w:br/>
      </w:r>
      <w:r>
        <w:t xml:space="preserve">    (a) change</w:t>
      </w:r>
      <w:r>
        <w:br/>
      </w:r>
      <w:r>
        <w:t xml:space="preserve">    (b) move</w:t>
      </w:r>
      <w:r>
        <w:br/>
      </w:r>
      <w:r>
        <w:t xml:space="preserve">    (c) close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a while, when I was young and foolish, I thought I was the last gorilla on earth. I tried not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dwell</w:t>
      </w:r>
      <w:r>
        <w:rPr>
          <w:b/>
          <w:bCs/>
        </w:rPr>
        <w:t xml:space="preserve"> </w:t>
      </w:r>
      <w:r>
        <w:rPr>
          <w:b/>
          <w:bCs/>
        </w:rPr>
        <w:t xml:space="preserve">on it.</w:t>
      </w:r>
      <w:r>
        <w:br/>
      </w:r>
      <w:r>
        <w:t xml:space="preserve">    (a) think long</w:t>
      </w:r>
      <w:r>
        <w:br/>
      </w:r>
      <w:r>
        <w:t xml:space="preserve">    (b) prove</w:t>
      </w:r>
      <w:r>
        <w:br/>
      </w:r>
      <w:r>
        <w:t xml:space="preserve">    (c) count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Bob's tail makes me dizzy and confused. It has meanings within meanings, like human words. "I am sad," it says. "I am happy." It says, "Beware! I may be tiny, but my teeth are sharp."</w:t>
      </w:r>
      <w:r>
        <w:br/>
      </w:r>
      <w:r>
        <w:rPr>
          <w:b/>
          <w:bCs/>
        </w:rPr>
        <w:t xml:space="preserve">Gorillas don't have any use for tails. Our feelings are uncomplicated. Our rumps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unadorned</w:t>
      </w:r>
      <w:r>
        <w:rPr>
          <w:b/>
          <w:bCs/>
        </w:rPr>
        <w:t xml:space="preserve">.</w:t>
      </w:r>
      <w:r>
        <w:br/>
      </w:r>
      <w:r>
        <w:t xml:space="preserve">    (a) not appreciated</w:t>
      </w:r>
      <w:r>
        <w:br/>
      </w:r>
      <w:r>
        <w:t xml:space="preserve">    (b) not busy</w:t>
      </w:r>
      <w:r>
        <w:br/>
      </w:r>
      <w:r>
        <w:t xml:space="preserve">    (c) not decorated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Humans, I'd noticed, seem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irrationally</w:t>
      </w:r>
      <w:r>
        <w:rPr>
          <w:b/>
          <w:bCs/>
        </w:rPr>
        <w:t xml:space="preserve"> </w:t>
      </w:r>
      <w:r>
        <w:rPr>
          <w:b/>
          <w:bCs/>
        </w:rPr>
        <w:t xml:space="preserve">fond of dogs, and I could see why a puppy would be easier to cuddle with than, say, a gorilla.</w:t>
      </w:r>
      <w:r>
        <w:br/>
      </w:r>
      <w:r>
        <w:t xml:space="preserve">    (a) in a loving way</w:t>
      </w:r>
      <w:r>
        <w:br/>
      </w:r>
      <w:r>
        <w:t xml:space="preserve">    (b) as a habit</w:t>
      </w:r>
      <w:r>
        <w:br/>
      </w:r>
      <w:r>
        <w:t xml:space="preserve">    (c) unreasonably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a wild beast, my friend: untamed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undaunted</w:t>
      </w:r>
      <w:r>
        <w:rPr>
          <w:b/>
          <w:bCs/>
        </w:rPr>
        <w:t xml:space="preserve">.</w:t>
      </w:r>
      <w:r>
        <w:br/>
      </w:r>
      <w:r>
        <w:t xml:space="preserve">    (a) not civilized</w:t>
      </w:r>
      <w:r>
        <w:br/>
      </w:r>
      <w:r>
        <w:t xml:space="preserve">    (b) not afraid</w:t>
      </w:r>
      <w:r>
        <w:br/>
      </w:r>
      <w:r>
        <w:t xml:space="preserve">    (c) not a pet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smart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, but his gaze was wistful.</w:t>
      </w:r>
      <w:r>
        <w:br/>
      </w:r>
      <w:r>
        <w:t xml:space="preserve">    (a) quick</w:t>
      </w:r>
      <w:r>
        <w:br/>
      </w:r>
      <w:r>
        <w:t xml:space="preserve">    (b) handsome</w:t>
      </w:r>
      <w:r>
        <w:br/>
      </w:r>
      <w:r>
        <w:t xml:space="preserve">    (c) clever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holds up her drawing, eyeing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critically</w:t>
      </w:r>
      <w:r>
        <w:rPr>
          <w:b/>
          <w:bCs/>
        </w:rPr>
        <w:t xml:space="preserve">.</w:t>
      </w:r>
      <w:r>
        <w:br/>
      </w:r>
      <w:r>
        <w:t xml:space="preserve">    (a) with thoughtful judgment</w:t>
      </w:r>
      <w:r>
        <w:br/>
      </w:r>
      <w:r>
        <w:t xml:space="preserve">    (b) in a quick way</w:t>
      </w:r>
      <w:r>
        <w:br/>
      </w:r>
      <w:r>
        <w:t xml:space="preserve">    (c) in a dangerous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think I may be a little tired of my domain."</w:t>
      </w:r>
      <w:r>
        <w:br/>
      </w:r>
      <w:r>
        <w:rPr>
          <w:b/>
          <w:bCs/>
        </w:rPr>
        <w:t xml:space="preserve">"That's because it's a cage," Bob tells me. Bob is not always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tactful</w:t>
      </w:r>
      <w:r>
        <w:rPr>
          <w:b/>
          <w:bCs/>
        </w:rPr>
        <w:t xml:space="preserve">.</w:t>
      </w:r>
      <w:r>
        <w:br/>
      </w:r>
      <w:r>
        <w:t xml:space="preserve">    (a) interested in what others say</w:t>
      </w:r>
      <w:r>
        <w:br/>
      </w:r>
      <w:r>
        <w:t xml:space="preserve">    (b) considerate of others' feelings</w:t>
      </w:r>
      <w:r>
        <w:br/>
      </w:r>
      <w:r>
        <w:t xml:space="preserve">    (c) in a good mood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grunt again, a dignified,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indifferent</w:t>
      </w:r>
      <w:r>
        <w:rPr>
          <w:b/>
          <w:bCs/>
        </w:rPr>
        <w:t xml:space="preserve"> </w:t>
      </w:r>
      <w:r>
        <w:rPr>
          <w:b/>
          <w:bCs/>
        </w:rPr>
        <w:t xml:space="preserve">grunt.</w:t>
      </w:r>
      <w:r>
        <w:br/>
      </w:r>
      <w:r>
        <w:t xml:space="preserve">    (a) showing no interest</w:t>
      </w:r>
      <w:r>
        <w:br/>
      </w:r>
      <w:r>
        <w:t xml:space="preserve">    (b) showing anger</w:t>
      </w:r>
      <w:r>
        <w:br/>
      </w:r>
      <w:r>
        <w:t xml:space="preserve">    (c) showing pain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sit up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abruptly</w:t>
      </w:r>
      <w:r>
        <w:rPr>
          <w:b/>
          <w:bCs/>
        </w:rPr>
        <w:t xml:space="preserve">, and Bob topples off my stomach.</w:t>
      </w:r>
      <w:r>
        <w:br/>
      </w:r>
      <w:r>
        <w:t xml:space="preserve">    (a) rudely</w:t>
      </w:r>
      <w:r>
        <w:br/>
      </w:r>
      <w:r>
        <w:t xml:space="preserve">    (b) slowly</w:t>
      </w:r>
      <w:r>
        <w:br/>
      </w:r>
      <w:r>
        <w:t xml:space="preserve">    (c) suddenly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"Do you think Mack is mad because I hurt him today?"</w:t>
      </w:r>
      <w:r>
        <w:br/>
      </w:r>
      <w:r>
        <w:rPr>
          <w:b/>
          <w:bCs/>
        </w:rPr>
        <w:t xml:space="preserve">I consider lying, but gorillas are terrible liars. "Probably," I finally say.</w:t>
      </w:r>
      <w:r>
        <w:br/>
      </w:r>
      <w:r>
        <w:rPr>
          <w:b/>
          <w:bCs/>
        </w:rPr>
        <w:t xml:space="preserve">"He ran away after that," Ruby says.</w:t>
      </w:r>
      <w:r>
        <w:br/>
      </w:r>
      <w:r>
        <w:rPr>
          <w:b/>
          <w:bCs/>
        </w:rPr>
        <w:t xml:space="preserve">Bob gives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scornful</w:t>
      </w:r>
      <w:r>
        <w:rPr>
          <w:b/>
          <w:bCs/>
        </w:rPr>
        <w:t xml:space="preserve"> </w:t>
      </w:r>
      <w:r>
        <w:rPr>
          <w:b/>
          <w:bCs/>
        </w:rPr>
        <w:t xml:space="preserve">laugh. "Crawled away is more like it."</w:t>
      </w:r>
      <w:r>
        <w:br/>
      </w:r>
      <w:r>
        <w:t xml:space="preserve">    (a) showing disrespect</w:t>
      </w:r>
      <w:r>
        <w:br/>
      </w:r>
      <w:r>
        <w:t xml:space="preserve">    (b) very loud</w:t>
      </w:r>
      <w:r>
        <w:br/>
      </w:r>
      <w:r>
        <w:t xml:space="preserve">    (c) uncontrollable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"Humans reek," Bob replies. "They just don't notice because 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incompetent</w:t>
      </w:r>
      <w:r>
        <w:rPr>
          <w:b/>
          <w:bCs/>
        </w:rPr>
        <w:t xml:space="preserve"> </w:t>
      </w:r>
      <w:r>
        <w:rPr>
          <w:b/>
          <w:bCs/>
        </w:rPr>
        <w:t xml:space="preserve">noses."</w:t>
      </w:r>
      <w:r>
        <w:br/>
      </w:r>
      <w:r>
        <w:t xml:space="preserve">    (a) small</w:t>
      </w:r>
      <w:r>
        <w:br/>
      </w:r>
      <w:r>
        <w:t xml:space="preserve">    (b) good</w:t>
      </w:r>
      <w:r>
        <w:br/>
      </w:r>
      <w:r>
        <w:t xml:space="preserve">    (c)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Words flash on the screen,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accompanied</w:t>
      </w:r>
      <w:r>
        <w:rPr>
          <w:b/>
          <w:bCs/>
        </w:rPr>
        <w:t xml:space="preserve"> </w:t>
      </w:r>
      <w:r>
        <w:rPr>
          <w:b/>
          <w:bCs/>
        </w:rPr>
        <w:t xml:space="preserve">by a drawing of a red giraffe.</w:t>
      </w:r>
      <w:r>
        <w:br/>
      </w:r>
      <w:r>
        <w:t xml:space="preserve">    (a) with singing</w:t>
      </w:r>
      <w:r>
        <w:br/>
      </w:r>
      <w:r>
        <w:t xml:space="preserve">    (b) followed</w:t>
      </w:r>
      <w:r>
        <w:br/>
      </w:r>
      <w:r>
        <w:t xml:space="preserve">    (c) joined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[of a zoo] It's not a perfect place. Even in just a few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fleeting</w:t>
      </w:r>
      <w:r>
        <w:rPr>
          <w:b/>
          <w:bCs/>
        </w:rPr>
        <w:t xml:space="preserve"> </w:t>
      </w:r>
      <w:r>
        <w:rPr>
          <w:b/>
          <w:bCs/>
        </w:rPr>
        <w:t xml:space="preserve">seconds on my TV screen, I can see that. A perfect place would not need walls. But it's the place I need.</w:t>
      </w:r>
      <w:r>
        <w:br/>
      </w:r>
      <w:r>
        <w:t xml:space="preserve">    (a) lasting a short time</w:t>
      </w:r>
      <w:r>
        <w:br/>
      </w:r>
      <w:r>
        <w:t xml:space="preserve">    (b) burned into memory</w:t>
      </w:r>
      <w:r>
        <w:br/>
      </w:r>
      <w:r>
        <w:t xml:space="preserve">    (c) calm and undisturbed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example, it's against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principles</w:t>
      </w:r>
      <w:r>
        <w:rPr>
          <w:b/>
          <w:bCs/>
        </w:rPr>
        <w:t xml:space="preserve"> </w:t>
      </w:r>
      <w:r>
        <w:rPr>
          <w:b/>
          <w:bCs/>
        </w:rPr>
        <w:t xml:space="preserve">to do my daughter's homework for her.</w:t>
      </w:r>
      <w:r>
        <w:br/>
      </w:r>
      <w:r>
        <w:t xml:space="preserve">    (a) answers</w:t>
      </w:r>
      <w:r>
        <w:br/>
      </w:r>
      <w:r>
        <w:t xml:space="preserve">    (b) beliefs</w:t>
      </w:r>
      <w:r>
        <w:br/>
      </w:r>
      <w:r>
        <w:t xml:space="preserve">    (c) complaints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watch Ruby trudge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sullenly</w:t>
      </w:r>
      <w:r>
        <w:rPr>
          <w:b/>
          <w:bCs/>
        </w:rPr>
        <w:t xml:space="preserve"> </w:t>
      </w:r>
      <w:r>
        <w:rPr>
          <w:b/>
          <w:bCs/>
        </w:rPr>
        <w:t xml:space="preserve">through the four-o'clock show, and I wonder: What will happen if I fail?</w:t>
      </w:r>
      <w:r>
        <w:br/>
      </w:r>
      <w:r>
        <w:t xml:space="preserve">    (a) unhappily</w:t>
      </w:r>
      <w:r>
        <w:br/>
      </w:r>
      <w:r>
        <w:t xml:space="preserve">    (b) quickly</w:t>
      </w:r>
      <w:r>
        <w:br/>
      </w:r>
      <w:r>
        <w:t xml:space="preserve">    (c) slowly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are hushed, busy,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determined</w:t>
      </w:r>
      <w:r>
        <w:rPr>
          <w:b/>
          <w:bCs/>
        </w:rPr>
        <w:t xml:space="preserve">.</w:t>
      </w:r>
      <w:r>
        <w:br/>
      </w:r>
      <w:r>
        <w:t xml:space="preserve">    (a) controlled</w:t>
      </w:r>
      <w:r>
        <w:br/>
      </w:r>
      <w:r>
        <w:t xml:space="preserve">    (b) interested</w:t>
      </w:r>
      <w:r>
        <w:br/>
      </w:r>
      <w:r>
        <w:t xml:space="preserve">    (c) firm in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grumble and swat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swagger</w:t>
      </w:r>
      <w:r>
        <w:rPr>
          <w:b/>
          <w:bCs/>
        </w:rPr>
        <w:t xml:space="preserve">. I beat my chest till the whole world hears.</w:t>
      </w:r>
      <w:r>
        <w:br/>
      </w:r>
      <w:r>
        <w:t xml:space="preserve">    (a) overcome fear</w:t>
      </w:r>
      <w:r>
        <w:br/>
      </w:r>
      <w:r>
        <w:t xml:space="preserve">    (b) act confident</w:t>
      </w:r>
      <w:r>
        <w:br/>
      </w:r>
      <w:r>
        <w:t xml:space="preserve">    (c) complain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take my time going uphill,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savoring</w:t>
      </w:r>
      <w:r>
        <w:rPr>
          <w:b/>
          <w:bCs/>
        </w:rPr>
        <w:t xml:space="preserve"> </w:t>
      </w:r>
      <w:r>
        <w:rPr>
          <w:b/>
          <w:bCs/>
        </w:rPr>
        <w:t xml:space="preserve">the feel of grass on my knuckles.</w:t>
      </w:r>
      <w:r>
        <w:br/>
      </w:r>
      <w:r>
        <w:t xml:space="preserve">    (a) enjoying</w:t>
      </w:r>
      <w:r>
        <w:br/>
      </w:r>
      <w:r>
        <w:t xml:space="preserve">    (b) not liking</w:t>
      </w:r>
      <w:r>
        <w:br/>
      </w:r>
      <w:r>
        <w:t xml:space="preserve">    (c) hating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stare across the expanse that separates us. After a while, George pats Julia's arm. "Time to go, Jules."</w:t>
      </w:r>
      <w:r>
        <w:br/>
      </w:r>
      <w:r>
        <w:rPr>
          <w:b/>
          <w:bCs/>
        </w:rPr>
        <w:t xml:space="preserve">Julia gives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wistful</w:t>
      </w:r>
      <w:r>
        <w:rPr>
          <w:b/>
          <w:bCs/>
        </w:rPr>
        <w:t xml:space="preserve"> </w:t>
      </w:r>
      <w:r>
        <w:rPr>
          <w:b/>
          <w:bCs/>
        </w:rPr>
        <w:t xml:space="preserve">smile. "Bye, Ivan. Say hello to your new family."</w:t>
      </w:r>
      <w:r>
        <w:br/>
      </w:r>
      <w:r>
        <w:t xml:space="preserve">    (a) showing longing or unfulfilled desire</w:t>
      </w:r>
      <w:r>
        <w:br/>
      </w:r>
      <w:r>
        <w:t xml:space="preserve">    (b) full of expectation of happiness</w:t>
      </w:r>
      <w:r>
        <w:br/>
      </w:r>
      <w:r>
        <w:t xml:space="preserve">    (c) demonstrating an unrealistic outlook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2026-07-31T20:02:50Z</dcterms:created>
  <dcterms:modified xsi:type="dcterms:W3CDTF">2026-07-31T20:02:50Z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